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13A56" w14:textId="77777777" w:rsidR="005C1201" w:rsidRDefault="00000000">
      <w:pPr>
        <w:pStyle w:val="KonuBal"/>
        <w:jc w:val="center"/>
      </w:pPr>
      <w:r>
        <w:rPr>
          <w:rFonts w:ascii="Arial" w:eastAsia="Arial" w:hAnsi="Arial"/>
        </w:rPr>
        <w:t>TRABZON ÜNİVERSİTESİ</w:t>
      </w:r>
      <w:r>
        <w:rPr>
          <w:rFonts w:ascii="Arial" w:eastAsia="Arial" w:hAnsi="Arial"/>
        </w:rPr>
        <w:br/>
        <w:t>ŞALPAZARI MESLEK YÜKSEKOKULU</w:t>
      </w:r>
      <w:r>
        <w:rPr>
          <w:rFonts w:ascii="Arial" w:eastAsia="Arial" w:hAnsi="Arial"/>
        </w:rPr>
        <w:br/>
        <w:t>HUKUK BÖLÜMÜ AKADEMIK TEŞVIK BAŞVURU VE İNCELEME KOMISYONU</w:t>
      </w:r>
      <w:r>
        <w:rPr>
          <w:rFonts w:ascii="Arial" w:eastAsia="Arial" w:hAnsi="Arial"/>
        </w:rPr>
        <w:br/>
        <w:t>ÇALIŞMA USUL VE ESASLARI</w:t>
      </w:r>
    </w:p>
    <w:p w14:paraId="28D74EB4" w14:textId="77777777" w:rsidR="005C1201" w:rsidRPr="00CB598B" w:rsidRDefault="00000000" w:rsidP="00CB598B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b/>
          <w:sz w:val="24"/>
          <w:szCs w:val="24"/>
        </w:rPr>
        <w:t>MADDE 1 - Amaç</w:t>
      </w:r>
    </w:p>
    <w:p w14:paraId="66F309D5" w14:textId="77777777" w:rsidR="005C1201" w:rsidRPr="00CB598B" w:rsidRDefault="00000000" w:rsidP="00CB598B">
      <w:pPr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sz w:val="24"/>
          <w:szCs w:val="24"/>
        </w:rPr>
        <w:t>(1) Bu Usul ve Esasların amacı, Şalpazarı Meslek Yüksekokulu bünyesindeki Hukuk Bölümü Akademik Teşvik Başvuru ve İnceleme Komisyonu adlı yapının oluşumunu, görevlerini, çalışma düzenini, kayıt, raporlama ve izleme süreçlerini belirlemektir.</w:t>
      </w:r>
    </w:p>
    <w:p w14:paraId="14CD244C" w14:textId="77777777" w:rsidR="005C1201" w:rsidRPr="00CB598B" w:rsidRDefault="00000000" w:rsidP="00CB598B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b/>
          <w:sz w:val="24"/>
          <w:szCs w:val="24"/>
        </w:rPr>
        <w:t>MADDE 2 - Kapsam</w:t>
      </w:r>
    </w:p>
    <w:p w14:paraId="1CF62B03" w14:textId="77777777" w:rsidR="005C1201" w:rsidRPr="00CB598B" w:rsidRDefault="00000000" w:rsidP="00CB598B">
      <w:pPr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sz w:val="24"/>
          <w:szCs w:val="24"/>
        </w:rPr>
        <w:t>(1) Bu Usul ve Esaslar, Hukuk Bölümü Akademik Teşvik Başvuru ve İnceleme Komisyonu adlı yapının başkan, üye, raportör ve çalışmalarını kapsar.</w:t>
      </w:r>
    </w:p>
    <w:p w14:paraId="2ADCDCCC" w14:textId="77777777" w:rsidR="005C1201" w:rsidRPr="00CB598B" w:rsidRDefault="00000000" w:rsidP="00CB598B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b/>
          <w:sz w:val="24"/>
          <w:szCs w:val="24"/>
        </w:rPr>
        <w:t>MADDE 3 - Dayanak</w:t>
      </w:r>
    </w:p>
    <w:p w14:paraId="760F3541" w14:textId="77777777" w:rsidR="005C1201" w:rsidRPr="00CB598B" w:rsidRDefault="00000000" w:rsidP="00CB598B">
      <w:pPr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sz w:val="24"/>
          <w:szCs w:val="24"/>
        </w:rPr>
        <w:t>(1) Bu Usul ve Esaslar; Akademik Teşvik Ödeneği Yönetmeliği ve ilgili yıl uygulama ilkeleri ile diğer ilgili üst mevzuata dayanılarak hazırlanmıştır.</w:t>
      </w:r>
    </w:p>
    <w:p w14:paraId="407AF2D4" w14:textId="77777777" w:rsidR="005C1201" w:rsidRPr="00CB598B" w:rsidRDefault="00000000" w:rsidP="00CB598B">
      <w:pPr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sz w:val="24"/>
          <w:szCs w:val="24"/>
        </w:rPr>
        <w:t>(2) Üst mevzuatta farklı bir hüküm bulunması hâlinde üst mevzuat hükmü uygulanır.</w:t>
      </w:r>
    </w:p>
    <w:p w14:paraId="47C27E5D" w14:textId="77777777" w:rsidR="005C1201" w:rsidRPr="00CB598B" w:rsidRDefault="00000000" w:rsidP="00CB598B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b/>
          <w:sz w:val="24"/>
          <w:szCs w:val="24"/>
        </w:rPr>
        <w:t>MADDE 4 - Oluşum</w:t>
      </w:r>
    </w:p>
    <w:p w14:paraId="0B769D57" w14:textId="77777777" w:rsidR="005C1201" w:rsidRPr="00CB598B" w:rsidRDefault="00000000" w:rsidP="00CB598B">
      <w:pPr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sz w:val="24"/>
          <w:szCs w:val="24"/>
        </w:rPr>
        <w:t>(1) Hukuk Bölümü Akademik Teşvik Başvuru ve İnceleme Komisyonu, üst mevzuatta belirtilen usule göre; hüküm bulunmaması hâlinde Müdürün teklifi ve yetkili kurul kararıyla oluşturulur.</w:t>
      </w:r>
    </w:p>
    <w:p w14:paraId="607EC721" w14:textId="77777777" w:rsidR="005C1201" w:rsidRPr="00CB598B" w:rsidRDefault="00000000" w:rsidP="00CB598B">
      <w:pPr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sz w:val="24"/>
          <w:szCs w:val="24"/>
        </w:rPr>
        <w:t>(2) Üye sayısı, görev dağılımı ve görev süresi görevlendirme kararında gösterilir.</w:t>
      </w:r>
    </w:p>
    <w:p w14:paraId="7AAA237D" w14:textId="77777777" w:rsidR="005C1201" w:rsidRPr="00CB598B" w:rsidRDefault="00000000" w:rsidP="00CB598B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b/>
          <w:sz w:val="24"/>
          <w:szCs w:val="24"/>
        </w:rPr>
        <w:t>MADDE 5 - Görev süresi ve üyeliğin sona ermesi</w:t>
      </w:r>
    </w:p>
    <w:p w14:paraId="6C205ED4" w14:textId="77777777" w:rsidR="005C1201" w:rsidRPr="00CB598B" w:rsidRDefault="00000000" w:rsidP="00CB598B">
      <w:pPr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sz w:val="24"/>
          <w:szCs w:val="24"/>
        </w:rPr>
        <w:t>(1) Görev süresi üst mevzuat veya görevlendirme kararında belirtilir. Yeni görevlendirme yapılıncaya kadar mevcut görev, mevzuata aykırı olmamak kaydıyla devam eder.</w:t>
      </w:r>
    </w:p>
    <w:p w14:paraId="30E2E4ED" w14:textId="77777777" w:rsidR="005C1201" w:rsidRPr="00CB598B" w:rsidRDefault="00000000" w:rsidP="00CB598B">
      <w:pPr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sz w:val="24"/>
          <w:szCs w:val="24"/>
        </w:rPr>
        <w:t>(2) Üyelik; sürenin dolması, birimle ilişkinin sona ermesi, yazılı çekilme talebinin kabulü veya görevlendiren makamın kararıyla sona erer. Boşalan üyelik için aynı usulle görevlendirme yapılır.</w:t>
      </w:r>
    </w:p>
    <w:p w14:paraId="0B751FF5" w14:textId="77777777" w:rsidR="005C1201" w:rsidRPr="00CB598B" w:rsidRDefault="00000000" w:rsidP="00CB598B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b/>
          <w:sz w:val="24"/>
          <w:szCs w:val="24"/>
        </w:rPr>
        <w:t>MADDE 6 - Çalışma ilkeleri</w:t>
      </w:r>
    </w:p>
    <w:p w14:paraId="2757B4E6" w14:textId="77777777" w:rsidR="005C1201" w:rsidRPr="00CB598B" w:rsidRDefault="00000000" w:rsidP="00CB598B">
      <w:pPr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sz w:val="24"/>
          <w:szCs w:val="24"/>
        </w:rPr>
        <w:t>(1) Hukuk Bölümü Akademik Teşvik Başvuru ve İnceleme Komisyonu; kamu yararı, eşitlik, tarafsızlık, hesap verebilirlik, gizlilik, katılımcılık ve kanıta dayalı karar alma ilkelerine göre çalışır.</w:t>
      </w:r>
    </w:p>
    <w:p w14:paraId="6AC3AC8D" w14:textId="77777777" w:rsidR="005C1201" w:rsidRPr="00CB598B" w:rsidRDefault="00000000" w:rsidP="00CB598B">
      <w:pPr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sz w:val="24"/>
          <w:szCs w:val="24"/>
        </w:rPr>
        <w:t>(2) Çalışmalar görev alanıyla sınırlı yürütülür; başka kurul veya makamların yetkileri kullanılamaz.</w:t>
      </w:r>
    </w:p>
    <w:p w14:paraId="6FBF849F" w14:textId="77777777" w:rsidR="005C1201" w:rsidRPr="00CB598B" w:rsidRDefault="00000000" w:rsidP="00CB598B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b/>
          <w:sz w:val="24"/>
          <w:szCs w:val="24"/>
        </w:rPr>
        <w:t>MADDE 7 - Görevler</w:t>
      </w:r>
    </w:p>
    <w:p w14:paraId="214FBB14" w14:textId="77777777" w:rsidR="005C1201" w:rsidRPr="00CB598B" w:rsidRDefault="00000000" w:rsidP="00CB598B">
      <w:pPr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sz w:val="24"/>
          <w:szCs w:val="24"/>
        </w:rPr>
        <w:t>(1) Bölüm öğretim elemanlarının akademik teşvik başvurularını ön incelemeye tabi tutmak.</w:t>
      </w:r>
    </w:p>
    <w:p w14:paraId="0AC8B6BA" w14:textId="77777777" w:rsidR="005C1201" w:rsidRPr="00CB598B" w:rsidRDefault="00000000" w:rsidP="00CB598B">
      <w:pPr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sz w:val="24"/>
          <w:szCs w:val="24"/>
        </w:rPr>
        <w:t>(2) Faaliyetlerin alan, tarih, belge ve puan yönünden mevzuata uygunluğunu değerlendirmek.</w:t>
      </w:r>
    </w:p>
    <w:p w14:paraId="5116A37C" w14:textId="77777777" w:rsidR="005C1201" w:rsidRPr="00CB598B" w:rsidRDefault="00000000" w:rsidP="00CB598B">
      <w:pPr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sz w:val="24"/>
          <w:szCs w:val="24"/>
        </w:rPr>
        <w:t>(3) Eksik veya uygun olmayan hususları gerekçeli biçimde tutanağa bağlamak.</w:t>
      </w:r>
    </w:p>
    <w:p w14:paraId="6C8AA270" w14:textId="77777777" w:rsidR="005C1201" w:rsidRPr="00CB598B" w:rsidRDefault="00000000" w:rsidP="00CB598B">
      <w:pPr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sz w:val="24"/>
          <w:szCs w:val="24"/>
        </w:rPr>
        <w:t>(4) Başvuru dosyalarını ve ön inceleme tutanağını süresinde yetkili komisyona iletmek.</w:t>
      </w:r>
    </w:p>
    <w:p w14:paraId="1D868D17" w14:textId="77777777" w:rsidR="005C1201" w:rsidRPr="00CB598B" w:rsidRDefault="00000000" w:rsidP="00CB598B">
      <w:pPr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sz w:val="24"/>
          <w:szCs w:val="24"/>
        </w:rPr>
        <w:t>(5) Müdürlükçe ve ilgili üst birimce görev alanı kapsamında verilen diğer işleri yürütmek.</w:t>
      </w:r>
    </w:p>
    <w:p w14:paraId="4DDF5C22" w14:textId="77777777" w:rsidR="005C1201" w:rsidRPr="00CB598B" w:rsidRDefault="00000000" w:rsidP="00CB598B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b/>
          <w:sz w:val="24"/>
          <w:szCs w:val="24"/>
        </w:rPr>
        <w:lastRenderedPageBreak/>
        <w:t>MADDE 8 - Başkanın görevleri</w:t>
      </w:r>
    </w:p>
    <w:p w14:paraId="0CDE67B6" w14:textId="77777777" w:rsidR="005C1201" w:rsidRPr="00CB598B" w:rsidRDefault="00000000" w:rsidP="00CB598B">
      <w:pPr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sz w:val="24"/>
          <w:szCs w:val="24"/>
        </w:rPr>
        <w:t>(1) Yıllık çalışma planını ve toplantı gündemini hazırlatmak, toplantıyı yönetmek ve görev dağılımı yapmak.</w:t>
      </w:r>
    </w:p>
    <w:p w14:paraId="4B3D5F0C" w14:textId="77777777" w:rsidR="005C1201" w:rsidRPr="00CB598B" w:rsidRDefault="00000000" w:rsidP="00CB598B">
      <w:pPr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sz w:val="24"/>
          <w:szCs w:val="24"/>
        </w:rPr>
        <w:t>(2) Karar ve faaliyetlerin uygulanmasını izlemek, gerekli eşgüdümü sağlamak ve sonuçları Müdürlüğe sunmak.</w:t>
      </w:r>
    </w:p>
    <w:p w14:paraId="0C743677" w14:textId="7E74296C" w:rsidR="005C1201" w:rsidRPr="00CB598B" w:rsidRDefault="00000000" w:rsidP="00CB598B">
      <w:pPr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sz w:val="24"/>
          <w:szCs w:val="24"/>
        </w:rPr>
        <w:t xml:space="preserve">(3) </w:t>
      </w:r>
      <w:proofErr w:type="spellStart"/>
      <w:r w:rsidRPr="00CB598B">
        <w:rPr>
          <w:rFonts w:ascii="Times New Roman" w:hAnsi="Times New Roman" w:cs="Times New Roman"/>
          <w:sz w:val="24"/>
          <w:szCs w:val="24"/>
        </w:rPr>
        <w:t>Başkanın</w:t>
      </w:r>
      <w:proofErr w:type="spellEnd"/>
      <w:r w:rsidRPr="00CB5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98B">
        <w:rPr>
          <w:rFonts w:ascii="Times New Roman" w:hAnsi="Times New Roman" w:cs="Times New Roman"/>
          <w:sz w:val="24"/>
          <w:szCs w:val="24"/>
        </w:rPr>
        <w:t>bulunmadığı</w:t>
      </w:r>
      <w:proofErr w:type="spellEnd"/>
      <w:r w:rsidRPr="00CB5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98B">
        <w:rPr>
          <w:rFonts w:ascii="Times New Roman" w:hAnsi="Times New Roman" w:cs="Times New Roman"/>
          <w:sz w:val="24"/>
          <w:szCs w:val="24"/>
        </w:rPr>
        <w:t>hâllerde</w:t>
      </w:r>
      <w:proofErr w:type="spellEnd"/>
      <w:r w:rsidRPr="00CB5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98B">
        <w:rPr>
          <w:rFonts w:ascii="Times New Roman" w:hAnsi="Times New Roman" w:cs="Times New Roman"/>
          <w:sz w:val="24"/>
          <w:szCs w:val="24"/>
        </w:rPr>
        <w:t>başkanın</w:t>
      </w:r>
      <w:proofErr w:type="spellEnd"/>
      <w:r w:rsidRPr="00CB5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98B">
        <w:rPr>
          <w:rFonts w:ascii="Times New Roman" w:hAnsi="Times New Roman" w:cs="Times New Roman"/>
          <w:sz w:val="24"/>
          <w:szCs w:val="24"/>
        </w:rPr>
        <w:t>belirlediği</w:t>
      </w:r>
      <w:proofErr w:type="spellEnd"/>
      <w:r w:rsidRPr="00CB5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98B">
        <w:rPr>
          <w:rFonts w:ascii="Times New Roman" w:hAnsi="Times New Roman" w:cs="Times New Roman"/>
          <w:sz w:val="24"/>
          <w:szCs w:val="24"/>
        </w:rPr>
        <w:t>üye</w:t>
      </w:r>
      <w:proofErr w:type="spellEnd"/>
      <w:r w:rsidRPr="00CB5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98B">
        <w:rPr>
          <w:rFonts w:ascii="Times New Roman" w:hAnsi="Times New Roman" w:cs="Times New Roman"/>
          <w:sz w:val="24"/>
          <w:szCs w:val="24"/>
        </w:rPr>
        <w:t>toplantıya</w:t>
      </w:r>
      <w:proofErr w:type="spellEnd"/>
      <w:r w:rsidRPr="00CB598B">
        <w:rPr>
          <w:rFonts w:ascii="Times New Roman" w:hAnsi="Times New Roman" w:cs="Times New Roman"/>
          <w:sz w:val="24"/>
          <w:szCs w:val="24"/>
        </w:rPr>
        <w:t xml:space="preserve"> başkanlık eder.</w:t>
      </w:r>
    </w:p>
    <w:p w14:paraId="615A244F" w14:textId="77777777" w:rsidR="005C1201" w:rsidRPr="00CB598B" w:rsidRDefault="00000000" w:rsidP="00CB598B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b/>
          <w:sz w:val="24"/>
          <w:szCs w:val="24"/>
        </w:rPr>
        <w:t>MADDE 9 - Üyelerin ve raportörün görevleri</w:t>
      </w:r>
    </w:p>
    <w:p w14:paraId="5A2FC390" w14:textId="77777777" w:rsidR="005C1201" w:rsidRPr="00CB598B" w:rsidRDefault="00000000" w:rsidP="00CB598B">
      <w:pPr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sz w:val="24"/>
          <w:szCs w:val="24"/>
        </w:rPr>
        <w:t>(1) Üyeler gündem konularını inceler, toplantılara katılır, verilen görevleri süresinde tamamlar ve kanıtları raportöre iletir.</w:t>
      </w:r>
    </w:p>
    <w:p w14:paraId="756E557C" w14:textId="77777777" w:rsidR="005C1201" w:rsidRPr="00CB598B" w:rsidRDefault="00000000" w:rsidP="00CB598B">
      <w:pPr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sz w:val="24"/>
          <w:szCs w:val="24"/>
        </w:rPr>
        <w:t>(2) Raportör; çağrı, gündem, katılım listesi, tutanak, karar, numaralandırma, imza, dosyalama ve bildirim işlemlerini yürütür. Raportör üye değilse oy kullanamaz.</w:t>
      </w:r>
    </w:p>
    <w:p w14:paraId="24D25EA6" w14:textId="77777777" w:rsidR="005C1201" w:rsidRPr="00CB598B" w:rsidRDefault="00000000" w:rsidP="00CB598B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b/>
          <w:sz w:val="24"/>
          <w:szCs w:val="24"/>
        </w:rPr>
        <w:t>MADDE 10 - Toplantı zamanı ve çağrı</w:t>
      </w:r>
    </w:p>
    <w:p w14:paraId="6CC61773" w14:textId="3F616D48" w:rsidR="00CB598B" w:rsidRPr="00CB598B" w:rsidRDefault="00000000" w:rsidP="00CB598B">
      <w:pPr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sz w:val="24"/>
          <w:szCs w:val="24"/>
        </w:rPr>
        <w:t xml:space="preserve">(1) Hukuk Bölümü Akademik Teşvik Başvuru </w:t>
      </w:r>
      <w:proofErr w:type="spellStart"/>
      <w:r w:rsidRPr="00CB598B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CB5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98B">
        <w:rPr>
          <w:rFonts w:ascii="Times New Roman" w:hAnsi="Times New Roman" w:cs="Times New Roman"/>
          <w:sz w:val="24"/>
          <w:szCs w:val="24"/>
        </w:rPr>
        <w:t>İnceleme</w:t>
      </w:r>
      <w:proofErr w:type="spellEnd"/>
      <w:r w:rsidRPr="00CB5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98B">
        <w:rPr>
          <w:rFonts w:ascii="Times New Roman" w:hAnsi="Times New Roman" w:cs="Times New Roman"/>
          <w:sz w:val="24"/>
          <w:szCs w:val="24"/>
        </w:rPr>
        <w:t>Komisyonu</w:t>
      </w:r>
      <w:proofErr w:type="spellEnd"/>
      <w:r w:rsidRPr="00CB59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B598B" w:rsidRPr="00CB598B">
        <w:rPr>
          <w:rFonts w:ascii="Times New Roman" w:hAnsi="Times New Roman" w:cs="Times New Roman"/>
          <w:sz w:val="24"/>
          <w:szCs w:val="24"/>
        </w:rPr>
        <w:t>Bölümdeki</w:t>
      </w:r>
      <w:proofErr w:type="spellEnd"/>
      <w:r w:rsidR="00CB598B" w:rsidRPr="00CB5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598B" w:rsidRPr="00CB598B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="00CB598B" w:rsidRPr="00CB5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598B" w:rsidRPr="00CB598B">
        <w:rPr>
          <w:rFonts w:ascii="Times New Roman" w:hAnsi="Times New Roman" w:cs="Times New Roman"/>
          <w:sz w:val="24"/>
          <w:szCs w:val="24"/>
        </w:rPr>
        <w:t>elemanlarının</w:t>
      </w:r>
      <w:proofErr w:type="spellEnd"/>
      <w:r w:rsidR="00CB598B" w:rsidRPr="00CB5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598B" w:rsidRPr="00CB598B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="00CB598B" w:rsidRPr="00CB5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598B" w:rsidRPr="00CB598B">
        <w:rPr>
          <w:rFonts w:ascii="Times New Roman" w:hAnsi="Times New Roman" w:cs="Times New Roman"/>
          <w:sz w:val="24"/>
          <w:szCs w:val="24"/>
        </w:rPr>
        <w:t>teşviğe</w:t>
      </w:r>
      <w:proofErr w:type="spellEnd"/>
      <w:r w:rsidR="00CB598B" w:rsidRPr="00CB5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598B" w:rsidRPr="00CB598B">
        <w:rPr>
          <w:rFonts w:ascii="Times New Roman" w:hAnsi="Times New Roman" w:cs="Times New Roman"/>
          <w:sz w:val="24"/>
          <w:szCs w:val="24"/>
        </w:rPr>
        <w:t>başvurması</w:t>
      </w:r>
      <w:proofErr w:type="spellEnd"/>
      <w:r w:rsidR="00CB598B" w:rsidRPr="00CB5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598B" w:rsidRPr="00CB598B">
        <w:rPr>
          <w:rFonts w:ascii="Times New Roman" w:hAnsi="Times New Roman" w:cs="Times New Roman"/>
          <w:sz w:val="24"/>
          <w:szCs w:val="24"/>
        </w:rPr>
        <w:t>durumunda</w:t>
      </w:r>
      <w:proofErr w:type="spellEnd"/>
      <w:r w:rsidR="00CB598B" w:rsidRPr="00CB5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598B" w:rsidRPr="00CB598B">
        <w:rPr>
          <w:rFonts w:ascii="Times New Roman" w:hAnsi="Times New Roman" w:cs="Times New Roman"/>
          <w:sz w:val="24"/>
          <w:szCs w:val="24"/>
        </w:rPr>
        <w:t>toplanır</w:t>
      </w:r>
      <w:proofErr w:type="spellEnd"/>
      <w:r w:rsidR="00CB598B" w:rsidRPr="00CB598B">
        <w:rPr>
          <w:rFonts w:ascii="Times New Roman" w:hAnsi="Times New Roman" w:cs="Times New Roman"/>
          <w:sz w:val="24"/>
          <w:szCs w:val="24"/>
        </w:rPr>
        <w:t>.</w:t>
      </w:r>
    </w:p>
    <w:p w14:paraId="697C5990" w14:textId="77777777" w:rsidR="005C1201" w:rsidRPr="00CB598B" w:rsidRDefault="00000000" w:rsidP="00CB598B">
      <w:pPr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sz w:val="24"/>
          <w:szCs w:val="24"/>
        </w:rPr>
        <w:t xml:space="preserve">(2) </w:t>
      </w:r>
      <w:proofErr w:type="spellStart"/>
      <w:r w:rsidRPr="00CB598B">
        <w:rPr>
          <w:rFonts w:ascii="Times New Roman" w:hAnsi="Times New Roman" w:cs="Times New Roman"/>
          <w:sz w:val="24"/>
          <w:szCs w:val="24"/>
        </w:rPr>
        <w:t>Toplantı</w:t>
      </w:r>
      <w:proofErr w:type="spellEnd"/>
      <w:r w:rsidRPr="00CB59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98B">
        <w:rPr>
          <w:rFonts w:ascii="Times New Roman" w:hAnsi="Times New Roman" w:cs="Times New Roman"/>
          <w:sz w:val="24"/>
          <w:szCs w:val="24"/>
        </w:rPr>
        <w:t>çağrısı</w:t>
      </w:r>
      <w:proofErr w:type="spellEnd"/>
      <w:r w:rsidRPr="00CB59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98B">
        <w:rPr>
          <w:rFonts w:ascii="Times New Roman" w:hAnsi="Times New Roman" w:cs="Times New Roman"/>
          <w:sz w:val="24"/>
          <w:szCs w:val="24"/>
        </w:rPr>
        <w:t>gündem</w:t>
      </w:r>
      <w:proofErr w:type="spellEnd"/>
      <w:r w:rsidRPr="00CB598B">
        <w:rPr>
          <w:rFonts w:ascii="Times New Roman" w:hAnsi="Times New Roman" w:cs="Times New Roman"/>
          <w:sz w:val="24"/>
          <w:szCs w:val="24"/>
        </w:rPr>
        <w:t xml:space="preserve"> ve belgeler kural olarak en az iki iş günü önce üyelere iletilir. Acil hâllerde bu süre aranmaz ve gerekçesi tutanağa yazılır.</w:t>
      </w:r>
    </w:p>
    <w:p w14:paraId="6284DAFA" w14:textId="77777777" w:rsidR="005C1201" w:rsidRPr="00CB598B" w:rsidRDefault="00000000" w:rsidP="00CB598B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b/>
          <w:sz w:val="24"/>
          <w:szCs w:val="24"/>
        </w:rPr>
        <w:t>MADDE 11 - Toplantı ve karar yeter sayısı</w:t>
      </w:r>
    </w:p>
    <w:p w14:paraId="1DD197B7" w14:textId="77777777" w:rsidR="005C1201" w:rsidRPr="00CB598B" w:rsidRDefault="00000000" w:rsidP="00CB598B">
      <w:pPr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sz w:val="24"/>
          <w:szCs w:val="24"/>
        </w:rPr>
        <w:t>(1) Özel mevzuatta farklı hüküm yoksa üye tam sayısının salt çoğunluğuyla toplanılır ve katılanların salt çoğunluğuyla karar alınır. Oyların eşitliği hâlinde başkanın oyu yönünde çoğunluk sağlanmış sayılır.</w:t>
      </w:r>
    </w:p>
    <w:p w14:paraId="0CB61ABB" w14:textId="77777777" w:rsidR="005C1201" w:rsidRPr="00CB598B" w:rsidRDefault="00000000" w:rsidP="00CB598B">
      <w:pPr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sz w:val="24"/>
          <w:szCs w:val="24"/>
        </w:rPr>
        <w:t>(2) Çekimser oy kullanılamaz. Karşı oy gerekçesi karar metnine yazılır. Danışma ve acil durum çalışmalarında karar gerektirmeyen görüşmeler tutanakla kaydedilebilir.</w:t>
      </w:r>
    </w:p>
    <w:p w14:paraId="412C23D8" w14:textId="77777777" w:rsidR="005C1201" w:rsidRPr="00CB598B" w:rsidRDefault="00000000" w:rsidP="00CB598B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b/>
          <w:sz w:val="24"/>
          <w:szCs w:val="24"/>
        </w:rPr>
        <w:t>MADDE 12 - Kararların niteliği</w:t>
      </w:r>
    </w:p>
    <w:p w14:paraId="5567D9E1" w14:textId="77777777" w:rsidR="005C1201" w:rsidRPr="00CB598B" w:rsidRDefault="00000000" w:rsidP="00CB598B">
      <w:pPr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sz w:val="24"/>
          <w:szCs w:val="24"/>
        </w:rPr>
        <w:t>(1) Kararlar gerekçeli, açık, uygulanabilir ve görev alanıyla sınırlı olur.</w:t>
      </w:r>
    </w:p>
    <w:p w14:paraId="0C1E605D" w14:textId="77777777" w:rsidR="005C1201" w:rsidRPr="00CB598B" w:rsidRDefault="00000000" w:rsidP="00CB598B">
      <w:pPr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sz w:val="24"/>
          <w:szCs w:val="24"/>
        </w:rPr>
        <w:t>(2) Üst mevzuatta açıkça yetki verilmedikçe kararlar öneri niteliğindedir; yetkili makam veya kurulun onayına sunulur.</w:t>
      </w:r>
    </w:p>
    <w:p w14:paraId="0463782D" w14:textId="77777777" w:rsidR="005C1201" w:rsidRPr="00CB598B" w:rsidRDefault="00000000" w:rsidP="00CB598B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b/>
          <w:sz w:val="24"/>
          <w:szCs w:val="24"/>
        </w:rPr>
        <w:t>MADDE 13 - Etik gizlilik ve çıkar çatışması</w:t>
      </w:r>
    </w:p>
    <w:p w14:paraId="77060626" w14:textId="77777777" w:rsidR="005C1201" w:rsidRPr="00CB598B" w:rsidRDefault="00000000" w:rsidP="00CB598B">
      <w:pPr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sz w:val="24"/>
          <w:szCs w:val="24"/>
        </w:rPr>
        <w:t>(1) Üyeler görevleri sırasında öğrendikleri kişisel, akademik, mali veya kurumsal bilgilerin gizliliğini korur.</w:t>
      </w:r>
    </w:p>
    <w:p w14:paraId="16C5C5FA" w14:textId="77777777" w:rsidR="005C1201" w:rsidRPr="00CB598B" w:rsidRDefault="00000000" w:rsidP="00CB598B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b/>
          <w:sz w:val="24"/>
          <w:szCs w:val="24"/>
        </w:rPr>
        <w:t xml:space="preserve">MADDE 14 - </w:t>
      </w:r>
      <w:proofErr w:type="spellStart"/>
      <w:r w:rsidRPr="00CB598B">
        <w:rPr>
          <w:rFonts w:ascii="Times New Roman" w:hAnsi="Times New Roman" w:cs="Times New Roman"/>
          <w:b/>
          <w:sz w:val="24"/>
          <w:szCs w:val="24"/>
        </w:rPr>
        <w:t>Tutanak</w:t>
      </w:r>
      <w:proofErr w:type="spellEnd"/>
      <w:r w:rsidRPr="00CB598B">
        <w:rPr>
          <w:rFonts w:ascii="Times New Roman" w:hAnsi="Times New Roman" w:cs="Times New Roman"/>
          <w:b/>
          <w:sz w:val="24"/>
          <w:szCs w:val="24"/>
        </w:rPr>
        <w:t xml:space="preserve"> ve dosyalama</w:t>
      </w:r>
    </w:p>
    <w:p w14:paraId="3C48CAA8" w14:textId="77777777" w:rsidR="005C1201" w:rsidRPr="00CB598B" w:rsidRDefault="00000000" w:rsidP="00CB598B">
      <w:pPr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sz w:val="24"/>
          <w:szCs w:val="24"/>
        </w:rPr>
        <w:t>(1) Toplantılarda tarih, saat, yer, katılanlar, gündem, görüşülen hususlar, kararlar, sorumlular ve süreleri içeren tutanak düzenlenir.</w:t>
      </w:r>
    </w:p>
    <w:p w14:paraId="4F9369C5" w14:textId="77777777" w:rsidR="005C1201" w:rsidRPr="00CB598B" w:rsidRDefault="00000000" w:rsidP="00CB598B">
      <w:pPr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sz w:val="24"/>
          <w:szCs w:val="24"/>
        </w:rPr>
        <w:t>(2) Tutanak ve kararlar katılanlarca imzalanır, müteselsil numaralandırılır ve ekleriyle resmî dosyalama planına göre saklanır. Kişisel veri içeren belgeler açık erişimde yayımlanmaz.</w:t>
      </w:r>
    </w:p>
    <w:p w14:paraId="09A0B3C8" w14:textId="7A12475F" w:rsidR="005C1201" w:rsidRPr="00CB598B" w:rsidRDefault="00000000" w:rsidP="00CB598B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b/>
          <w:sz w:val="24"/>
          <w:szCs w:val="24"/>
        </w:rPr>
        <w:t>MADDE 1</w:t>
      </w:r>
      <w:r w:rsidR="00CB598B" w:rsidRPr="00CB598B">
        <w:rPr>
          <w:rFonts w:ascii="Times New Roman" w:hAnsi="Times New Roman" w:cs="Times New Roman"/>
          <w:b/>
          <w:sz w:val="24"/>
          <w:szCs w:val="24"/>
        </w:rPr>
        <w:t>5</w:t>
      </w:r>
      <w:r w:rsidRPr="00CB598B">
        <w:rPr>
          <w:rFonts w:ascii="Times New Roman" w:hAnsi="Times New Roman" w:cs="Times New Roman"/>
          <w:b/>
          <w:sz w:val="24"/>
          <w:szCs w:val="24"/>
        </w:rPr>
        <w:t xml:space="preserve"> - </w:t>
      </w:r>
      <w:proofErr w:type="spellStart"/>
      <w:r w:rsidRPr="00CB598B">
        <w:rPr>
          <w:rFonts w:ascii="Times New Roman" w:hAnsi="Times New Roman" w:cs="Times New Roman"/>
          <w:b/>
          <w:sz w:val="24"/>
          <w:szCs w:val="24"/>
        </w:rPr>
        <w:t>Hüküm</w:t>
      </w:r>
      <w:proofErr w:type="spellEnd"/>
      <w:r w:rsidRPr="00CB59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598B">
        <w:rPr>
          <w:rFonts w:ascii="Times New Roman" w:hAnsi="Times New Roman" w:cs="Times New Roman"/>
          <w:b/>
          <w:sz w:val="24"/>
          <w:szCs w:val="24"/>
        </w:rPr>
        <w:t>bulunmayan</w:t>
      </w:r>
      <w:proofErr w:type="spellEnd"/>
      <w:r w:rsidRPr="00CB598B">
        <w:rPr>
          <w:rFonts w:ascii="Times New Roman" w:hAnsi="Times New Roman" w:cs="Times New Roman"/>
          <w:b/>
          <w:sz w:val="24"/>
          <w:szCs w:val="24"/>
        </w:rPr>
        <w:t xml:space="preserve"> hâller</w:t>
      </w:r>
    </w:p>
    <w:p w14:paraId="751DA63E" w14:textId="77777777" w:rsidR="005C1201" w:rsidRPr="00CB598B" w:rsidRDefault="00000000" w:rsidP="00CB598B">
      <w:pPr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sz w:val="24"/>
          <w:szCs w:val="24"/>
        </w:rPr>
        <w:t>(1) Bu Usul ve Esaslarda hüküm bulunmayan hâllerde ilgili üst mevzuat ile Üniversite ve yetkili kurul kararları uygulanır.</w:t>
      </w:r>
    </w:p>
    <w:p w14:paraId="0D7F8745" w14:textId="5023F8EE" w:rsidR="005C1201" w:rsidRPr="00CB598B" w:rsidRDefault="00000000" w:rsidP="00CB598B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b/>
          <w:sz w:val="24"/>
          <w:szCs w:val="24"/>
        </w:rPr>
        <w:lastRenderedPageBreak/>
        <w:t>MADDE 1</w:t>
      </w:r>
      <w:r w:rsidR="00CB598B" w:rsidRPr="00CB598B">
        <w:rPr>
          <w:rFonts w:ascii="Times New Roman" w:hAnsi="Times New Roman" w:cs="Times New Roman"/>
          <w:b/>
          <w:sz w:val="24"/>
          <w:szCs w:val="24"/>
        </w:rPr>
        <w:t>6</w:t>
      </w:r>
      <w:r w:rsidRPr="00CB598B">
        <w:rPr>
          <w:rFonts w:ascii="Times New Roman" w:hAnsi="Times New Roman" w:cs="Times New Roman"/>
          <w:b/>
          <w:sz w:val="24"/>
          <w:szCs w:val="24"/>
        </w:rPr>
        <w:t xml:space="preserve"> - </w:t>
      </w:r>
      <w:proofErr w:type="spellStart"/>
      <w:r w:rsidRPr="00CB598B">
        <w:rPr>
          <w:rFonts w:ascii="Times New Roman" w:hAnsi="Times New Roman" w:cs="Times New Roman"/>
          <w:b/>
          <w:sz w:val="24"/>
          <w:szCs w:val="24"/>
        </w:rPr>
        <w:t>Yürürlük</w:t>
      </w:r>
      <w:proofErr w:type="spellEnd"/>
    </w:p>
    <w:p w14:paraId="70752786" w14:textId="77777777" w:rsidR="005C1201" w:rsidRPr="00CB598B" w:rsidRDefault="00000000" w:rsidP="00CB598B">
      <w:pPr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sz w:val="24"/>
          <w:szCs w:val="24"/>
        </w:rPr>
        <w:t>(1) Bu Usul ve Esaslar, Şalpazarı Meslek Yüksekokulu Kurulunun .../.../2026 tarihli ve ... sayılı kararıyla kabul edilerek yürürlüğe girer.</w:t>
      </w:r>
    </w:p>
    <w:p w14:paraId="597A2821" w14:textId="354C3D9D" w:rsidR="005C1201" w:rsidRPr="00CB598B" w:rsidRDefault="00000000" w:rsidP="00CB598B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b/>
          <w:sz w:val="24"/>
          <w:szCs w:val="24"/>
        </w:rPr>
        <w:t>MADDE 1</w:t>
      </w:r>
      <w:r w:rsidR="00CB598B" w:rsidRPr="00CB598B">
        <w:rPr>
          <w:rFonts w:ascii="Times New Roman" w:hAnsi="Times New Roman" w:cs="Times New Roman"/>
          <w:b/>
          <w:sz w:val="24"/>
          <w:szCs w:val="24"/>
        </w:rPr>
        <w:t>7</w:t>
      </w:r>
      <w:r w:rsidRPr="00CB598B">
        <w:rPr>
          <w:rFonts w:ascii="Times New Roman" w:hAnsi="Times New Roman" w:cs="Times New Roman"/>
          <w:b/>
          <w:sz w:val="24"/>
          <w:szCs w:val="24"/>
        </w:rPr>
        <w:t xml:space="preserve"> - </w:t>
      </w:r>
      <w:proofErr w:type="spellStart"/>
      <w:r w:rsidRPr="00CB598B">
        <w:rPr>
          <w:rFonts w:ascii="Times New Roman" w:hAnsi="Times New Roman" w:cs="Times New Roman"/>
          <w:b/>
          <w:sz w:val="24"/>
          <w:szCs w:val="24"/>
        </w:rPr>
        <w:t>Yürütme</w:t>
      </w:r>
      <w:proofErr w:type="spellEnd"/>
    </w:p>
    <w:p w14:paraId="3E625BEC" w14:textId="77777777" w:rsidR="005C1201" w:rsidRPr="00CB598B" w:rsidRDefault="00000000" w:rsidP="00CB598B">
      <w:pPr>
        <w:jc w:val="both"/>
        <w:rPr>
          <w:rFonts w:ascii="Times New Roman" w:hAnsi="Times New Roman" w:cs="Times New Roman"/>
          <w:sz w:val="24"/>
          <w:szCs w:val="24"/>
        </w:rPr>
      </w:pPr>
      <w:r w:rsidRPr="00CB598B">
        <w:rPr>
          <w:rFonts w:ascii="Times New Roman" w:hAnsi="Times New Roman" w:cs="Times New Roman"/>
          <w:sz w:val="24"/>
          <w:szCs w:val="24"/>
        </w:rPr>
        <w:t>(1) Bu Usul ve Esasları Şalpazarı Meslek Yüksekokulu Müdürü yürütür.</w:t>
      </w:r>
    </w:p>
    <w:sectPr w:rsidR="005C1201" w:rsidRPr="00CB598B" w:rsidSect="00034616">
      <w:headerReference w:type="default" r:id="rId8"/>
      <w:footerReference w:type="default" r:id="rId9"/>
      <w:pgSz w:w="12240" w:h="15840"/>
      <w:pgMar w:top="1134" w:right="1247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B4BFF" w14:textId="77777777" w:rsidR="007638FB" w:rsidRDefault="007638FB">
      <w:pPr>
        <w:spacing w:after="0" w:line="240" w:lineRule="auto"/>
      </w:pPr>
      <w:r>
        <w:separator/>
      </w:r>
    </w:p>
  </w:endnote>
  <w:endnote w:type="continuationSeparator" w:id="0">
    <w:p w14:paraId="3B4EF44F" w14:textId="77777777" w:rsidR="007638FB" w:rsidRDefault="00763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59DD4" w14:textId="77777777" w:rsidR="005C1201" w:rsidRDefault="00000000">
    <w:pPr>
      <w:pStyle w:val="AltBilgi"/>
      <w:jc w:val="center"/>
    </w:pPr>
    <w:r>
      <w:fldChar w:fldCharType="begin"/>
    </w:r>
    <w:r>
      <w:instrText>PAGE</w:instrText>
    </w:r>
    <w:r>
      <w:fldChar w:fldCharType="separate"/>
    </w:r>
    <w:r w:rsidR="00CB598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23EDC" w14:textId="77777777" w:rsidR="007638FB" w:rsidRDefault="007638FB">
      <w:pPr>
        <w:spacing w:after="0" w:line="240" w:lineRule="auto"/>
      </w:pPr>
      <w:r>
        <w:separator/>
      </w:r>
    </w:p>
  </w:footnote>
  <w:footnote w:type="continuationSeparator" w:id="0">
    <w:p w14:paraId="19EE78EA" w14:textId="77777777" w:rsidR="007638FB" w:rsidRDefault="007638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37574" w14:textId="77777777" w:rsidR="005C1201" w:rsidRDefault="00000000">
    <w:pPr>
      <w:pStyle w:val="stBilgi"/>
      <w:jc w:val="right"/>
    </w:pPr>
    <w:proofErr w:type="spellStart"/>
    <w:r>
      <w:rPr>
        <w:color w:val="595959"/>
        <w:sz w:val="16"/>
      </w:rPr>
      <w:t>Hukuk</w:t>
    </w:r>
    <w:proofErr w:type="spellEnd"/>
    <w:r>
      <w:rPr>
        <w:color w:val="595959"/>
        <w:sz w:val="16"/>
      </w:rPr>
      <w:t xml:space="preserve"> </w:t>
    </w:r>
    <w:proofErr w:type="spellStart"/>
    <w:r>
      <w:rPr>
        <w:color w:val="595959"/>
        <w:sz w:val="16"/>
      </w:rPr>
      <w:t>Bölümü</w:t>
    </w:r>
    <w:proofErr w:type="spellEnd"/>
    <w:r>
      <w:rPr>
        <w:color w:val="595959"/>
        <w:sz w:val="16"/>
      </w:rPr>
      <w:t xml:space="preserve"> Akademik </w:t>
    </w:r>
    <w:proofErr w:type="spellStart"/>
    <w:r>
      <w:rPr>
        <w:color w:val="595959"/>
        <w:sz w:val="16"/>
      </w:rPr>
      <w:t>Teşvik</w:t>
    </w:r>
    <w:proofErr w:type="spellEnd"/>
    <w:r>
      <w:rPr>
        <w:color w:val="595959"/>
        <w:sz w:val="16"/>
      </w:rPr>
      <w:t xml:space="preserve"> </w:t>
    </w:r>
    <w:proofErr w:type="spellStart"/>
    <w:r>
      <w:rPr>
        <w:color w:val="595959"/>
        <w:sz w:val="16"/>
      </w:rPr>
      <w:t>Başvuru</w:t>
    </w:r>
    <w:proofErr w:type="spellEnd"/>
    <w:r>
      <w:rPr>
        <w:color w:val="595959"/>
        <w:sz w:val="16"/>
      </w:rPr>
      <w:t xml:space="preserve"> </w:t>
    </w:r>
    <w:proofErr w:type="spellStart"/>
    <w:r>
      <w:rPr>
        <w:color w:val="595959"/>
        <w:sz w:val="16"/>
      </w:rPr>
      <w:t>ve</w:t>
    </w:r>
    <w:proofErr w:type="spellEnd"/>
    <w:r>
      <w:rPr>
        <w:color w:val="595959"/>
        <w:sz w:val="16"/>
      </w:rPr>
      <w:t xml:space="preserve"> </w:t>
    </w:r>
    <w:proofErr w:type="spellStart"/>
    <w:r>
      <w:rPr>
        <w:color w:val="595959"/>
        <w:sz w:val="16"/>
      </w:rPr>
      <w:t>İnceleme</w:t>
    </w:r>
    <w:proofErr w:type="spellEnd"/>
    <w:r>
      <w:rPr>
        <w:color w:val="595959"/>
        <w:sz w:val="16"/>
      </w:rPr>
      <w:t xml:space="preserve"> </w:t>
    </w:r>
    <w:proofErr w:type="spellStart"/>
    <w:r>
      <w:rPr>
        <w:color w:val="595959"/>
        <w:sz w:val="16"/>
      </w:rPr>
      <w:t>Komisyonu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19700231">
    <w:abstractNumId w:val="8"/>
  </w:num>
  <w:num w:numId="2" w16cid:durableId="505901179">
    <w:abstractNumId w:val="6"/>
  </w:num>
  <w:num w:numId="3" w16cid:durableId="535432767">
    <w:abstractNumId w:val="5"/>
  </w:num>
  <w:num w:numId="4" w16cid:durableId="1570308295">
    <w:abstractNumId w:val="4"/>
  </w:num>
  <w:num w:numId="5" w16cid:durableId="895355539">
    <w:abstractNumId w:val="7"/>
  </w:num>
  <w:num w:numId="6" w16cid:durableId="1131900454">
    <w:abstractNumId w:val="3"/>
  </w:num>
  <w:num w:numId="7" w16cid:durableId="1892499605">
    <w:abstractNumId w:val="2"/>
  </w:num>
  <w:num w:numId="8" w16cid:durableId="474296487">
    <w:abstractNumId w:val="1"/>
  </w:num>
  <w:num w:numId="9" w16cid:durableId="26639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633"/>
    <w:rsid w:val="00034616"/>
    <w:rsid w:val="0006063C"/>
    <w:rsid w:val="0015074B"/>
    <w:rsid w:val="0029639D"/>
    <w:rsid w:val="00326F90"/>
    <w:rsid w:val="005C1201"/>
    <w:rsid w:val="007638FB"/>
    <w:rsid w:val="00AA1D8D"/>
    <w:rsid w:val="00B47730"/>
    <w:rsid w:val="00CB0664"/>
    <w:rsid w:val="00CB598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530E50"/>
  <w14:defaultImageDpi w14:val="300"/>
  <w15:docId w15:val="{7806C5F1-4746-44A0-A986-C9E761B2C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eastAsia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dcterms:created xsi:type="dcterms:W3CDTF">2026-09-11T23:05:00Z</dcterms:created>
  <dcterms:modified xsi:type="dcterms:W3CDTF">2026-09-11T23:05:00Z</dcterms:modified>
  <cp:category/>
</cp:coreProperties>
</file>