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FE035" w14:textId="77777777" w:rsidR="00DD7FAB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TOPLUMSAL KATKI ALT ÇALIŞMA GRUBU</w:t>
      </w:r>
      <w:r>
        <w:rPr>
          <w:rFonts w:ascii="Arial" w:eastAsia="Arial" w:hAnsi="Arial"/>
        </w:rPr>
        <w:br/>
        <w:t>ÇALIŞMA USUL VE ESASLARI</w:t>
      </w:r>
    </w:p>
    <w:p w14:paraId="33992181" w14:textId="77777777" w:rsidR="00DD7FAB" w:rsidRDefault="00000000">
      <w:pPr>
        <w:jc w:val="center"/>
      </w:pPr>
      <w:r>
        <w:rPr>
          <w:i/>
        </w:rPr>
        <w:t>Kurulda görüşülmek üzere hazırlanan taslak</w:t>
      </w:r>
    </w:p>
    <w:p w14:paraId="14A719F3" w14:textId="77777777" w:rsidR="00DD7FAB" w:rsidRDefault="00000000">
      <w:pPr>
        <w:keepNext/>
      </w:pPr>
      <w:r>
        <w:rPr>
          <w:b/>
        </w:rPr>
        <w:t>MADDE 1 - Amaç</w:t>
      </w:r>
    </w:p>
    <w:p w14:paraId="699B28B6" w14:textId="77777777" w:rsidR="00DD7FAB" w:rsidRDefault="00000000">
      <w:r>
        <w:t>(1) Bu Usul ve Esasların amacı, Şalpazarı Meslek Yüksekokulu bünyesindeki Toplumsal Katkı Alt Çalışma Grubu adlı yapının oluşumunu, görevlerini, çalışma düzenini, kayıt, raporlama ve izleme süreçlerini belirlemektir.</w:t>
      </w:r>
    </w:p>
    <w:p w14:paraId="0075B91E" w14:textId="77777777" w:rsidR="00DD7FAB" w:rsidRDefault="00000000">
      <w:pPr>
        <w:keepNext/>
      </w:pPr>
      <w:r>
        <w:rPr>
          <w:b/>
        </w:rPr>
        <w:t>MADDE 2 - Kapsam</w:t>
      </w:r>
    </w:p>
    <w:p w14:paraId="3F4B760F" w14:textId="77777777" w:rsidR="00DD7FAB" w:rsidRDefault="00000000">
      <w:r>
        <w:t>(1) Bu Usul ve Esaslar, Toplumsal Katkı Alt Çalışma Grubu adlı yapının başkan, üye, raportör ve çalışmalarını kapsar.</w:t>
      </w:r>
    </w:p>
    <w:p w14:paraId="4CFD0633" w14:textId="77777777" w:rsidR="00DD7FAB" w:rsidRDefault="00000000">
      <w:pPr>
        <w:keepNext/>
      </w:pPr>
      <w:r>
        <w:rPr>
          <w:b/>
        </w:rPr>
        <w:t>MADDE 3 - Dayanak</w:t>
      </w:r>
    </w:p>
    <w:p w14:paraId="21E3B549" w14:textId="1CDE09D8" w:rsidR="00DD7FAB" w:rsidRDefault="00000000">
      <w:r>
        <w:t xml:space="preserve">(1) Bu Usul ve Esaslar; Trabzon Üniversitesi Kalite Güvencesi ve </w:t>
      </w:r>
      <w:proofErr w:type="spellStart"/>
      <w:r>
        <w:t>Kalite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 Yönergesi</w:t>
      </w:r>
      <w:r w:rsidR="00AB356A">
        <w:t xml:space="preserve">, </w:t>
      </w:r>
      <w:proofErr w:type="spellStart"/>
      <w:r w:rsidR="00AB356A" w:rsidRPr="00AB356A">
        <w:t>Toplumsal</w:t>
      </w:r>
      <w:proofErr w:type="spellEnd"/>
      <w:r w:rsidR="00AB356A" w:rsidRPr="00AB356A">
        <w:t xml:space="preserve"> </w:t>
      </w:r>
      <w:proofErr w:type="spellStart"/>
      <w:r w:rsidR="00AB356A" w:rsidRPr="00AB356A">
        <w:t>Katki</w:t>
      </w:r>
      <w:proofErr w:type="spellEnd"/>
      <w:r w:rsidR="00AB356A" w:rsidRPr="00AB356A">
        <w:t xml:space="preserve"> </w:t>
      </w:r>
      <w:proofErr w:type="spellStart"/>
      <w:r w:rsidR="00AB356A" w:rsidRPr="00AB356A">
        <w:t>Koordinatörlüğü</w:t>
      </w:r>
      <w:proofErr w:type="spellEnd"/>
      <w:r w:rsidR="00AB356A" w:rsidRPr="00AB356A">
        <w:t xml:space="preserve"> Yönergesi</w:t>
      </w:r>
      <w:r w:rsidR="00AB356A"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mevzuata</w:t>
      </w:r>
      <w:proofErr w:type="spellEnd"/>
      <w:r>
        <w:t xml:space="preserve"> dayanılarak hazırlanmıştır.</w:t>
      </w:r>
    </w:p>
    <w:p w14:paraId="37AE746E" w14:textId="77777777" w:rsidR="00DD7FAB" w:rsidRDefault="00000000">
      <w:r>
        <w:t>(2) Üst mevzuatta farklı bir hüküm bulunması hâlinde üst mevzuat hükmü uygulanır.</w:t>
      </w:r>
    </w:p>
    <w:p w14:paraId="3AB581AB" w14:textId="77777777" w:rsidR="00DD7FAB" w:rsidRDefault="00000000">
      <w:pPr>
        <w:keepNext/>
      </w:pPr>
      <w:r>
        <w:rPr>
          <w:b/>
        </w:rPr>
        <w:t>MADDE 4 - Oluşum</w:t>
      </w:r>
    </w:p>
    <w:p w14:paraId="603C5190" w14:textId="77777777" w:rsidR="00DD7FAB" w:rsidRDefault="00000000">
      <w:r>
        <w:t>(1) Toplumsal Katkı Alt Çalışma Grubu, üst mevzuatta belirtilen usule göre; hüküm bulunmaması hâlinde Müdürün teklifi ve yetkili kurul kararıyla oluşturulur.</w:t>
      </w:r>
    </w:p>
    <w:p w14:paraId="0511F65B" w14:textId="77777777" w:rsidR="00DD7FAB" w:rsidRDefault="00000000">
      <w:r>
        <w:t>(2) Üye sayısı, görev dağılımı ve görev süresi görevlendirme kararında gösterilir.</w:t>
      </w:r>
    </w:p>
    <w:p w14:paraId="1D24A9E6" w14:textId="77777777" w:rsidR="00DD7FAB" w:rsidRDefault="00000000">
      <w:pPr>
        <w:keepNext/>
      </w:pPr>
      <w:r>
        <w:rPr>
          <w:b/>
        </w:rPr>
        <w:t>MADDE 5 - Görev süresi ve üyeliğin sona ermesi</w:t>
      </w:r>
    </w:p>
    <w:p w14:paraId="22968FCF" w14:textId="77777777" w:rsidR="00DD7FAB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0517B4F8" w14:textId="77777777" w:rsidR="00DD7FAB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79864D7B" w14:textId="77777777" w:rsidR="00DD7FAB" w:rsidRDefault="00000000">
      <w:pPr>
        <w:keepNext/>
      </w:pPr>
      <w:r>
        <w:rPr>
          <w:b/>
        </w:rPr>
        <w:t>MADDE 6 - Çalışma ilkeleri</w:t>
      </w:r>
    </w:p>
    <w:p w14:paraId="30575B26" w14:textId="77777777" w:rsidR="00DD7FAB" w:rsidRDefault="00000000">
      <w:r>
        <w:t>(1) Toplumsal Katkı Alt Çalışma Grubu; kamu yararı, eşitlik, tarafsızlık, hesap verebilirlik, gizlilik, katılımcılık ve kanıta dayalı karar alma ilkelerine göre çalışır.</w:t>
      </w:r>
    </w:p>
    <w:p w14:paraId="22509733" w14:textId="77777777" w:rsidR="00DD7FAB" w:rsidRDefault="00000000">
      <w:r>
        <w:t>(2) Çalışmalar görev alanıyla sınırlı yürütülür; başka kurul veya makamların yetkileri kullanılamaz.</w:t>
      </w:r>
    </w:p>
    <w:p w14:paraId="08C54391" w14:textId="77777777" w:rsidR="00DD7FAB" w:rsidRDefault="00000000">
      <w:pPr>
        <w:keepNext/>
      </w:pPr>
      <w:r>
        <w:rPr>
          <w:b/>
        </w:rPr>
        <w:t>MADDE 7 - Görevler</w:t>
      </w:r>
    </w:p>
    <w:p w14:paraId="12BDC275" w14:textId="77777777" w:rsidR="00DD7FAB" w:rsidRDefault="00000000">
      <w:r>
        <w:t>(1) Toplumsal katkı hedef ve faaliyetlerini izlemek.</w:t>
      </w:r>
    </w:p>
    <w:p w14:paraId="14D9BF80" w14:textId="77777777" w:rsidR="00DD7FAB" w:rsidRDefault="00000000">
      <w:r>
        <w:t>(2) Kamu kurumları, yerel yönetimler, meslek kuruluşları ve toplumla iş birliklerini değerlendirmek.</w:t>
      </w:r>
    </w:p>
    <w:p w14:paraId="00943F6F" w14:textId="77777777" w:rsidR="00DD7FAB" w:rsidRDefault="00000000">
      <w:r>
        <w:t>(3) Faaliyetlerin katılım, çıktı ve toplumsal etkisini izlemek.</w:t>
      </w:r>
    </w:p>
    <w:p w14:paraId="52524610" w14:textId="77777777" w:rsidR="00DD7FAB" w:rsidRDefault="00000000">
      <w:r>
        <w:t>(4) BİDR kapsamında görev alanına ilişkin veri ve kanıtları Akademik Birim Kalite Ekibine sunmak.</w:t>
      </w:r>
    </w:p>
    <w:p w14:paraId="3956AB41" w14:textId="77777777" w:rsidR="00DD7FAB" w:rsidRDefault="00000000">
      <w:r>
        <w:t>(5) Müdürlükçe ve ilgili üst birimce görev alanı kapsamında verilen diğer işleri yürütmek.</w:t>
      </w:r>
    </w:p>
    <w:p w14:paraId="4CF4C0F1" w14:textId="77777777" w:rsidR="00DD7FAB" w:rsidRDefault="00000000">
      <w:pPr>
        <w:keepNext/>
      </w:pPr>
      <w:r>
        <w:rPr>
          <w:b/>
        </w:rPr>
        <w:t>MADDE 8 - Başkanın görevleri</w:t>
      </w:r>
    </w:p>
    <w:p w14:paraId="649ABFB4" w14:textId="77777777" w:rsidR="00DD7FAB" w:rsidRDefault="00000000">
      <w:r>
        <w:t>(1) Yıllık çalışma planını ve toplantı gündemini hazırlatmak, toplantıyı yönetmek ve görev dağılımı yapmak.</w:t>
      </w:r>
    </w:p>
    <w:p w14:paraId="1FB95AA6" w14:textId="3051CFA9" w:rsidR="00DD7FAB" w:rsidRDefault="00000000">
      <w:r>
        <w:t xml:space="preserve">(2) Karar ve faaliyetlerin uygulanmasını izlemek, gerekli eşgüdümü </w:t>
      </w:r>
      <w:proofErr w:type="spellStart"/>
      <w:r>
        <w:t>sağlamak</w:t>
      </w:r>
      <w:proofErr w:type="spellEnd"/>
      <w:r>
        <w:t xml:space="preserve"> ve </w:t>
      </w:r>
      <w:proofErr w:type="spellStart"/>
      <w:r>
        <w:t>sonuçları</w:t>
      </w:r>
      <w:proofErr w:type="spellEnd"/>
      <w:r>
        <w:t xml:space="preserve"> </w:t>
      </w:r>
      <w:r w:rsidR="00AB356A" w:rsidRPr="00AB356A">
        <w:t xml:space="preserve">Akademik </w:t>
      </w:r>
      <w:proofErr w:type="spellStart"/>
      <w:r w:rsidR="00AB356A" w:rsidRPr="00AB356A">
        <w:t>Birim</w:t>
      </w:r>
      <w:proofErr w:type="spellEnd"/>
      <w:r w:rsidR="00AB356A" w:rsidRPr="00AB356A">
        <w:t xml:space="preserve"> </w:t>
      </w:r>
      <w:proofErr w:type="spellStart"/>
      <w:r w:rsidR="00AB356A" w:rsidRPr="00AB356A">
        <w:t>Kalite</w:t>
      </w:r>
      <w:proofErr w:type="spellEnd"/>
      <w:r w:rsidR="00AB356A" w:rsidRPr="00AB356A">
        <w:t xml:space="preserve"> </w:t>
      </w:r>
      <w:proofErr w:type="spellStart"/>
      <w:r w:rsidR="00AB356A" w:rsidRPr="00AB356A">
        <w:t>Ekipleri</w:t>
      </w:r>
      <w:r w:rsidR="00AB356A">
        <w:t>ne</w:t>
      </w:r>
      <w:proofErr w:type="spellEnd"/>
      <w:r w:rsidR="00AB356A" w:rsidRPr="00AB356A">
        <w:t xml:space="preserve"> (ABKE</w:t>
      </w:r>
      <w:r w:rsidR="00AB356A" w:rsidRPr="00AB356A">
        <w:rPr>
          <w:b/>
          <w:bCs/>
        </w:rPr>
        <w:t>)</w:t>
      </w:r>
      <w:r>
        <w:t xml:space="preserve"> </w:t>
      </w:r>
      <w:proofErr w:type="spellStart"/>
      <w:r>
        <w:t>sunmak</w:t>
      </w:r>
      <w:proofErr w:type="spellEnd"/>
      <w:r>
        <w:t>.</w:t>
      </w:r>
    </w:p>
    <w:p w14:paraId="24D74841" w14:textId="77777777" w:rsidR="00DD7FAB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71FBB70F" w14:textId="77777777" w:rsidR="00DD7FAB" w:rsidRDefault="00000000">
      <w:pPr>
        <w:keepNext/>
      </w:pPr>
      <w:r>
        <w:rPr>
          <w:b/>
        </w:rPr>
        <w:t>MADDE 9 - Üyelerin ve raportörün görevleri</w:t>
      </w:r>
    </w:p>
    <w:p w14:paraId="60AAA54C" w14:textId="77777777" w:rsidR="00DD7FAB" w:rsidRDefault="00000000">
      <w:r>
        <w:t>(1) Üyeler gündem konularını inceler, toplantılara katılır, verilen görevleri süresinde tamamlar ve kanıtları raportöre iletir.</w:t>
      </w:r>
    </w:p>
    <w:p w14:paraId="0D942F5A" w14:textId="77777777" w:rsidR="00DD7FAB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08E941E7" w14:textId="77777777" w:rsidR="00DD7FAB" w:rsidRDefault="00000000">
      <w:pPr>
        <w:keepNext/>
      </w:pPr>
      <w:r>
        <w:rPr>
          <w:b/>
        </w:rPr>
        <w:t>MADDE 10 - Toplantı zamanı ve çağrı</w:t>
      </w:r>
    </w:p>
    <w:p w14:paraId="7791E2DA" w14:textId="4D984CFA" w:rsidR="00DD7FAB" w:rsidRDefault="00000000">
      <w:r>
        <w:t xml:space="preserve">(1) Toplumsal Katkı Alt Çalışma Grubu, özel mevzuatta belirtilen sıklıkta; hüküm yoksa görevlerinin gerektirdiği zamanlarda ve yılda en az iki kez toplanır. </w:t>
      </w:r>
    </w:p>
    <w:p w14:paraId="32B8BE48" w14:textId="77777777" w:rsidR="00DD7FAB" w:rsidRDefault="00000000">
      <w:r>
        <w:t>(2) Toplantı çağrısı, gündem ve belgeler kural olarak en az iki iş günü önce üyelere iletilir. Acil hâllerde bu süre aranmaz ve gerekçesi tutanağa yazılır.</w:t>
      </w:r>
    </w:p>
    <w:p w14:paraId="74689802" w14:textId="77777777" w:rsidR="00DD7FAB" w:rsidRDefault="00000000">
      <w:pPr>
        <w:keepNext/>
      </w:pPr>
      <w:r>
        <w:rPr>
          <w:b/>
        </w:rPr>
        <w:t>MADDE 11 - Toplantı ve karar yeter sayısı</w:t>
      </w:r>
    </w:p>
    <w:p w14:paraId="6B9C8C58" w14:textId="77777777" w:rsidR="00DD7FAB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6FC1037A" w14:textId="77777777" w:rsidR="00DD7FAB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5AAF54BB" w14:textId="77777777" w:rsidR="00DD7FAB" w:rsidRDefault="00000000">
      <w:pPr>
        <w:keepNext/>
      </w:pPr>
      <w:r>
        <w:rPr>
          <w:b/>
        </w:rPr>
        <w:t>MADDE 12 - Kararların niteliği</w:t>
      </w:r>
    </w:p>
    <w:p w14:paraId="13527C0D" w14:textId="77777777" w:rsidR="00DD7FAB" w:rsidRDefault="00000000">
      <w:r>
        <w:t>(1) Kararlar gerekçeli, açık, uygulanabilir ve görev alanıyla sınırlı olur.</w:t>
      </w:r>
    </w:p>
    <w:p w14:paraId="5E6DCAB3" w14:textId="77777777" w:rsidR="00DD7FAB" w:rsidRDefault="00000000">
      <w:r>
        <w:t>(2) Üst mevzuatta açıkça yetki verilmedikçe kararlar öneri niteliğindedir; yetkili makam veya kurulun onayına sunulur.</w:t>
      </w:r>
    </w:p>
    <w:p w14:paraId="350615E9" w14:textId="77777777" w:rsidR="00DD7FAB" w:rsidRDefault="00000000">
      <w:pPr>
        <w:keepNext/>
      </w:pPr>
      <w:r>
        <w:rPr>
          <w:b/>
        </w:rPr>
        <w:t>MADDE 13 - Etik gizlilik ve çıkar çatışması</w:t>
      </w:r>
    </w:p>
    <w:p w14:paraId="4583602A" w14:textId="77777777" w:rsidR="00DD7FAB" w:rsidRDefault="00000000">
      <w:r>
        <w:t>(1) Üyeler görevleri sırasında öğrendikleri kişisel, akademik, mali veya kurumsal bilgilerin gizliliğini korur.</w:t>
      </w:r>
    </w:p>
    <w:p w14:paraId="5C0D00E6" w14:textId="77777777" w:rsidR="00DD7FAB" w:rsidRDefault="00000000">
      <w:r>
        <w:t>(2) Kendisini veya doğrudan menfaat ilişkisi bulunan kişiyi ilgilendiren konuda üye görüşme ve oylamaya katılmaz; durum tutanağa yazılır.</w:t>
      </w:r>
    </w:p>
    <w:p w14:paraId="79E868FE" w14:textId="77777777" w:rsidR="00DD7FAB" w:rsidRDefault="00000000">
      <w:pPr>
        <w:keepNext/>
      </w:pPr>
      <w:r>
        <w:rPr>
          <w:b/>
        </w:rPr>
        <w:t>MADDE 14 - Tutanak ve dosyalama</w:t>
      </w:r>
    </w:p>
    <w:p w14:paraId="6410D8A0" w14:textId="77777777" w:rsidR="00DD7FAB" w:rsidRDefault="00000000">
      <w:r>
        <w:t>(1) Toplantılarda tarih, saat, yer, katılanlar, gündem, görüşülen hususlar, kararlar, sorumlular ve süreleri içeren tutanak düzenlenir.</w:t>
      </w:r>
    </w:p>
    <w:p w14:paraId="755351CE" w14:textId="77777777" w:rsidR="00DD7FAB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18764A51" w14:textId="77777777" w:rsidR="00DD7FAB" w:rsidRDefault="00000000">
      <w:pPr>
        <w:keepNext/>
      </w:pPr>
      <w:r>
        <w:rPr>
          <w:b/>
        </w:rPr>
        <w:t>MADDE 15 - Yıllık çalışma planı ve raporlama</w:t>
      </w:r>
    </w:p>
    <w:p w14:paraId="0D0DD048" w14:textId="77777777" w:rsidR="00DD7FAB" w:rsidRDefault="00000000">
      <w:r>
        <w:t>(1) Sürekli nitelikteki çalışmalarda eğitim-öğretim yılı başında faaliyet, sorumlu, süre, çıktı ve kanıtları gösteren çalışma planı hazırlanır.</w:t>
      </w:r>
    </w:p>
    <w:p w14:paraId="65FC1F3D" w14:textId="291930AA" w:rsidR="00DD7FAB" w:rsidRDefault="00000000">
      <w:r>
        <w:t xml:space="preserve">(2) Yıl sonunda gerçekleşen faaliyetler, göstergeler, sorunlar ve iyileştirme önerilerini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faaliyet</w:t>
      </w:r>
      <w:proofErr w:type="spellEnd"/>
      <w:r>
        <w:t xml:space="preserve"> </w:t>
      </w:r>
      <w:proofErr w:type="spellStart"/>
      <w:r>
        <w:t>raporu</w:t>
      </w:r>
      <w:proofErr w:type="spellEnd"/>
      <w:r>
        <w:t xml:space="preserve"> </w:t>
      </w:r>
      <w:r w:rsidR="00AB356A" w:rsidRPr="00552B48">
        <w:t xml:space="preserve">Akademik </w:t>
      </w:r>
      <w:proofErr w:type="spellStart"/>
      <w:r w:rsidR="00AB356A" w:rsidRPr="00552B48">
        <w:t>Birim</w:t>
      </w:r>
      <w:proofErr w:type="spellEnd"/>
      <w:r w:rsidR="00AB356A" w:rsidRPr="00552B48">
        <w:t xml:space="preserve"> </w:t>
      </w:r>
      <w:proofErr w:type="spellStart"/>
      <w:r w:rsidR="00AB356A" w:rsidRPr="00552B48">
        <w:t>Kalite</w:t>
      </w:r>
      <w:proofErr w:type="spellEnd"/>
      <w:r w:rsidR="00AB356A" w:rsidRPr="00552B48">
        <w:t xml:space="preserve"> </w:t>
      </w:r>
      <w:proofErr w:type="spellStart"/>
      <w:r w:rsidR="00AB356A" w:rsidRPr="00552B48">
        <w:t>Ekipleri</w:t>
      </w:r>
      <w:r w:rsidR="00552B48" w:rsidRPr="00552B48">
        <w:t>ne</w:t>
      </w:r>
      <w:proofErr w:type="spellEnd"/>
      <w:r w:rsidR="00552B48" w:rsidRPr="00552B48">
        <w:t xml:space="preserve"> </w:t>
      </w:r>
      <w:r w:rsidR="00AB356A" w:rsidRPr="00552B48">
        <w:t>(ABKE</w:t>
      </w:r>
      <w:r w:rsidR="00AB356A" w:rsidRPr="00AB356A">
        <w:rPr>
          <w:b/>
          <w:bCs/>
        </w:rPr>
        <w:t>)</w:t>
      </w:r>
      <w:r w:rsidR="00552B48">
        <w:rPr>
          <w:b/>
          <w:bCs/>
        </w:rPr>
        <w:t xml:space="preserve"> </w:t>
      </w:r>
      <w:proofErr w:type="spellStart"/>
      <w:r>
        <w:t>sunulur</w:t>
      </w:r>
      <w:proofErr w:type="spellEnd"/>
      <w:r>
        <w:t>.</w:t>
      </w:r>
    </w:p>
    <w:p w14:paraId="14475323" w14:textId="77777777" w:rsidR="00DD7FAB" w:rsidRDefault="00000000">
      <w:pPr>
        <w:keepNext/>
      </w:pPr>
      <w:r>
        <w:rPr>
          <w:b/>
        </w:rPr>
        <w:t>MADDE 16 - İzleme ve iyileştirme</w:t>
      </w:r>
    </w:p>
    <w:p w14:paraId="0F4D0F61" w14:textId="77777777" w:rsidR="00DD7FAB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1A53AF6B" w14:textId="77777777" w:rsidR="00DD7FAB" w:rsidRDefault="00000000">
      <w:r>
        <w:t>(2) Sonuçlar ilgili kalite, stratejik plan, iç kontrol veya üst koordinasyon yapısıyla paylaşılır.</w:t>
      </w:r>
    </w:p>
    <w:p w14:paraId="177D51AC" w14:textId="77777777" w:rsidR="00DD7FAB" w:rsidRDefault="00000000">
      <w:pPr>
        <w:keepNext/>
      </w:pPr>
      <w:r>
        <w:rPr>
          <w:b/>
        </w:rPr>
        <w:lastRenderedPageBreak/>
        <w:t>MADDE 17 - Hüküm bulunmayan hâller</w:t>
      </w:r>
    </w:p>
    <w:p w14:paraId="3DB2F6FF" w14:textId="77777777" w:rsidR="00DD7FAB" w:rsidRDefault="00000000">
      <w:r>
        <w:t>(1) Bu Usul ve Esaslarda hüküm bulunmayan hâllerde ilgili üst mevzuat ile Üniversite ve yetkili kurul kararları uygulanır.</w:t>
      </w:r>
    </w:p>
    <w:p w14:paraId="15BA615E" w14:textId="77777777" w:rsidR="00DD7FAB" w:rsidRDefault="00000000">
      <w:pPr>
        <w:keepNext/>
      </w:pPr>
      <w:r>
        <w:rPr>
          <w:b/>
        </w:rPr>
        <w:t>MADDE 18 - Yürürlük</w:t>
      </w:r>
    </w:p>
    <w:p w14:paraId="2A3606A0" w14:textId="77777777" w:rsidR="00DD7FAB" w:rsidRDefault="00000000">
      <w:r>
        <w:t>(1) Bu Usul ve Esaslar, Şalpazarı Meslek Yüksekokulu Kurulunun .../.../2026 tarihli ve ... sayılı kararıyla kabul edilerek yürürlüğe girer.</w:t>
      </w:r>
    </w:p>
    <w:p w14:paraId="75A8F9CB" w14:textId="77777777" w:rsidR="00DD7FAB" w:rsidRDefault="00000000">
      <w:pPr>
        <w:keepNext/>
      </w:pPr>
      <w:r>
        <w:rPr>
          <w:b/>
        </w:rPr>
        <w:t>MADDE 19 - Yürütme</w:t>
      </w:r>
    </w:p>
    <w:p w14:paraId="6E83E07F" w14:textId="77777777" w:rsidR="00DD7FAB" w:rsidRDefault="00000000">
      <w:r>
        <w:t>(1) Bu Usul ve Esasları Şalpazarı Meslek Yüksekokulu Müdürü yürütür.</w:t>
      </w:r>
    </w:p>
    <w:sectPr w:rsidR="00DD7FAB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52B3E" w14:textId="77777777" w:rsidR="00BF4BB5" w:rsidRDefault="00BF4BB5">
      <w:pPr>
        <w:spacing w:after="0" w:line="240" w:lineRule="auto"/>
      </w:pPr>
      <w:r>
        <w:separator/>
      </w:r>
    </w:p>
  </w:endnote>
  <w:endnote w:type="continuationSeparator" w:id="0">
    <w:p w14:paraId="61F4F083" w14:textId="77777777" w:rsidR="00BF4BB5" w:rsidRDefault="00BF4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0393A" w14:textId="77777777" w:rsidR="00DD7FAB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AB356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2E4A" w14:textId="77777777" w:rsidR="00BF4BB5" w:rsidRDefault="00BF4BB5">
      <w:pPr>
        <w:spacing w:after="0" w:line="240" w:lineRule="auto"/>
      </w:pPr>
      <w:r>
        <w:separator/>
      </w:r>
    </w:p>
  </w:footnote>
  <w:footnote w:type="continuationSeparator" w:id="0">
    <w:p w14:paraId="20D3D3A7" w14:textId="77777777" w:rsidR="00BF4BB5" w:rsidRDefault="00BF4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3AEF" w14:textId="77777777" w:rsidR="00DD7FAB" w:rsidRDefault="00000000">
    <w:pPr>
      <w:pStyle w:val="stBilgi"/>
      <w:jc w:val="right"/>
    </w:pPr>
    <w:proofErr w:type="spellStart"/>
    <w:r>
      <w:rPr>
        <w:color w:val="595959"/>
        <w:sz w:val="16"/>
      </w:rPr>
      <w:t>Toplumsal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Katkı</w:t>
    </w:r>
    <w:proofErr w:type="spellEnd"/>
    <w:r>
      <w:rPr>
        <w:color w:val="595959"/>
        <w:sz w:val="16"/>
      </w:rPr>
      <w:t xml:space="preserve"> Alt </w:t>
    </w:r>
    <w:proofErr w:type="spellStart"/>
    <w:r>
      <w:rPr>
        <w:color w:val="595959"/>
        <w:sz w:val="16"/>
      </w:rPr>
      <w:t>Çalışma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Grubu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753548">
    <w:abstractNumId w:val="8"/>
  </w:num>
  <w:num w:numId="2" w16cid:durableId="1118335678">
    <w:abstractNumId w:val="6"/>
  </w:num>
  <w:num w:numId="3" w16cid:durableId="829640214">
    <w:abstractNumId w:val="5"/>
  </w:num>
  <w:num w:numId="4" w16cid:durableId="343898347">
    <w:abstractNumId w:val="4"/>
  </w:num>
  <w:num w:numId="5" w16cid:durableId="1436053301">
    <w:abstractNumId w:val="7"/>
  </w:num>
  <w:num w:numId="6" w16cid:durableId="897277983">
    <w:abstractNumId w:val="3"/>
  </w:num>
  <w:num w:numId="7" w16cid:durableId="1366951377">
    <w:abstractNumId w:val="2"/>
  </w:num>
  <w:num w:numId="8" w16cid:durableId="2132433755">
    <w:abstractNumId w:val="1"/>
  </w:num>
  <w:num w:numId="9" w16cid:durableId="163841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2B48"/>
    <w:rsid w:val="009128CC"/>
    <w:rsid w:val="00AA1D8D"/>
    <w:rsid w:val="00AB356A"/>
    <w:rsid w:val="00B47730"/>
    <w:rsid w:val="00BF4BB5"/>
    <w:rsid w:val="00CB0664"/>
    <w:rsid w:val="00DD7F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0516E"/>
  <w14:defaultImageDpi w14:val="300"/>
  <w15:docId w15:val="{077A6E31-CDBE-4282-9398-7EB4B59C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2</cp:revision>
  <dcterms:created xsi:type="dcterms:W3CDTF">2013-12-23T23:15:00Z</dcterms:created>
  <dcterms:modified xsi:type="dcterms:W3CDTF">2026-09-14T09:17:00Z</dcterms:modified>
  <cp:category/>
</cp:coreProperties>
</file>