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60E9CBD" w14:textId="77777777" w:rsidR="00143A96" w:rsidRPr="00AC6F00" w:rsidRDefault="00590CAF">
      <w:pPr>
        <w:spacing w:after="20"/>
        <w:jc w:val="center"/>
        <w:rPr>
          <w:rFonts w:ascii="Times New Roman" w:hAnsi="Times New Roman" w:cs="Times New Roman"/>
          <w:sz w:val="20"/>
          <w:szCs w:val="20"/>
        </w:rPr>
      </w:pPr>
      <w:bookmarkStart w:id="0" w:name="_GoBack"/>
      <w:bookmarkEnd w:id="0"/>
      <w:r w:rsidRPr="00AC6F00">
        <w:rPr>
          <w:rFonts w:ascii="Times New Roman" w:hAnsi="Times New Roman" w:cs="Times New Roman"/>
          <w:b/>
          <w:color w:val="1F4E78"/>
          <w:sz w:val="20"/>
          <w:szCs w:val="20"/>
        </w:rPr>
        <w:t>TRABZON ÜNİVERSİTESİ</w:t>
      </w:r>
    </w:p>
    <w:p w14:paraId="699FC611" w14:textId="77777777" w:rsidR="00143A96" w:rsidRPr="00AC6F00" w:rsidRDefault="00590CAF">
      <w:pPr>
        <w:spacing w:after="20"/>
        <w:jc w:val="center"/>
        <w:rPr>
          <w:rFonts w:ascii="Times New Roman" w:hAnsi="Times New Roman" w:cs="Times New Roman"/>
          <w:sz w:val="20"/>
          <w:szCs w:val="20"/>
        </w:rPr>
      </w:pPr>
      <w:r w:rsidRPr="00AC6F00">
        <w:rPr>
          <w:rFonts w:ascii="Times New Roman" w:hAnsi="Times New Roman" w:cs="Times New Roman"/>
          <w:b/>
          <w:color w:val="1F4E78"/>
          <w:sz w:val="20"/>
          <w:szCs w:val="20"/>
        </w:rPr>
        <w:t>ŞALPAZARI MESLEK YÜKSEKOKULU</w:t>
      </w:r>
    </w:p>
    <w:p w14:paraId="317E57FD" w14:textId="77777777" w:rsidR="00143A96" w:rsidRPr="00AC6F00" w:rsidRDefault="00590CAF">
      <w:pPr>
        <w:spacing w:after="20"/>
        <w:jc w:val="center"/>
        <w:rPr>
          <w:rFonts w:ascii="Times New Roman" w:hAnsi="Times New Roman" w:cs="Times New Roman"/>
          <w:sz w:val="20"/>
          <w:szCs w:val="20"/>
        </w:rPr>
      </w:pPr>
      <w:r w:rsidRPr="00AC6F00">
        <w:rPr>
          <w:rFonts w:ascii="Times New Roman" w:hAnsi="Times New Roman" w:cs="Times New Roman"/>
          <w:b/>
          <w:color w:val="1F1F1F"/>
          <w:sz w:val="20"/>
          <w:szCs w:val="20"/>
        </w:rPr>
        <w:t>HUKUK BÖLÜMÜ</w:t>
      </w:r>
    </w:p>
    <w:p w14:paraId="57024845" w14:textId="77777777" w:rsidR="00143A96" w:rsidRPr="00AC6F00" w:rsidRDefault="00590CAF">
      <w:pPr>
        <w:spacing w:after="20"/>
        <w:jc w:val="center"/>
        <w:rPr>
          <w:rFonts w:ascii="Times New Roman" w:hAnsi="Times New Roman" w:cs="Times New Roman"/>
          <w:sz w:val="20"/>
          <w:szCs w:val="20"/>
        </w:rPr>
      </w:pPr>
      <w:r w:rsidRPr="00AC6F00">
        <w:rPr>
          <w:rFonts w:ascii="Times New Roman" w:hAnsi="Times New Roman" w:cs="Times New Roman"/>
          <w:b/>
          <w:color w:val="1F1F1F"/>
          <w:sz w:val="20"/>
          <w:szCs w:val="20"/>
        </w:rPr>
        <w:t>MAHKEME BÜRO HİZMETLERİ PROGRAMI</w:t>
      </w:r>
    </w:p>
    <w:p w14:paraId="0D9B6439" w14:textId="77777777" w:rsidR="00143A96" w:rsidRPr="00AC6F00" w:rsidRDefault="00590CAF">
      <w:pPr>
        <w:spacing w:after="20"/>
        <w:jc w:val="center"/>
        <w:rPr>
          <w:rFonts w:ascii="Times New Roman" w:hAnsi="Times New Roman" w:cs="Times New Roman"/>
          <w:sz w:val="20"/>
          <w:szCs w:val="20"/>
        </w:rPr>
      </w:pPr>
      <w:r w:rsidRPr="00AC6F00">
        <w:rPr>
          <w:rFonts w:ascii="Times New Roman" w:hAnsi="Times New Roman" w:cs="Times New Roman"/>
          <w:b/>
          <w:color w:val="1F4E78"/>
          <w:sz w:val="20"/>
          <w:szCs w:val="20"/>
        </w:rPr>
        <w:t>STAJ EVRAKI DEĞERLENDİRME RUBRİĞİ</w:t>
      </w:r>
    </w:p>
    <w:p w14:paraId="1D609A6D" w14:textId="77777777" w:rsidR="00143A96" w:rsidRPr="00AC6F00" w:rsidRDefault="00590CAF">
      <w:pPr>
        <w:spacing w:after="20"/>
        <w:jc w:val="center"/>
        <w:rPr>
          <w:rFonts w:ascii="Times New Roman" w:hAnsi="Times New Roman" w:cs="Times New Roman"/>
          <w:sz w:val="20"/>
          <w:szCs w:val="20"/>
        </w:rPr>
      </w:pPr>
      <w:r w:rsidRPr="00AC6F00">
        <w:rPr>
          <w:rFonts w:ascii="Times New Roman" w:hAnsi="Times New Roman" w:cs="Times New Roman"/>
          <w:color w:val="1F1F1F"/>
          <w:sz w:val="20"/>
          <w:szCs w:val="20"/>
        </w:rPr>
        <w:t>(Bölüm Uygulamalı Eğitimler Komisyonu - BÖLUYEK)</w:t>
      </w:r>
    </w:p>
    <w:tbl>
      <w:tblPr>
        <w:tblStyle w:val="TabloKlavuzu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2141"/>
        <w:gridCol w:w="3935"/>
      </w:tblGrid>
      <w:tr w:rsidR="00AC6F00" w:rsidRPr="00AC6F00" w14:paraId="62008E4C" w14:textId="77777777" w:rsidTr="00653A1F">
        <w:trPr>
          <w:trHeight w:val="392"/>
          <w:jc w:val="center"/>
        </w:trPr>
        <w:tc>
          <w:tcPr>
            <w:tcW w:w="2141" w:type="dxa"/>
            <w:shd w:val="clear" w:color="auto" w:fill="1F4E78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76CC44D2" w14:textId="77777777" w:rsidR="00AC6F00" w:rsidRPr="00AC6F00" w:rsidRDefault="00AC6F00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AC6F00">
              <w:rPr>
                <w:rFonts w:ascii="Times New Roman" w:hAnsi="Times New Roman" w:cs="Times New Roman"/>
                <w:b/>
                <w:color w:val="FFFFFF"/>
                <w:sz w:val="20"/>
                <w:szCs w:val="20"/>
              </w:rPr>
              <w:t>Akademik</w:t>
            </w:r>
            <w:proofErr w:type="spellEnd"/>
            <w:r w:rsidRPr="00AC6F00">
              <w:rPr>
                <w:rFonts w:ascii="Times New Roman" w:hAnsi="Times New Roman" w:cs="Times New Roman"/>
                <w:b/>
                <w:color w:val="FFFFFF"/>
                <w:sz w:val="20"/>
                <w:szCs w:val="20"/>
              </w:rPr>
              <w:t xml:space="preserve"> </w:t>
            </w:r>
            <w:proofErr w:type="spellStart"/>
            <w:r w:rsidRPr="00AC6F00">
              <w:rPr>
                <w:rFonts w:ascii="Times New Roman" w:hAnsi="Times New Roman" w:cs="Times New Roman"/>
                <w:b/>
                <w:color w:val="FFFFFF"/>
                <w:sz w:val="20"/>
                <w:szCs w:val="20"/>
              </w:rPr>
              <w:t>Yıl</w:t>
            </w:r>
            <w:proofErr w:type="spellEnd"/>
            <w:r w:rsidRPr="00AC6F00">
              <w:rPr>
                <w:rFonts w:ascii="Times New Roman" w:hAnsi="Times New Roman" w:cs="Times New Roman"/>
                <w:b/>
                <w:color w:val="FFFFFF"/>
                <w:sz w:val="20"/>
                <w:szCs w:val="20"/>
              </w:rPr>
              <w:t xml:space="preserve"> / </w:t>
            </w:r>
            <w:proofErr w:type="spellStart"/>
            <w:r w:rsidRPr="00AC6F00">
              <w:rPr>
                <w:rFonts w:ascii="Times New Roman" w:hAnsi="Times New Roman" w:cs="Times New Roman"/>
                <w:b/>
                <w:color w:val="FFFFFF"/>
                <w:sz w:val="20"/>
                <w:szCs w:val="20"/>
              </w:rPr>
              <w:t>Dönem</w:t>
            </w:r>
            <w:proofErr w:type="spellEnd"/>
          </w:p>
        </w:tc>
        <w:tc>
          <w:tcPr>
            <w:tcW w:w="3935" w:type="dxa"/>
            <w:shd w:val="clear" w:color="auto" w:fill="1F4E78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15791AA9" w14:textId="77777777" w:rsidR="00AC6F00" w:rsidRPr="00AC6F00" w:rsidRDefault="00AC6F00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C6F00">
              <w:rPr>
                <w:rFonts w:ascii="Times New Roman" w:hAnsi="Times New Roman" w:cs="Times New Roman"/>
                <w:b/>
                <w:color w:val="FFFFFF"/>
                <w:sz w:val="20"/>
                <w:szCs w:val="20"/>
              </w:rPr>
              <w:t>Yönerge Dayanağı</w:t>
            </w:r>
          </w:p>
        </w:tc>
      </w:tr>
      <w:tr w:rsidR="00AC6F00" w:rsidRPr="00AC6F00" w14:paraId="19605EB3" w14:textId="77777777" w:rsidTr="00653A1F">
        <w:trPr>
          <w:trHeight w:val="476"/>
          <w:jc w:val="center"/>
        </w:trPr>
        <w:tc>
          <w:tcPr>
            <w:tcW w:w="2141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61AC69F2" w14:textId="77777777" w:rsidR="00AC6F00" w:rsidRPr="00AC6F00" w:rsidRDefault="00AC6F00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35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2E69514A" w14:textId="77777777" w:rsidR="00AC6F00" w:rsidRPr="00AC6F00" w:rsidRDefault="00AC6F00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C6F00">
              <w:rPr>
                <w:rFonts w:ascii="Times New Roman" w:hAnsi="Times New Roman" w:cs="Times New Roman"/>
                <w:color w:val="1F1F1F"/>
                <w:sz w:val="20"/>
                <w:szCs w:val="20"/>
              </w:rPr>
              <w:t>27.08.2026 • Senato 91/17</w:t>
            </w:r>
          </w:p>
        </w:tc>
      </w:tr>
    </w:tbl>
    <w:p w14:paraId="211DB233" w14:textId="77777777" w:rsidR="00143A96" w:rsidRPr="00AC6F00" w:rsidRDefault="00143A96">
      <w:pPr>
        <w:spacing w:after="0"/>
        <w:rPr>
          <w:rFonts w:ascii="Times New Roman" w:hAnsi="Times New Roman" w:cs="Times New Roman"/>
          <w:sz w:val="20"/>
          <w:szCs w:val="20"/>
        </w:rPr>
      </w:pPr>
    </w:p>
    <w:tbl>
      <w:tblPr>
        <w:tblStyle w:val="TabloKlavuzu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2004"/>
        <w:gridCol w:w="3208"/>
        <w:gridCol w:w="2004"/>
        <w:gridCol w:w="3208"/>
      </w:tblGrid>
      <w:tr w:rsidR="00143A96" w:rsidRPr="00AC6F00" w14:paraId="4F8D4152" w14:textId="77777777" w:rsidTr="00653A1F">
        <w:trPr>
          <w:trHeight w:val="351"/>
          <w:jc w:val="center"/>
        </w:trPr>
        <w:tc>
          <w:tcPr>
            <w:tcW w:w="2004" w:type="dxa"/>
            <w:shd w:val="clear" w:color="auto" w:fill="D9EAF7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0B4A18B6" w14:textId="77777777" w:rsidR="00143A96" w:rsidRPr="00AC6F00" w:rsidRDefault="00590CAF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AC6F00">
              <w:rPr>
                <w:rFonts w:ascii="Times New Roman" w:hAnsi="Times New Roman" w:cs="Times New Roman"/>
                <w:b/>
                <w:color w:val="1F1F1F"/>
                <w:sz w:val="20"/>
                <w:szCs w:val="20"/>
              </w:rPr>
              <w:t>Öğrencinin</w:t>
            </w:r>
            <w:proofErr w:type="spellEnd"/>
            <w:r w:rsidRPr="00AC6F00">
              <w:rPr>
                <w:rFonts w:ascii="Times New Roman" w:hAnsi="Times New Roman" w:cs="Times New Roman"/>
                <w:b/>
                <w:color w:val="1F1F1F"/>
                <w:sz w:val="20"/>
                <w:szCs w:val="20"/>
              </w:rPr>
              <w:t xml:space="preserve"> </w:t>
            </w:r>
            <w:proofErr w:type="spellStart"/>
            <w:r w:rsidRPr="00AC6F00">
              <w:rPr>
                <w:rFonts w:ascii="Times New Roman" w:hAnsi="Times New Roman" w:cs="Times New Roman"/>
                <w:b/>
                <w:color w:val="1F1F1F"/>
                <w:sz w:val="20"/>
                <w:szCs w:val="20"/>
              </w:rPr>
              <w:t>Adı</w:t>
            </w:r>
            <w:proofErr w:type="spellEnd"/>
            <w:r w:rsidRPr="00AC6F00">
              <w:rPr>
                <w:rFonts w:ascii="Times New Roman" w:hAnsi="Times New Roman" w:cs="Times New Roman"/>
                <w:b/>
                <w:color w:val="1F1F1F"/>
                <w:sz w:val="20"/>
                <w:szCs w:val="20"/>
              </w:rPr>
              <w:t xml:space="preserve"> </w:t>
            </w:r>
            <w:proofErr w:type="spellStart"/>
            <w:r w:rsidRPr="00AC6F00">
              <w:rPr>
                <w:rFonts w:ascii="Times New Roman" w:hAnsi="Times New Roman" w:cs="Times New Roman"/>
                <w:b/>
                <w:color w:val="1F1F1F"/>
                <w:sz w:val="20"/>
                <w:szCs w:val="20"/>
              </w:rPr>
              <w:t>Soyadı</w:t>
            </w:r>
            <w:proofErr w:type="spellEnd"/>
          </w:p>
        </w:tc>
        <w:tc>
          <w:tcPr>
            <w:tcW w:w="3208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34A2AADA" w14:textId="77777777" w:rsidR="00143A96" w:rsidRPr="00AC6F00" w:rsidRDefault="00143A9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004" w:type="dxa"/>
            <w:shd w:val="clear" w:color="auto" w:fill="D9EAF7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5F813187" w14:textId="77777777" w:rsidR="00143A96" w:rsidRPr="00AC6F00" w:rsidRDefault="00590CAF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AC6F00">
              <w:rPr>
                <w:rFonts w:ascii="Times New Roman" w:hAnsi="Times New Roman" w:cs="Times New Roman"/>
                <w:b/>
                <w:color w:val="1F1F1F"/>
                <w:sz w:val="20"/>
                <w:szCs w:val="20"/>
              </w:rPr>
              <w:t>Öğrenci Numarası</w:t>
            </w:r>
          </w:p>
        </w:tc>
        <w:tc>
          <w:tcPr>
            <w:tcW w:w="3208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7A55FB0E" w14:textId="77777777" w:rsidR="00143A96" w:rsidRPr="00AC6F00" w:rsidRDefault="00143A9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143A96" w:rsidRPr="00AC6F00" w14:paraId="4D354DAE" w14:textId="77777777" w:rsidTr="00653A1F">
        <w:trPr>
          <w:trHeight w:val="289"/>
          <w:jc w:val="center"/>
        </w:trPr>
        <w:tc>
          <w:tcPr>
            <w:tcW w:w="2004" w:type="dxa"/>
            <w:shd w:val="clear" w:color="auto" w:fill="D9EAF7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790FBCBB" w14:textId="77777777" w:rsidR="00143A96" w:rsidRPr="00AC6F00" w:rsidRDefault="00590CAF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AC6F00">
              <w:rPr>
                <w:rFonts w:ascii="Times New Roman" w:hAnsi="Times New Roman" w:cs="Times New Roman"/>
                <w:b/>
                <w:color w:val="1F1F1F"/>
                <w:sz w:val="20"/>
                <w:szCs w:val="20"/>
              </w:rPr>
              <w:t>Program</w:t>
            </w:r>
          </w:p>
        </w:tc>
        <w:tc>
          <w:tcPr>
            <w:tcW w:w="3208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6BC838E2" w14:textId="77777777" w:rsidR="00143A96" w:rsidRPr="00AC6F00" w:rsidRDefault="00590CAF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AC6F00">
              <w:rPr>
                <w:rFonts w:ascii="Times New Roman" w:hAnsi="Times New Roman" w:cs="Times New Roman"/>
                <w:color w:val="1F1F1F"/>
                <w:sz w:val="20"/>
                <w:szCs w:val="20"/>
              </w:rPr>
              <w:t>Mahkeme Büro Hizmetleri</w:t>
            </w:r>
          </w:p>
        </w:tc>
        <w:tc>
          <w:tcPr>
            <w:tcW w:w="2004" w:type="dxa"/>
            <w:shd w:val="clear" w:color="auto" w:fill="D9EAF7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7B3B261E" w14:textId="77777777" w:rsidR="00143A96" w:rsidRPr="00AC6F00" w:rsidRDefault="00590CAF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AC6F00">
              <w:rPr>
                <w:rFonts w:ascii="Times New Roman" w:hAnsi="Times New Roman" w:cs="Times New Roman"/>
                <w:b/>
                <w:color w:val="1F1F1F"/>
                <w:sz w:val="20"/>
                <w:szCs w:val="20"/>
              </w:rPr>
              <w:t>Staj Dersi / Dönemi</w:t>
            </w:r>
          </w:p>
        </w:tc>
        <w:tc>
          <w:tcPr>
            <w:tcW w:w="3208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27323C05" w14:textId="77777777" w:rsidR="00143A96" w:rsidRPr="00AC6F00" w:rsidRDefault="00590CAF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AC6F00">
              <w:rPr>
                <w:rFonts w:ascii="Times New Roman" w:hAnsi="Times New Roman" w:cs="Times New Roman"/>
                <w:color w:val="1F1F1F"/>
                <w:sz w:val="20"/>
                <w:szCs w:val="20"/>
              </w:rPr>
              <w:t>Staj • 3. Dönem</w:t>
            </w:r>
          </w:p>
        </w:tc>
      </w:tr>
      <w:tr w:rsidR="00143A96" w:rsidRPr="00AC6F00" w14:paraId="4ECECF79" w14:textId="77777777" w:rsidTr="00653A1F">
        <w:trPr>
          <w:trHeight w:val="351"/>
          <w:jc w:val="center"/>
        </w:trPr>
        <w:tc>
          <w:tcPr>
            <w:tcW w:w="2004" w:type="dxa"/>
            <w:shd w:val="clear" w:color="auto" w:fill="D9EAF7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10F1D917" w14:textId="2A697F1F" w:rsidR="00143A96" w:rsidRPr="00AC6F00" w:rsidRDefault="00590CAF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AC6F00">
              <w:rPr>
                <w:rFonts w:ascii="Times New Roman" w:hAnsi="Times New Roman" w:cs="Times New Roman"/>
                <w:b/>
                <w:color w:val="1F1F1F"/>
                <w:sz w:val="20"/>
                <w:szCs w:val="20"/>
              </w:rPr>
              <w:t>Staj</w:t>
            </w:r>
            <w:proofErr w:type="spellEnd"/>
            <w:r w:rsidRPr="00AC6F00">
              <w:rPr>
                <w:rFonts w:ascii="Times New Roman" w:hAnsi="Times New Roman" w:cs="Times New Roman"/>
                <w:b/>
                <w:color w:val="1F1F1F"/>
                <w:sz w:val="20"/>
                <w:szCs w:val="20"/>
              </w:rPr>
              <w:t xml:space="preserve"> </w:t>
            </w:r>
            <w:proofErr w:type="spellStart"/>
            <w:r w:rsidRPr="00AC6F00">
              <w:rPr>
                <w:rFonts w:ascii="Times New Roman" w:hAnsi="Times New Roman" w:cs="Times New Roman"/>
                <w:b/>
                <w:color w:val="1F1F1F"/>
                <w:sz w:val="20"/>
                <w:szCs w:val="20"/>
              </w:rPr>
              <w:t>Yapılan</w:t>
            </w:r>
            <w:proofErr w:type="spellEnd"/>
            <w:r w:rsidRPr="00AC6F00">
              <w:rPr>
                <w:rFonts w:ascii="Times New Roman" w:hAnsi="Times New Roman" w:cs="Times New Roman"/>
                <w:b/>
                <w:color w:val="1F1F1F"/>
                <w:sz w:val="20"/>
                <w:szCs w:val="20"/>
              </w:rPr>
              <w:t xml:space="preserve"> </w:t>
            </w:r>
            <w:proofErr w:type="spellStart"/>
            <w:r w:rsidRPr="00AC6F00">
              <w:rPr>
                <w:rFonts w:ascii="Times New Roman" w:hAnsi="Times New Roman" w:cs="Times New Roman"/>
                <w:b/>
                <w:color w:val="1F1F1F"/>
                <w:sz w:val="20"/>
                <w:szCs w:val="20"/>
              </w:rPr>
              <w:t>Kurum</w:t>
            </w:r>
            <w:proofErr w:type="spellEnd"/>
            <w:r w:rsidR="00AC6F00" w:rsidRPr="00AC6F00">
              <w:rPr>
                <w:rFonts w:ascii="Times New Roman" w:hAnsi="Times New Roman" w:cs="Times New Roman"/>
                <w:b/>
                <w:color w:val="1F1F1F"/>
                <w:sz w:val="20"/>
                <w:szCs w:val="20"/>
              </w:rPr>
              <w:t xml:space="preserve"> </w:t>
            </w:r>
            <w:r w:rsidR="00AC6F00" w:rsidRPr="00AC6F00">
              <w:rPr>
                <w:rFonts w:ascii="Times New Roman" w:hAnsi="Times New Roman" w:cs="Times New Roman"/>
                <w:b/>
                <w:color w:val="1F1F1F"/>
                <w:sz w:val="20"/>
                <w:szCs w:val="20"/>
              </w:rPr>
              <w:br/>
              <w:t>/</w:t>
            </w:r>
            <w:proofErr w:type="spellStart"/>
            <w:r w:rsidR="00AC6F00" w:rsidRPr="00AC6F00">
              <w:rPr>
                <w:rFonts w:ascii="Times New Roman" w:hAnsi="Times New Roman" w:cs="Times New Roman"/>
                <w:b/>
                <w:color w:val="1F1F1F"/>
                <w:sz w:val="20"/>
                <w:szCs w:val="20"/>
              </w:rPr>
              <w:t>Birim</w:t>
            </w:r>
            <w:proofErr w:type="spellEnd"/>
          </w:p>
        </w:tc>
        <w:tc>
          <w:tcPr>
            <w:tcW w:w="3208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292208C5" w14:textId="77777777" w:rsidR="00143A96" w:rsidRPr="00AC6F00" w:rsidRDefault="00143A9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004" w:type="dxa"/>
            <w:shd w:val="clear" w:color="auto" w:fill="D9EAF7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19B73700" w14:textId="2A54567D" w:rsidR="00143A96" w:rsidRPr="00AC6F00" w:rsidRDefault="00AC6F00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AC6F00">
              <w:rPr>
                <w:rFonts w:ascii="Times New Roman" w:hAnsi="Times New Roman" w:cs="Times New Roman"/>
                <w:b/>
                <w:color w:val="1F1F1F"/>
                <w:sz w:val="20"/>
                <w:szCs w:val="20"/>
              </w:rPr>
              <w:t>Toplam</w:t>
            </w:r>
            <w:proofErr w:type="spellEnd"/>
            <w:r w:rsidRPr="00AC6F00">
              <w:rPr>
                <w:rFonts w:ascii="Times New Roman" w:hAnsi="Times New Roman" w:cs="Times New Roman"/>
                <w:b/>
                <w:color w:val="1F1F1F"/>
                <w:sz w:val="20"/>
                <w:szCs w:val="20"/>
              </w:rPr>
              <w:t xml:space="preserve"> </w:t>
            </w:r>
            <w:proofErr w:type="spellStart"/>
            <w:r w:rsidRPr="00AC6F00">
              <w:rPr>
                <w:rFonts w:ascii="Times New Roman" w:hAnsi="Times New Roman" w:cs="Times New Roman"/>
                <w:b/>
                <w:color w:val="1F1F1F"/>
                <w:sz w:val="20"/>
                <w:szCs w:val="20"/>
              </w:rPr>
              <w:t>İş</w:t>
            </w:r>
            <w:proofErr w:type="spellEnd"/>
            <w:r w:rsidRPr="00AC6F00">
              <w:rPr>
                <w:rFonts w:ascii="Times New Roman" w:hAnsi="Times New Roman" w:cs="Times New Roman"/>
                <w:b/>
                <w:color w:val="1F1F1F"/>
                <w:sz w:val="20"/>
                <w:szCs w:val="20"/>
              </w:rPr>
              <w:t xml:space="preserve"> </w:t>
            </w:r>
            <w:proofErr w:type="spellStart"/>
            <w:r w:rsidRPr="00AC6F00">
              <w:rPr>
                <w:rFonts w:ascii="Times New Roman" w:hAnsi="Times New Roman" w:cs="Times New Roman"/>
                <w:b/>
                <w:color w:val="1F1F1F"/>
                <w:sz w:val="20"/>
                <w:szCs w:val="20"/>
              </w:rPr>
              <w:t>Günü</w:t>
            </w:r>
            <w:proofErr w:type="spellEnd"/>
          </w:p>
        </w:tc>
        <w:tc>
          <w:tcPr>
            <w:tcW w:w="3208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24C5AEC7" w14:textId="4C9A8628" w:rsidR="00143A96" w:rsidRPr="00AC6F00" w:rsidRDefault="00AC6F00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AC6F00">
              <w:rPr>
                <w:rFonts w:ascii="Times New Roman" w:hAnsi="Times New Roman" w:cs="Times New Roman"/>
                <w:color w:val="1F1F1F"/>
                <w:sz w:val="20"/>
                <w:szCs w:val="20"/>
              </w:rPr>
              <w:t xml:space="preserve">20 </w:t>
            </w:r>
            <w:proofErr w:type="spellStart"/>
            <w:r w:rsidRPr="00AC6F00">
              <w:rPr>
                <w:rFonts w:ascii="Times New Roman" w:hAnsi="Times New Roman" w:cs="Times New Roman"/>
                <w:color w:val="1F1F1F"/>
                <w:sz w:val="20"/>
                <w:szCs w:val="20"/>
              </w:rPr>
              <w:t>iş</w:t>
            </w:r>
            <w:proofErr w:type="spellEnd"/>
            <w:r w:rsidRPr="00AC6F00">
              <w:rPr>
                <w:rFonts w:ascii="Times New Roman" w:hAnsi="Times New Roman" w:cs="Times New Roman"/>
                <w:color w:val="1F1F1F"/>
                <w:sz w:val="20"/>
                <w:szCs w:val="20"/>
              </w:rPr>
              <w:t xml:space="preserve"> </w:t>
            </w:r>
            <w:proofErr w:type="spellStart"/>
            <w:r w:rsidRPr="00AC6F00">
              <w:rPr>
                <w:rFonts w:ascii="Times New Roman" w:hAnsi="Times New Roman" w:cs="Times New Roman"/>
                <w:color w:val="1F1F1F"/>
                <w:sz w:val="20"/>
                <w:szCs w:val="20"/>
              </w:rPr>
              <w:t>günü</w:t>
            </w:r>
            <w:proofErr w:type="spellEnd"/>
            <w:r w:rsidRPr="00AC6F00">
              <w:rPr>
                <w:rFonts w:ascii="Times New Roman" w:hAnsi="Times New Roman" w:cs="Times New Roman"/>
                <w:color w:val="1F1F1F"/>
                <w:sz w:val="20"/>
                <w:szCs w:val="20"/>
              </w:rPr>
              <w:t xml:space="preserve"> (EK-6)</w:t>
            </w:r>
          </w:p>
        </w:tc>
      </w:tr>
      <w:tr w:rsidR="00AC6F00" w:rsidRPr="00AC6F00" w14:paraId="2A9932C7" w14:textId="77777777" w:rsidTr="005D658E">
        <w:trPr>
          <w:trHeight w:val="351"/>
          <w:jc w:val="center"/>
        </w:trPr>
        <w:tc>
          <w:tcPr>
            <w:tcW w:w="2004" w:type="dxa"/>
            <w:shd w:val="clear" w:color="auto" w:fill="D9EAF7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6EFA4439" w14:textId="77777777" w:rsidR="00AC6F00" w:rsidRPr="00AC6F00" w:rsidRDefault="00AC6F00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AC6F00">
              <w:rPr>
                <w:rFonts w:ascii="Times New Roman" w:hAnsi="Times New Roman" w:cs="Times New Roman"/>
                <w:b/>
                <w:color w:val="1F1F1F"/>
                <w:sz w:val="20"/>
                <w:szCs w:val="20"/>
              </w:rPr>
              <w:t>Staj</w:t>
            </w:r>
            <w:proofErr w:type="spellEnd"/>
            <w:r w:rsidRPr="00AC6F00">
              <w:rPr>
                <w:rFonts w:ascii="Times New Roman" w:hAnsi="Times New Roman" w:cs="Times New Roman"/>
                <w:b/>
                <w:color w:val="1F1F1F"/>
                <w:sz w:val="20"/>
                <w:szCs w:val="20"/>
              </w:rPr>
              <w:t xml:space="preserve"> </w:t>
            </w:r>
            <w:proofErr w:type="spellStart"/>
            <w:r w:rsidRPr="00AC6F00">
              <w:rPr>
                <w:rFonts w:ascii="Times New Roman" w:hAnsi="Times New Roman" w:cs="Times New Roman"/>
                <w:b/>
                <w:color w:val="1F1F1F"/>
                <w:sz w:val="20"/>
                <w:szCs w:val="20"/>
              </w:rPr>
              <w:t>Başlangıç-Bitiş</w:t>
            </w:r>
            <w:proofErr w:type="spellEnd"/>
          </w:p>
        </w:tc>
        <w:tc>
          <w:tcPr>
            <w:tcW w:w="8420" w:type="dxa"/>
            <w:gridSpan w:val="3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47051F93" w14:textId="5F1981F3" w:rsidR="00AC6F00" w:rsidRPr="00AC6F00" w:rsidRDefault="00AC6F00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0710"/>
      </w:tblGrid>
      <w:tr w:rsidR="00143A96" w:rsidRPr="00AC6F00" w14:paraId="29720658" w14:textId="77777777">
        <w:trPr>
          <w:jc w:val="center"/>
        </w:trPr>
        <w:tc>
          <w:tcPr>
            <w:tcW w:w="10710" w:type="dxa"/>
            <w:shd w:val="clear" w:color="auto" w:fill="1F4E78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523DD71B" w14:textId="77777777" w:rsidR="00143A96" w:rsidRPr="00AC6F00" w:rsidRDefault="00590CAF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AC6F00">
              <w:rPr>
                <w:rFonts w:ascii="Times New Roman" w:hAnsi="Times New Roman" w:cs="Times New Roman"/>
                <w:b/>
                <w:color w:val="FFFFFF"/>
                <w:sz w:val="20"/>
                <w:szCs w:val="20"/>
              </w:rPr>
              <w:t>1. AMAÇ, DAYANAK VE HUKUKİ KONUM</w:t>
            </w:r>
          </w:p>
        </w:tc>
      </w:tr>
    </w:tbl>
    <w:p w14:paraId="166A2827" w14:textId="77777777" w:rsidR="00143A96" w:rsidRPr="00AC6F00" w:rsidRDefault="00143A96">
      <w:pPr>
        <w:spacing w:after="0"/>
        <w:rPr>
          <w:rFonts w:ascii="Times New Roman" w:hAnsi="Times New Roman" w:cs="Times New Roman"/>
          <w:sz w:val="20"/>
          <w:szCs w:val="20"/>
        </w:rPr>
      </w:pPr>
    </w:p>
    <w:p w14:paraId="01930CE8" w14:textId="32F2809A" w:rsidR="00143A96" w:rsidRPr="00AC6F00" w:rsidRDefault="00590CAF" w:rsidP="00DE40AD">
      <w:pPr>
        <w:jc w:val="both"/>
        <w:rPr>
          <w:rFonts w:ascii="Times New Roman" w:hAnsi="Times New Roman" w:cs="Times New Roman"/>
          <w:sz w:val="20"/>
          <w:szCs w:val="20"/>
        </w:rPr>
      </w:pPr>
      <w:proofErr w:type="spellStart"/>
      <w:r w:rsidRPr="00AC6F00">
        <w:rPr>
          <w:rFonts w:ascii="Times New Roman" w:hAnsi="Times New Roman" w:cs="Times New Roman"/>
          <w:b/>
          <w:sz w:val="20"/>
          <w:szCs w:val="20"/>
        </w:rPr>
        <w:t>Amaç</w:t>
      </w:r>
      <w:proofErr w:type="spellEnd"/>
      <w:r w:rsidRPr="00AC6F00">
        <w:rPr>
          <w:rFonts w:ascii="Times New Roman" w:hAnsi="Times New Roman" w:cs="Times New Roman"/>
          <w:b/>
          <w:sz w:val="20"/>
          <w:szCs w:val="20"/>
        </w:rPr>
        <w:t>:</w:t>
      </w:r>
      <w:r w:rsidRPr="00AC6F00">
        <w:rPr>
          <w:rFonts w:ascii="Times New Roman" w:hAnsi="Times New Roman" w:cs="Times New Roman"/>
          <w:sz w:val="20"/>
          <w:szCs w:val="20"/>
        </w:rPr>
        <w:t xml:space="preserve"> Bu </w:t>
      </w:r>
      <w:proofErr w:type="spellStart"/>
      <w:r w:rsidRPr="00AC6F00">
        <w:rPr>
          <w:rFonts w:ascii="Times New Roman" w:hAnsi="Times New Roman" w:cs="Times New Roman"/>
          <w:sz w:val="20"/>
          <w:szCs w:val="20"/>
        </w:rPr>
        <w:t>rubrik</w:t>
      </w:r>
      <w:proofErr w:type="spellEnd"/>
      <w:r w:rsidRPr="00AC6F00">
        <w:rPr>
          <w:rFonts w:ascii="Times New Roman" w:hAnsi="Times New Roman" w:cs="Times New Roman"/>
          <w:sz w:val="20"/>
          <w:szCs w:val="20"/>
        </w:rPr>
        <w:t xml:space="preserve">, </w:t>
      </w:r>
      <w:proofErr w:type="spellStart"/>
      <w:r w:rsidRPr="00AC6F00">
        <w:rPr>
          <w:rFonts w:ascii="Times New Roman" w:hAnsi="Times New Roman" w:cs="Times New Roman"/>
          <w:sz w:val="20"/>
          <w:szCs w:val="20"/>
        </w:rPr>
        <w:t>Mahkeme</w:t>
      </w:r>
      <w:proofErr w:type="spellEnd"/>
      <w:r w:rsidRPr="00AC6F00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AC6F00">
        <w:rPr>
          <w:rFonts w:ascii="Times New Roman" w:hAnsi="Times New Roman" w:cs="Times New Roman"/>
          <w:sz w:val="20"/>
          <w:szCs w:val="20"/>
        </w:rPr>
        <w:t>Büro</w:t>
      </w:r>
      <w:proofErr w:type="spellEnd"/>
      <w:r w:rsidRPr="00AC6F00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AC6F00">
        <w:rPr>
          <w:rFonts w:ascii="Times New Roman" w:hAnsi="Times New Roman" w:cs="Times New Roman"/>
          <w:sz w:val="20"/>
          <w:szCs w:val="20"/>
        </w:rPr>
        <w:t>Hizmetleri</w:t>
      </w:r>
      <w:proofErr w:type="spellEnd"/>
      <w:r w:rsidRPr="00AC6F00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AC6F00">
        <w:rPr>
          <w:rFonts w:ascii="Times New Roman" w:hAnsi="Times New Roman" w:cs="Times New Roman"/>
          <w:sz w:val="20"/>
          <w:szCs w:val="20"/>
        </w:rPr>
        <w:t>Programı</w:t>
      </w:r>
      <w:proofErr w:type="spellEnd"/>
      <w:r w:rsidRPr="00AC6F00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AC6F00">
        <w:rPr>
          <w:rFonts w:ascii="Times New Roman" w:hAnsi="Times New Roman" w:cs="Times New Roman"/>
          <w:sz w:val="20"/>
          <w:szCs w:val="20"/>
        </w:rPr>
        <w:t>öğrencilerinin</w:t>
      </w:r>
      <w:proofErr w:type="spellEnd"/>
      <w:r w:rsidRPr="00AC6F00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AC6F00">
        <w:rPr>
          <w:rFonts w:ascii="Times New Roman" w:hAnsi="Times New Roman" w:cs="Times New Roman"/>
          <w:sz w:val="20"/>
          <w:szCs w:val="20"/>
        </w:rPr>
        <w:t>staj</w:t>
      </w:r>
      <w:proofErr w:type="spellEnd"/>
      <w:r w:rsidRPr="00AC6F00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AC6F00">
        <w:rPr>
          <w:rFonts w:ascii="Times New Roman" w:hAnsi="Times New Roman" w:cs="Times New Roman"/>
          <w:sz w:val="20"/>
          <w:szCs w:val="20"/>
        </w:rPr>
        <w:t>evrakının</w:t>
      </w:r>
      <w:proofErr w:type="spellEnd"/>
      <w:r w:rsidRPr="00AC6F00">
        <w:rPr>
          <w:rFonts w:ascii="Times New Roman" w:hAnsi="Times New Roman" w:cs="Times New Roman"/>
          <w:sz w:val="20"/>
          <w:szCs w:val="20"/>
        </w:rPr>
        <w:t xml:space="preserve">, Trabzon </w:t>
      </w:r>
      <w:proofErr w:type="spellStart"/>
      <w:r w:rsidRPr="00AC6F00">
        <w:rPr>
          <w:rFonts w:ascii="Times New Roman" w:hAnsi="Times New Roman" w:cs="Times New Roman"/>
          <w:sz w:val="20"/>
          <w:szCs w:val="20"/>
        </w:rPr>
        <w:t>Üniversitesi</w:t>
      </w:r>
      <w:proofErr w:type="spellEnd"/>
      <w:r w:rsidRPr="00AC6F00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AC6F00">
        <w:rPr>
          <w:rFonts w:ascii="Times New Roman" w:hAnsi="Times New Roman" w:cs="Times New Roman"/>
          <w:sz w:val="20"/>
          <w:szCs w:val="20"/>
        </w:rPr>
        <w:t>Uygulamalı</w:t>
      </w:r>
      <w:proofErr w:type="spellEnd"/>
      <w:r w:rsidRPr="00AC6F00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AC6F00">
        <w:rPr>
          <w:rFonts w:ascii="Times New Roman" w:hAnsi="Times New Roman" w:cs="Times New Roman"/>
          <w:sz w:val="20"/>
          <w:szCs w:val="20"/>
        </w:rPr>
        <w:t>Eğitimler</w:t>
      </w:r>
      <w:proofErr w:type="spellEnd"/>
      <w:r w:rsidRPr="00AC6F00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AC6F00">
        <w:rPr>
          <w:rFonts w:ascii="Times New Roman" w:hAnsi="Times New Roman" w:cs="Times New Roman"/>
          <w:sz w:val="20"/>
          <w:szCs w:val="20"/>
        </w:rPr>
        <w:t>Yönergesi</w:t>
      </w:r>
      <w:proofErr w:type="spellEnd"/>
      <w:r w:rsidRPr="00AC6F00">
        <w:rPr>
          <w:rFonts w:ascii="Times New Roman" w:hAnsi="Times New Roman" w:cs="Times New Roman"/>
          <w:sz w:val="20"/>
          <w:szCs w:val="20"/>
        </w:rPr>
        <w:t xml:space="preserve"> </w:t>
      </w:r>
      <w:r w:rsidR="00FF493B" w:rsidRPr="00AC6F00">
        <w:rPr>
          <w:rFonts w:ascii="Times New Roman" w:hAnsi="Times New Roman" w:cs="Times New Roman"/>
          <w:sz w:val="20"/>
          <w:szCs w:val="20"/>
        </w:rPr>
        <w:t>md.</w:t>
      </w:r>
      <w:r w:rsidRPr="00AC6F00">
        <w:rPr>
          <w:rFonts w:ascii="Times New Roman" w:hAnsi="Times New Roman" w:cs="Times New Roman"/>
          <w:sz w:val="20"/>
          <w:szCs w:val="20"/>
        </w:rPr>
        <w:t xml:space="preserve">22/1-a </w:t>
      </w:r>
      <w:proofErr w:type="spellStart"/>
      <w:r w:rsidRPr="00AC6F00">
        <w:rPr>
          <w:rFonts w:ascii="Times New Roman" w:hAnsi="Times New Roman" w:cs="Times New Roman"/>
          <w:sz w:val="20"/>
          <w:szCs w:val="20"/>
        </w:rPr>
        <w:t>uyarınca</w:t>
      </w:r>
      <w:proofErr w:type="spellEnd"/>
      <w:r w:rsidRPr="00AC6F00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AC6F00">
        <w:rPr>
          <w:rFonts w:ascii="Times New Roman" w:hAnsi="Times New Roman" w:cs="Times New Roman"/>
          <w:sz w:val="20"/>
          <w:szCs w:val="20"/>
        </w:rPr>
        <w:t>Bölüm</w:t>
      </w:r>
      <w:proofErr w:type="spellEnd"/>
      <w:r w:rsidRPr="00AC6F00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AC6F00">
        <w:rPr>
          <w:rFonts w:ascii="Times New Roman" w:hAnsi="Times New Roman" w:cs="Times New Roman"/>
          <w:sz w:val="20"/>
          <w:szCs w:val="20"/>
        </w:rPr>
        <w:t>Uygulamalı</w:t>
      </w:r>
      <w:proofErr w:type="spellEnd"/>
      <w:r w:rsidRPr="00AC6F00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AC6F00">
        <w:rPr>
          <w:rFonts w:ascii="Times New Roman" w:hAnsi="Times New Roman" w:cs="Times New Roman"/>
          <w:sz w:val="20"/>
          <w:szCs w:val="20"/>
        </w:rPr>
        <w:t>Eğitimler</w:t>
      </w:r>
      <w:proofErr w:type="spellEnd"/>
      <w:r w:rsidRPr="00AC6F00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AC6F00">
        <w:rPr>
          <w:rFonts w:ascii="Times New Roman" w:hAnsi="Times New Roman" w:cs="Times New Roman"/>
          <w:sz w:val="20"/>
          <w:szCs w:val="20"/>
        </w:rPr>
        <w:t>Komisyonu</w:t>
      </w:r>
      <w:proofErr w:type="spellEnd"/>
      <w:r w:rsidRPr="00AC6F00">
        <w:rPr>
          <w:rFonts w:ascii="Times New Roman" w:hAnsi="Times New Roman" w:cs="Times New Roman"/>
          <w:sz w:val="20"/>
          <w:szCs w:val="20"/>
        </w:rPr>
        <w:t xml:space="preserve"> (BÖLUYEK) </w:t>
      </w:r>
      <w:proofErr w:type="spellStart"/>
      <w:r w:rsidRPr="00AC6F00">
        <w:rPr>
          <w:rFonts w:ascii="Times New Roman" w:hAnsi="Times New Roman" w:cs="Times New Roman"/>
          <w:sz w:val="20"/>
          <w:szCs w:val="20"/>
        </w:rPr>
        <w:t>tarafından</w:t>
      </w:r>
      <w:proofErr w:type="spellEnd"/>
      <w:r w:rsidRPr="00AC6F00">
        <w:rPr>
          <w:rFonts w:ascii="Times New Roman" w:hAnsi="Times New Roman" w:cs="Times New Roman"/>
          <w:sz w:val="20"/>
          <w:szCs w:val="20"/>
        </w:rPr>
        <w:t xml:space="preserve"> 100 tam puan üzerinden nesnel, izlenebilir ve gerekçeli biçimde değerlendirilmesi için hazırlanmıştır.</w:t>
      </w:r>
    </w:p>
    <w:p w14:paraId="0162BE42" w14:textId="7DD7CCE5" w:rsidR="00143A96" w:rsidRPr="00AC6F00" w:rsidRDefault="00590CAF" w:rsidP="00DE40AD">
      <w:pPr>
        <w:jc w:val="both"/>
        <w:rPr>
          <w:rFonts w:ascii="Times New Roman" w:hAnsi="Times New Roman" w:cs="Times New Roman"/>
          <w:sz w:val="20"/>
          <w:szCs w:val="20"/>
        </w:rPr>
      </w:pPr>
      <w:r w:rsidRPr="00AC6F00">
        <w:rPr>
          <w:rFonts w:ascii="Times New Roman" w:hAnsi="Times New Roman" w:cs="Times New Roman"/>
          <w:b/>
          <w:sz w:val="20"/>
          <w:szCs w:val="20"/>
        </w:rPr>
        <w:t>Yetki ve dayanak:</w:t>
      </w:r>
      <w:r w:rsidRPr="00AC6F00">
        <w:rPr>
          <w:rFonts w:ascii="Times New Roman" w:hAnsi="Times New Roman" w:cs="Times New Roman"/>
          <w:sz w:val="20"/>
          <w:szCs w:val="20"/>
        </w:rPr>
        <w:t xml:space="preserve"> 27.08.2026 tarihli, 91 sayılı </w:t>
      </w:r>
      <w:proofErr w:type="spellStart"/>
      <w:r w:rsidRPr="00AC6F00">
        <w:rPr>
          <w:rFonts w:ascii="Times New Roman" w:hAnsi="Times New Roman" w:cs="Times New Roman"/>
          <w:sz w:val="20"/>
          <w:szCs w:val="20"/>
        </w:rPr>
        <w:t>Senato</w:t>
      </w:r>
      <w:proofErr w:type="spellEnd"/>
      <w:r w:rsidRPr="00AC6F00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AC6F00">
        <w:rPr>
          <w:rFonts w:ascii="Times New Roman" w:hAnsi="Times New Roman" w:cs="Times New Roman"/>
          <w:sz w:val="20"/>
          <w:szCs w:val="20"/>
        </w:rPr>
        <w:t>toplantısının</w:t>
      </w:r>
      <w:proofErr w:type="spellEnd"/>
      <w:r w:rsidRPr="00AC6F00">
        <w:rPr>
          <w:rFonts w:ascii="Times New Roman" w:hAnsi="Times New Roman" w:cs="Times New Roman"/>
          <w:sz w:val="20"/>
          <w:szCs w:val="20"/>
        </w:rPr>
        <w:t xml:space="preserve"> 17 </w:t>
      </w:r>
      <w:proofErr w:type="spellStart"/>
      <w:r w:rsidRPr="00AC6F00">
        <w:rPr>
          <w:rFonts w:ascii="Times New Roman" w:hAnsi="Times New Roman" w:cs="Times New Roman"/>
          <w:sz w:val="20"/>
          <w:szCs w:val="20"/>
        </w:rPr>
        <w:t>sayılı</w:t>
      </w:r>
      <w:proofErr w:type="spellEnd"/>
      <w:r w:rsidRPr="00AC6F00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AC6F00">
        <w:rPr>
          <w:rFonts w:ascii="Times New Roman" w:hAnsi="Times New Roman" w:cs="Times New Roman"/>
          <w:sz w:val="20"/>
          <w:szCs w:val="20"/>
        </w:rPr>
        <w:t>kararıyla</w:t>
      </w:r>
      <w:proofErr w:type="spellEnd"/>
      <w:r w:rsidRPr="00AC6F00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AC6F00">
        <w:rPr>
          <w:rFonts w:ascii="Times New Roman" w:hAnsi="Times New Roman" w:cs="Times New Roman"/>
          <w:sz w:val="20"/>
          <w:szCs w:val="20"/>
        </w:rPr>
        <w:t>kabul</w:t>
      </w:r>
      <w:proofErr w:type="spellEnd"/>
      <w:r w:rsidRPr="00AC6F00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AC6F00">
        <w:rPr>
          <w:rFonts w:ascii="Times New Roman" w:hAnsi="Times New Roman" w:cs="Times New Roman"/>
          <w:sz w:val="20"/>
          <w:szCs w:val="20"/>
        </w:rPr>
        <w:t>edilen</w:t>
      </w:r>
      <w:proofErr w:type="spellEnd"/>
      <w:r w:rsidRPr="00AC6F00">
        <w:rPr>
          <w:rFonts w:ascii="Times New Roman" w:hAnsi="Times New Roman" w:cs="Times New Roman"/>
          <w:sz w:val="20"/>
          <w:szCs w:val="20"/>
        </w:rPr>
        <w:t xml:space="preserve"> Trabzon </w:t>
      </w:r>
      <w:proofErr w:type="spellStart"/>
      <w:r w:rsidRPr="00AC6F00">
        <w:rPr>
          <w:rFonts w:ascii="Times New Roman" w:hAnsi="Times New Roman" w:cs="Times New Roman"/>
          <w:sz w:val="20"/>
          <w:szCs w:val="20"/>
        </w:rPr>
        <w:t>Üniversitesi</w:t>
      </w:r>
      <w:proofErr w:type="spellEnd"/>
      <w:r w:rsidRPr="00AC6F00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AC6F00">
        <w:rPr>
          <w:rFonts w:ascii="Times New Roman" w:hAnsi="Times New Roman" w:cs="Times New Roman"/>
          <w:sz w:val="20"/>
          <w:szCs w:val="20"/>
        </w:rPr>
        <w:t>Uygulamalı</w:t>
      </w:r>
      <w:proofErr w:type="spellEnd"/>
      <w:r w:rsidRPr="00AC6F00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AC6F00">
        <w:rPr>
          <w:rFonts w:ascii="Times New Roman" w:hAnsi="Times New Roman" w:cs="Times New Roman"/>
          <w:sz w:val="20"/>
          <w:szCs w:val="20"/>
        </w:rPr>
        <w:t>Eğitimler</w:t>
      </w:r>
      <w:proofErr w:type="spellEnd"/>
      <w:r w:rsidRPr="00AC6F00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AC6F00">
        <w:rPr>
          <w:rFonts w:ascii="Times New Roman" w:hAnsi="Times New Roman" w:cs="Times New Roman"/>
          <w:sz w:val="20"/>
          <w:szCs w:val="20"/>
        </w:rPr>
        <w:t>Yönergesi</w:t>
      </w:r>
      <w:proofErr w:type="spellEnd"/>
      <w:r w:rsidRPr="00AC6F00">
        <w:rPr>
          <w:rFonts w:ascii="Times New Roman" w:hAnsi="Times New Roman" w:cs="Times New Roman"/>
          <w:sz w:val="20"/>
          <w:szCs w:val="20"/>
        </w:rPr>
        <w:t xml:space="preserve">; </w:t>
      </w:r>
      <w:proofErr w:type="spellStart"/>
      <w:r w:rsidRPr="00AC6F00">
        <w:rPr>
          <w:rFonts w:ascii="Times New Roman" w:hAnsi="Times New Roman" w:cs="Times New Roman"/>
          <w:sz w:val="20"/>
          <w:szCs w:val="20"/>
        </w:rPr>
        <w:t>özellikle</w:t>
      </w:r>
      <w:proofErr w:type="spellEnd"/>
      <w:r w:rsidRPr="00AC6F00">
        <w:rPr>
          <w:rFonts w:ascii="Times New Roman" w:hAnsi="Times New Roman" w:cs="Times New Roman"/>
          <w:sz w:val="20"/>
          <w:szCs w:val="20"/>
        </w:rPr>
        <w:t xml:space="preserve"> </w:t>
      </w:r>
      <w:r w:rsidR="00FF493B" w:rsidRPr="00AC6F00">
        <w:rPr>
          <w:rFonts w:ascii="Times New Roman" w:hAnsi="Times New Roman" w:cs="Times New Roman"/>
          <w:sz w:val="20"/>
          <w:szCs w:val="20"/>
        </w:rPr>
        <w:t>md.</w:t>
      </w:r>
      <w:r w:rsidRPr="00AC6F00">
        <w:rPr>
          <w:rFonts w:ascii="Times New Roman" w:hAnsi="Times New Roman" w:cs="Times New Roman"/>
          <w:sz w:val="20"/>
          <w:szCs w:val="20"/>
        </w:rPr>
        <w:t xml:space="preserve">12/1-e-f, </w:t>
      </w:r>
      <w:r w:rsidR="00FF493B" w:rsidRPr="00AC6F00">
        <w:rPr>
          <w:rFonts w:ascii="Times New Roman" w:hAnsi="Times New Roman" w:cs="Times New Roman"/>
          <w:sz w:val="20"/>
          <w:szCs w:val="20"/>
        </w:rPr>
        <w:t>md.</w:t>
      </w:r>
      <w:r w:rsidRPr="00AC6F00">
        <w:rPr>
          <w:rFonts w:ascii="Times New Roman" w:hAnsi="Times New Roman" w:cs="Times New Roman"/>
          <w:sz w:val="20"/>
          <w:szCs w:val="20"/>
        </w:rPr>
        <w:t xml:space="preserve">18/3 </w:t>
      </w:r>
      <w:proofErr w:type="spellStart"/>
      <w:r w:rsidRPr="00AC6F00">
        <w:rPr>
          <w:rFonts w:ascii="Times New Roman" w:hAnsi="Times New Roman" w:cs="Times New Roman"/>
          <w:sz w:val="20"/>
          <w:szCs w:val="20"/>
        </w:rPr>
        <w:t>ve</w:t>
      </w:r>
      <w:proofErr w:type="spellEnd"/>
      <w:r w:rsidRPr="00AC6F00">
        <w:rPr>
          <w:rFonts w:ascii="Times New Roman" w:hAnsi="Times New Roman" w:cs="Times New Roman"/>
          <w:sz w:val="20"/>
          <w:szCs w:val="20"/>
        </w:rPr>
        <w:t xml:space="preserve"> 18/7, </w:t>
      </w:r>
      <w:r w:rsidR="00FF493B" w:rsidRPr="00AC6F00">
        <w:rPr>
          <w:rFonts w:ascii="Times New Roman" w:hAnsi="Times New Roman" w:cs="Times New Roman"/>
          <w:sz w:val="20"/>
          <w:szCs w:val="20"/>
        </w:rPr>
        <w:t>md.</w:t>
      </w:r>
      <w:r w:rsidRPr="00AC6F00">
        <w:rPr>
          <w:rFonts w:ascii="Times New Roman" w:hAnsi="Times New Roman" w:cs="Times New Roman"/>
          <w:sz w:val="20"/>
          <w:szCs w:val="20"/>
        </w:rPr>
        <w:t xml:space="preserve">21, </w:t>
      </w:r>
      <w:r w:rsidR="00FF493B" w:rsidRPr="00AC6F00">
        <w:rPr>
          <w:rFonts w:ascii="Times New Roman" w:hAnsi="Times New Roman" w:cs="Times New Roman"/>
          <w:sz w:val="20"/>
          <w:szCs w:val="20"/>
        </w:rPr>
        <w:t>md.</w:t>
      </w:r>
      <w:r w:rsidRPr="00AC6F00">
        <w:rPr>
          <w:rFonts w:ascii="Times New Roman" w:hAnsi="Times New Roman" w:cs="Times New Roman"/>
          <w:sz w:val="20"/>
          <w:szCs w:val="20"/>
        </w:rPr>
        <w:t xml:space="preserve">22, </w:t>
      </w:r>
      <w:r w:rsidR="00FF493B" w:rsidRPr="00AC6F00">
        <w:rPr>
          <w:rFonts w:ascii="Times New Roman" w:hAnsi="Times New Roman" w:cs="Times New Roman"/>
          <w:sz w:val="20"/>
          <w:szCs w:val="20"/>
        </w:rPr>
        <w:t>md.</w:t>
      </w:r>
      <w:r w:rsidRPr="00AC6F00">
        <w:rPr>
          <w:rFonts w:ascii="Times New Roman" w:hAnsi="Times New Roman" w:cs="Times New Roman"/>
          <w:sz w:val="20"/>
          <w:szCs w:val="20"/>
        </w:rPr>
        <w:t xml:space="preserve">23 </w:t>
      </w:r>
      <w:proofErr w:type="spellStart"/>
      <w:r w:rsidRPr="00AC6F00">
        <w:rPr>
          <w:rFonts w:ascii="Times New Roman" w:hAnsi="Times New Roman" w:cs="Times New Roman"/>
          <w:sz w:val="20"/>
          <w:szCs w:val="20"/>
        </w:rPr>
        <w:t>ve</w:t>
      </w:r>
      <w:proofErr w:type="spellEnd"/>
      <w:r w:rsidRPr="00AC6F00">
        <w:rPr>
          <w:rFonts w:ascii="Times New Roman" w:hAnsi="Times New Roman" w:cs="Times New Roman"/>
          <w:sz w:val="20"/>
          <w:szCs w:val="20"/>
        </w:rPr>
        <w:t xml:space="preserve"> EK-6. BÖLUYEK, alana özgü ölçme-değerlendirme araçlarını (dereceli puanlama anahtarı, rubrik, kontrol listesi vb.) hazırlamak ve staj evrakını bu araçlarla değerlendirmekle görevlidir.</w:t>
      </w:r>
    </w:p>
    <w:p w14:paraId="44299044" w14:textId="530A8822" w:rsidR="00143A96" w:rsidRPr="00AC6F00" w:rsidRDefault="00590CAF" w:rsidP="00DE40AD">
      <w:pPr>
        <w:jc w:val="both"/>
        <w:rPr>
          <w:rFonts w:ascii="Times New Roman" w:hAnsi="Times New Roman" w:cs="Times New Roman"/>
          <w:sz w:val="20"/>
          <w:szCs w:val="20"/>
        </w:rPr>
      </w:pPr>
      <w:r w:rsidRPr="00AC6F00">
        <w:rPr>
          <w:rFonts w:ascii="Times New Roman" w:hAnsi="Times New Roman" w:cs="Times New Roman"/>
          <w:b/>
          <w:sz w:val="20"/>
          <w:szCs w:val="20"/>
        </w:rPr>
        <w:t>Rubriğin kapsamı:</w:t>
      </w:r>
      <w:r w:rsidRPr="00AC6F00">
        <w:rPr>
          <w:rFonts w:ascii="Times New Roman" w:hAnsi="Times New Roman" w:cs="Times New Roman"/>
          <w:sz w:val="20"/>
          <w:szCs w:val="20"/>
        </w:rPr>
        <w:t xml:space="preserve"> Bu form yalnızca “staj evrakı </w:t>
      </w:r>
      <w:proofErr w:type="gramStart"/>
      <w:r w:rsidRPr="00AC6F00">
        <w:rPr>
          <w:rFonts w:ascii="Times New Roman" w:hAnsi="Times New Roman" w:cs="Times New Roman"/>
          <w:sz w:val="20"/>
          <w:szCs w:val="20"/>
        </w:rPr>
        <w:t>puanı”nı</w:t>
      </w:r>
      <w:proofErr w:type="gramEnd"/>
      <w:r w:rsidRPr="00AC6F00">
        <w:rPr>
          <w:rFonts w:ascii="Times New Roman" w:hAnsi="Times New Roman" w:cs="Times New Roman"/>
          <w:sz w:val="20"/>
          <w:szCs w:val="20"/>
        </w:rPr>
        <w:t xml:space="preserve"> üretir. İşyeri eğitici personelinin değerlendirme puanı ayrı bir unsurdur. </w:t>
      </w:r>
      <w:proofErr w:type="spellStart"/>
      <w:r w:rsidRPr="00AC6F00">
        <w:rPr>
          <w:rFonts w:ascii="Times New Roman" w:hAnsi="Times New Roman" w:cs="Times New Roman"/>
          <w:sz w:val="20"/>
          <w:szCs w:val="20"/>
        </w:rPr>
        <w:t>Nihai</w:t>
      </w:r>
      <w:proofErr w:type="spellEnd"/>
      <w:r w:rsidRPr="00AC6F00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AC6F00">
        <w:rPr>
          <w:rFonts w:ascii="Times New Roman" w:hAnsi="Times New Roman" w:cs="Times New Roman"/>
          <w:sz w:val="20"/>
          <w:szCs w:val="20"/>
        </w:rPr>
        <w:t>staj</w:t>
      </w:r>
      <w:proofErr w:type="spellEnd"/>
      <w:r w:rsidRPr="00AC6F00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AC6F00">
        <w:rPr>
          <w:rFonts w:ascii="Times New Roman" w:hAnsi="Times New Roman" w:cs="Times New Roman"/>
          <w:sz w:val="20"/>
          <w:szCs w:val="20"/>
        </w:rPr>
        <w:t>başarı</w:t>
      </w:r>
      <w:proofErr w:type="spellEnd"/>
      <w:r w:rsidRPr="00AC6F00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AC6F00">
        <w:rPr>
          <w:rFonts w:ascii="Times New Roman" w:hAnsi="Times New Roman" w:cs="Times New Roman"/>
          <w:sz w:val="20"/>
          <w:szCs w:val="20"/>
        </w:rPr>
        <w:t>notu</w:t>
      </w:r>
      <w:proofErr w:type="spellEnd"/>
      <w:r w:rsidRPr="00AC6F00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AC6F00">
        <w:rPr>
          <w:rFonts w:ascii="Times New Roman" w:hAnsi="Times New Roman" w:cs="Times New Roman"/>
          <w:sz w:val="20"/>
          <w:szCs w:val="20"/>
        </w:rPr>
        <w:t>Yönerge</w:t>
      </w:r>
      <w:proofErr w:type="spellEnd"/>
      <w:r w:rsidRPr="00AC6F00">
        <w:rPr>
          <w:rFonts w:ascii="Times New Roman" w:hAnsi="Times New Roman" w:cs="Times New Roman"/>
          <w:sz w:val="20"/>
          <w:szCs w:val="20"/>
        </w:rPr>
        <w:t xml:space="preserve"> </w:t>
      </w:r>
      <w:r w:rsidR="00FF493B" w:rsidRPr="00AC6F00">
        <w:rPr>
          <w:rFonts w:ascii="Times New Roman" w:hAnsi="Times New Roman" w:cs="Times New Roman"/>
          <w:sz w:val="20"/>
          <w:szCs w:val="20"/>
        </w:rPr>
        <w:t>md.</w:t>
      </w:r>
      <w:r w:rsidRPr="00AC6F00">
        <w:rPr>
          <w:rFonts w:ascii="Times New Roman" w:hAnsi="Times New Roman" w:cs="Times New Roman"/>
          <w:sz w:val="20"/>
          <w:szCs w:val="20"/>
        </w:rPr>
        <w:t xml:space="preserve">22/1-c </w:t>
      </w:r>
      <w:proofErr w:type="spellStart"/>
      <w:r w:rsidRPr="00AC6F00">
        <w:rPr>
          <w:rFonts w:ascii="Times New Roman" w:hAnsi="Times New Roman" w:cs="Times New Roman"/>
          <w:sz w:val="20"/>
          <w:szCs w:val="20"/>
        </w:rPr>
        <w:t>uyarınca</w:t>
      </w:r>
      <w:proofErr w:type="spellEnd"/>
      <w:r w:rsidRPr="00AC6F00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AC6F00">
        <w:rPr>
          <w:rFonts w:ascii="Times New Roman" w:hAnsi="Times New Roman" w:cs="Times New Roman"/>
          <w:sz w:val="20"/>
          <w:szCs w:val="20"/>
        </w:rPr>
        <w:t>işyeri</w:t>
      </w:r>
      <w:proofErr w:type="spellEnd"/>
      <w:r w:rsidRPr="00AC6F00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AC6F00">
        <w:rPr>
          <w:rFonts w:ascii="Times New Roman" w:hAnsi="Times New Roman" w:cs="Times New Roman"/>
          <w:sz w:val="20"/>
          <w:szCs w:val="20"/>
        </w:rPr>
        <w:t>eğitici</w:t>
      </w:r>
      <w:proofErr w:type="spellEnd"/>
      <w:r w:rsidRPr="00AC6F00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AC6F00">
        <w:rPr>
          <w:rFonts w:ascii="Times New Roman" w:hAnsi="Times New Roman" w:cs="Times New Roman"/>
          <w:sz w:val="20"/>
          <w:szCs w:val="20"/>
        </w:rPr>
        <w:t>personel</w:t>
      </w:r>
      <w:proofErr w:type="spellEnd"/>
      <w:r w:rsidRPr="00AC6F00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AC6F00">
        <w:rPr>
          <w:rFonts w:ascii="Times New Roman" w:hAnsi="Times New Roman" w:cs="Times New Roman"/>
          <w:sz w:val="20"/>
          <w:szCs w:val="20"/>
        </w:rPr>
        <w:t>puanının</w:t>
      </w:r>
      <w:proofErr w:type="spellEnd"/>
      <w:r w:rsidRPr="00AC6F00">
        <w:rPr>
          <w:rFonts w:ascii="Times New Roman" w:hAnsi="Times New Roman" w:cs="Times New Roman"/>
          <w:sz w:val="20"/>
          <w:szCs w:val="20"/>
        </w:rPr>
        <w:t xml:space="preserve"> %50’si ile staj evrakı puanının %50’sinin toplamıdır.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0710"/>
      </w:tblGrid>
      <w:tr w:rsidR="00143A96" w:rsidRPr="00AC6F00" w14:paraId="029C2962" w14:textId="77777777">
        <w:trPr>
          <w:jc w:val="center"/>
        </w:trPr>
        <w:tc>
          <w:tcPr>
            <w:tcW w:w="10710" w:type="dxa"/>
            <w:shd w:val="clear" w:color="auto" w:fill="1F4E78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09905F14" w14:textId="77777777" w:rsidR="00143A96" w:rsidRPr="00AC6F00" w:rsidRDefault="00590CAF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AC6F00">
              <w:rPr>
                <w:rFonts w:ascii="Times New Roman" w:hAnsi="Times New Roman" w:cs="Times New Roman"/>
                <w:b/>
                <w:color w:val="FFFFFF"/>
                <w:sz w:val="20"/>
                <w:szCs w:val="20"/>
              </w:rPr>
              <w:t>2. PUAN DIŞI ÖN İNCELEME - DEĞERLENDİRMEYE ALINABİLİRLİK</w:t>
            </w:r>
          </w:p>
        </w:tc>
      </w:tr>
    </w:tbl>
    <w:p w14:paraId="3BEC4109" w14:textId="77777777" w:rsidR="00143A96" w:rsidRPr="00AC6F00" w:rsidRDefault="00143A96" w:rsidP="00DE40AD">
      <w:pPr>
        <w:spacing w:after="0"/>
        <w:jc w:val="both"/>
        <w:rPr>
          <w:rFonts w:ascii="Times New Roman" w:hAnsi="Times New Roman" w:cs="Times New Roman"/>
          <w:sz w:val="20"/>
          <w:szCs w:val="20"/>
        </w:rPr>
      </w:pPr>
    </w:p>
    <w:p w14:paraId="7187C518" w14:textId="77777777" w:rsidR="00143A96" w:rsidRPr="00AC6F00" w:rsidRDefault="00590CAF" w:rsidP="00DE40AD">
      <w:pPr>
        <w:jc w:val="both"/>
        <w:rPr>
          <w:rFonts w:ascii="Times New Roman" w:hAnsi="Times New Roman" w:cs="Times New Roman"/>
          <w:sz w:val="20"/>
          <w:szCs w:val="20"/>
        </w:rPr>
      </w:pPr>
      <w:r w:rsidRPr="00AC6F00">
        <w:rPr>
          <w:rFonts w:ascii="Times New Roman" w:hAnsi="Times New Roman" w:cs="Times New Roman"/>
          <w:sz w:val="20"/>
          <w:szCs w:val="20"/>
        </w:rPr>
        <w:t xml:space="preserve">Bu </w:t>
      </w:r>
      <w:proofErr w:type="spellStart"/>
      <w:r w:rsidRPr="00AC6F00">
        <w:rPr>
          <w:rFonts w:ascii="Times New Roman" w:hAnsi="Times New Roman" w:cs="Times New Roman"/>
          <w:sz w:val="20"/>
          <w:szCs w:val="20"/>
        </w:rPr>
        <w:t>bölüm</w:t>
      </w:r>
      <w:proofErr w:type="spellEnd"/>
      <w:r w:rsidRPr="00AC6F00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AC6F00">
        <w:rPr>
          <w:rFonts w:ascii="Times New Roman" w:hAnsi="Times New Roman" w:cs="Times New Roman"/>
          <w:sz w:val="20"/>
          <w:szCs w:val="20"/>
        </w:rPr>
        <w:t>puanlandırılmaz</w:t>
      </w:r>
      <w:proofErr w:type="spellEnd"/>
      <w:r w:rsidRPr="00AC6F00">
        <w:rPr>
          <w:rFonts w:ascii="Times New Roman" w:hAnsi="Times New Roman" w:cs="Times New Roman"/>
          <w:sz w:val="20"/>
          <w:szCs w:val="20"/>
        </w:rPr>
        <w:t xml:space="preserve">. Yönergede stajın kabul edilmemesi, geçersiz sayılması veya yapılmamış sayılması sonucuna bağlanan durumlar rubrik puanıyla telafi edilmez. Böyle </w:t>
      </w:r>
      <w:proofErr w:type="spellStart"/>
      <w:r w:rsidRPr="00AC6F00">
        <w:rPr>
          <w:rFonts w:ascii="Times New Roman" w:hAnsi="Times New Roman" w:cs="Times New Roman"/>
          <w:sz w:val="20"/>
          <w:szCs w:val="20"/>
        </w:rPr>
        <w:t>bir</w:t>
      </w:r>
      <w:proofErr w:type="spellEnd"/>
      <w:r w:rsidRPr="00AC6F00">
        <w:rPr>
          <w:rFonts w:ascii="Times New Roman" w:hAnsi="Times New Roman" w:cs="Times New Roman"/>
          <w:sz w:val="20"/>
          <w:szCs w:val="20"/>
        </w:rPr>
        <w:t xml:space="preserve"> durum </w:t>
      </w:r>
      <w:proofErr w:type="spellStart"/>
      <w:r w:rsidRPr="00AC6F00">
        <w:rPr>
          <w:rFonts w:ascii="Times New Roman" w:hAnsi="Times New Roman" w:cs="Times New Roman"/>
          <w:sz w:val="20"/>
          <w:szCs w:val="20"/>
        </w:rPr>
        <w:t>varsa</w:t>
      </w:r>
      <w:proofErr w:type="spellEnd"/>
      <w:r w:rsidRPr="00AC6F00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AC6F00">
        <w:rPr>
          <w:rFonts w:ascii="Times New Roman" w:hAnsi="Times New Roman" w:cs="Times New Roman"/>
          <w:sz w:val="20"/>
          <w:szCs w:val="20"/>
        </w:rPr>
        <w:t>somut</w:t>
      </w:r>
      <w:proofErr w:type="spellEnd"/>
      <w:r w:rsidRPr="00AC6F00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AC6F00">
        <w:rPr>
          <w:rFonts w:ascii="Times New Roman" w:hAnsi="Times New Roman" w:cs="Times New Roman"/>
          <w:sz w:val="20"/>
          <w:szCs w:val="20"/>
        </w:rPr>
        <w:t>olay</w:t>
      </w:r>
      <w:proofErr w:type="spellEnd"/>
      <w:r w:rsidRPr="00AC6F00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AC6F00">
        <w:rPr>
          <w:rFonts w:ascii="Times New Roman" w:hAnsi="Times New Roman" w:cs="Times New Roman"/>
          <w:sz w:val="20"/>
          <w:szCs w:val="20"/>
        </w:rPr>
        <w:t>ve</w:t>
      </w:r>
      <w:proofErr w:type="spellEnd"/>
      <w:r w:rsidRPr="00AC6F00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AC6F00">
        <w:rPr>
          <w:rFonts w:ascii="Times New Roman" w:hAnsi="Times New Roman" w:cs="Times New Roman"/>
          <w:sz w:val="20"/>
          <w:szCs w:val="20"/>
        </w:rPr>
        <w:t>madde</w:t>
      </w:r>
      <w:proofErr w:type="spellEnd"/>
      <w:r w:rsidRPr="00AC6F00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AC6F00">
        <w:rPr>
          <w:rFonts w:ascii="Times New Roman" w:hAnsi="Times New Roman" w:cs="Times New Roman"/>
          <w:sz w:val="20"/>
          <w:szCs w:val="20"/>
        </w:rPr>
        <w:t>numarası</w:t>
      </w:r>
      <w:proofErr w:type="spellEnd"/>
      <w:r w:rsidRPr="00AC6F00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AC6F00">
        <w:rPr>
          <w:rFonts w:ascii="Times New Roman" w:hAnsi="Times New Roman" w:cs="Times New Roman"/>
          <w:sz w:val="20"/>
          <w:szCs w:val="20"/>
        </w:rPr>
        <w:t>tutanağa</w:t>
      </w:r>
      <w:proofErr w:type="spellEnd"/>
      <w:r w:rsidRPr="00AC6F00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AC6F00">
        <w:rPr>
          <w:rFonts w:ascii="Times New Roman" w:hAnsi="Times New Roman" w:cs="Times New Roman"/>
          <w:sz w:val="20"/>
          <w:szCs w:val="20"/>
        </w:rPr>
        <w:t>yazılır</w:t>
      </w:r>
      <w:proofErr w:type="spellEnd"/>
      <w:r w:rsidRPr="00AC6F00">
        <w:rPr>
          <w:rFonts w:ascii="Times New Roman" w:hAnsi="Times New Roman" w:cs="Times New Roman"/>
          <w:sz w:val="20"/>
          <w:szCs w:val="20"/>
        </w:rPr>
        <w:t xml:space="preserve">; </w:t>
      </w:r>
      <w:proofErr w:type="spellStart"/>
      <w:r w:rsidRPr="00AC6F00">
        <w:rPr>
          <w:rFonts w:ascii="Times New Roman" w:hAnsi="Times New Roman" w:cs="Times New Roman"/>
          <w:sz w:val="20"/>
          <w:szCs w:val="20"/>
        </w:rPr>
        <w:t>gerekirse</w:t>
      </w:r>
      <w:proofErr w:type="spellEnd"/>
      <w:r w:rsidRPr="00AC6F00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AC6F00">
        <w:rPr>
          <w:rFonts w:ascii="Times New Roman" w:hAnsi="Times New Roman" w:cs="Times New Roman"/>
          <w:sz w:val="20"/>
          <w:szCs w:val="20"/>
        </w:rPr>
        <w:t>puanlamaya</w:t>
      </w:r>
      <w:proofErr w:type="spellEnd"/>
      <w:r w:rsidRPr="00AC6F00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AC6F00">
        <w:rPr>
          <w:rFonts w:ascii="Times New Roman" w:hAnsi="Times New Roman" w:cs="Times New Roman"/>
          <w:sz w:val="20"/>
          <w:szCs w:val="20"/>
        </w:rPr>
        <w:t>geçilmeden</w:t>
      </w:r>
      <w:proofErr w:type="spellEnd"/>
      <w:r w:rsidRPr="00AC6F00">
        <w:rPr>
          <w:rFonts w:ascii="Times New Roman" w:hAnsi="Times New Roman" w:cs="Times New Roman"/>
          <w:sz w:val="20"/>
          <w:szCs w:val="20"/>
        </w:rPr>
        <w:t xml:space="preserve"> BÖLUYEK </w:t>
      </w:r>
      <w:proofErr w:type="spellStart"/>
      <w:r w:rsidRPr="00AC6F00">
        <w:rPr>
          <w:rFonts w:ascii="Times New Roman" w:hAnsi="Times New Roman" w:cs="Times New Roman"/>
          <w:sz w:val="20"/>
          <w:szCs w:val="20"/>
        </w:rPr>
        <w:t>kararı</w:t>
      </w:r>
      <w:proofErr w:type="spellEnd"/>
      <w:r w:rsidRPr="00AC6F00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AC6F00">
        <w:rPr>
          <w:rFonts w:ascii="Times New Roman" w:hAnsi="Times New Roman" w:cs="Times New Roman"/>
          <w:sz w:val="20"/>
          <w:szCs w:val="20"/>
        </w:rPr>
        <w:t>oluşturulur</w:t>
      </w:r>
      <w:proofErr w:type="spellEnd"/>
      <w:r w:rsidRPr="00AC6F00">
        <w:rPr>
          <w:rFonts w:ascii="Times New Roman" w:hAnsi="Times New Roman" w:cs="Times New Roman"/>
          <w:sz w:val="20"/>
          <w:szCs w:val="20"/>
        </w:rPr>
        <w:t>.</w:t>
      </w:r>
    </w:p>
    <w:tbl>
      <w:tblPr>
        <w:tblStyle w:val="TabloKlavuzu"/>
        <w:tblW w:w="10864" w:type="dxa"/>
        <w:jc w:val="center"/>
        <w:tblLayout w:type="fixed"/>
        <w:tblLook w:val="04A0" w:firstRow="1" w:lastRow="0" w:firstColumn="1" w:lastColumn="0" w:noHBand="0" w:noVBand="1"/>
      </w:tblPr>
      <w:tblGrid>
        <w:gridCol w:w="833"/>
        <w:gridCol w:w="5675"/>
        <w:gridCol w:w="2783"/>
        <w:gridCol w:w="1573"/>
      </w:tblGrid>
      <w:tr w:rsidR="00143A96" w:rsidRPr="00AC6F00" w14:paraId="2C6E7695" w14:textId="77777777" w:rsidTr="00D57584">
        <w:trPr>
          <w:trHeight w:val="713"/>
          <w:tblHeader/>
          <w:jc w:val="center"/>
        </w:trPr>
        <w:tc>
          <w:tcPr>
            <w:tcW w:w="833" w:type="dxa"/>
            <w:shd w:val="clear" w:color="auto" w:fill="1F4E78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00A11DDD" w14:textId="77777777" w:rsidR="00143A96" w:rsidRPr="00AC6F00" w:rsidRDefault="00590CAF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AC6F00">
              <w:rPr>
                <w:rFonts w:ascii="Times New Roman" w:hAnsi="Times New Roman" w:cs="Times New Roman"/>
                <w:b/>
                <w:color w:val="FFFFFF"/>
                <w:sz w:val="20"/>
                <w:szCs w:val="20"/>
              </w:rPr>
              <w:t>Kontrol</w:t>
            </w:r>
            <w:proofErr w:type="spellEnd"/>
          </w:p>
        </w:tc>
        <w:tc>
          <w:tcPr>
            <w:tcW w:w="5675" w:type="dxa"/>
            <w:shd w:val="clear" w:color="auto" w:fill="1F4E78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40034961" w14:textId="77777777" w:rsidR="00143A96" w:rsidRPr="00AC6F00" w:rsidRDefault="00590CAF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AC6F00">
              <w:rPr>
                <w:rFonts w:ascii="Times New Roman" w:hAnsi="Times New Roman" w:cs="Times New Roman"/>
                <w:b/>
                <w:color w:val="FFFFFF"/>
                <w:sz w:val="20"/>
                <w:szCs w:val="20"/>
              </w:rPr>
              <w:t>Yönergeye</w:t>
            </w:r>
            <w:proofErr w:type="spellEnd"/>
            <w:r w:rsidRPr="00AC6F00">
              <w:rPr>
                <w:rFonts w:ascii="Times New Roman" w:hAnsi="Times New Roman" w:cs="Times New Roman"/>
                <w:b/>
                <w:color w:val="FFFFFF"/>
                <w:sz w:val="20"/>
                <w:szCs w:val="20"/>
              </w:rPr>
              <w:t xml:space="preserve"> </w:t>
            </w:r>
            <w:proofErr w:type="spellStart"/>
            <w:r w:rsidRPr="00AC6F00">
              <w:rPr>
                <w:rFonts w:ascii="Times New Roman" w:hAnsi="Times New Roman" w:cs="Times New Roman"/>
                <w:b/>
                <w:color w:val="FFFFFF"/>
                <w:sz w:val="20"/>
                <w:szCs w:val="20"/>
              </w:rPr>
              <w:t>uygunluk</w:t>
            </w:r>
            <w:proofErr w:type="spellEnd"/>
            <w:r w:rsidRPr="00AC6F00">
              <w:rPr>
                <w:rFonts w:ascii="Times New Roman" w:hAnsi="Times New Roman" w:cs="Times New Roman"/>
                <w:b/>
                <w:color w:val="FFFFFF"/>
                <w:sz w:val="20"/>
                <w:szCs w:val="20"/>
              </w:rPr>
              <w:t xml:space="preserve"> </w:t>
            </w:r>
            <w:proofErr w:type="spellStart"/>
            <w:r w:rsidRPr="00AC6F00">
              <w:rPr>
                <w:rFonts w:ascii="Times New Roman" w:hAnsi="Times New Roman" w:cs="Times New Roman"/>
                <w:b/>
                <w:color w:val="FFFFFF"/>
                <w:sz w:val="20"/>
                <w:szCs w:val="20"/>
              </w:rPr>
              <w:t>şartı</w:t>
            </w:r>
            <w:proofErr w:type="spellEnd"/>
          </w:p>
        </w:tc>
        <w:tc>
          <w:tcPr>
            <w:tcW w:w="2783" w:type="dxa"/>
            <w:shd w:val="clear" w:color="auto" w:fill="1F4E78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5922DA84" w14:textId="77777777" w:rsidR="00143A96" w:rsidRPr="00AC6F00" w:rsidRDefault="00590CAF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AC6F00">
              <w:rPr>
                <w:rFonts w:ascii="Times New Roman" w:hAnsi="Times New Roman" w:cs="Times New Roman"/>
                <w:b/>
                <w:color w:val="FFFFFF"/>
                <w:sz w:val="20"/>
                <w:szCs w:val="20"/>
              </w:rPr>
              <w:t>Sonuç</w:t>
            </w:r>
            <w:proofErr w:type="spellEnd"/>
          </w:p>
        </w:tc>
        <w:tc>
          <w:tcPr>
            <w:tcW w:w="1573" w:type="dxa"/>
            <w:shd w:val="clear" w:color="auto" w:fill="1F4E78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2925DBD0" w14:textId="77777777" w:rsidR="00143A96" w:rsidRPr="00AC6F00" w:rsidRDefault="00590CAF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C6F00">
              <w:rPr>
                <w:rFonts w:ascii="Times New Roman" w:hAnsi="Times New Roman" w:cs="Times New Roman"/>
                <w:b/>
                <w:color w:val="FFFFFF"/>
                <w:sz w:val="20"/>
                <w:szCs w:val="20"/>
              </w:rPr>
              <w:t>Dayanak / açıklama</w:t>
            </w:r>
          </w:p>
        </w:tc>
      </w:tr>
      <w:tr w:rsidR="00143A96" w:rsidRPr="00AC6F00" w14:paraId="2ABCF799" w14:textId="77777777" w:rsidTr="00D57584">
        <w:trPr>
          <w:cantSplit/>
          <w:trHeight w:val="481"/>
          <w:jc w:val="center"/>
        </w:trPr>
        <w:tc>
          <w:tcPr>
            <w:tcW w:w="833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24C7F890" w14:textId="77777777" w:rsidR="00143A96" w:rsidRPr="00AC6F00" w:rsidRDefault="00590CAF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C6F00">
              <w:rPr>
                <w:rFonts w:ascii="Times New Roman" w:hAnsi="Times New Roman" w:cs="Times New Roman"/>
                <w:b/>
                <w:color w:val="1F1F1F"/>
                <w:sz w:val="20"/>
                <w:szCs w:val="20"/>
              </w:rPr>
              <w:t>A</w:t>
            </w:r>
          </w:p>
        </w:tc>
        <w:tc>
          <w:tcPr>
            <w:tcW w:w="5675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26977C43" w14:textId="019D5E7C" w:rsidR="00143A96" w:rsidRPr="00AC6F00" w:rsidRDefault="00590CAF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AC6F00">
              <w:rPr>
                <w:rFonts w:ascii="Times New Roman" w:hAnsi="Times New Roman" w:cs="Times New Roman"/>
                <w:color w:val="1F1F1F"/>
                <w:sz w:val="20"/>
                <w:szCs w:val="20"/>
              </w:rPr>
              <w:t>Staj</w:t>
            </w:r>
            <w:proofErr w:type="spellEnd"/>
            <w:r w:rsidRPr="00AC6F00">
              <w:rPr>
                <w:rFonts w:ascii="Times New Roman" w:hAnsi="Times New Roman" w:cs="Times New Roman"/>
                <w:color w:val="1F1F1F"/>
                <w:sz w:val="20"/>
                <w:szCs w:val="20"/>
              </w:rPr>
              <w:t xml:space="preserve"> </w:t>
            </w:r>
            <w:proofErr w:type="spellStart"/>
            <w:r w:rsidRPr="00AC6F00">
              <w:rPr>
                <w:rFonts w:ascii="Times New Roman" w:hAnsi="Times New Roman" w:cs="Times New Roman"/>
                <w:color w:val="1F1F1F"/>
                <w:sz w:val="20"/>
                <w:szCs w:val="20"/>
              </w:rPr>
              <w:t>yeri</w:t>
            </w:r>
            <w:proofErr w:type="spellEnd"/>
            <w:r w:rsidRPr="00AC6F00">
              <w:rPr>
                <w:rFonts w:ascii="Times New Roman" w:hAnsi="Times New Roman" w:cs="Times New Roman"/>
                <w:color w:val="1F1F1F"/>
                <w:sz w:val="20"/>
                <w:szCs w:val="20"/>
              </w:rPr>
              <w:t xml:space="preserve"> </w:t>
            </w:r>
            <w:proofErr w:type="spellStart"/>
            <w:r w:rsidRPr="00AC6F00">
              <w:rPr>
                <w:rFonts w:ascii="Times New Roman" w:hAnsi="Times New Roman" w:cs="Times New Roman"/>
                <w:color w:val="1F1F1F"/>
                <w:sz w:val="20"/>
                <w:szCs w:val="20"/>
              </w:rPr>
              <w:t>ve</w:t>
            </w:r>
            <w:proofErr w:type="spellEnd"/>
            <w:r w:rsidRPr="00AC6F00">
              <w:rPr>
                <w:rFonts w:ascii="Times New Roman" w:hAnsi="Times New Roman" w:cs="Times New Roman"/>
                <w:color w:val="1F1F1F"/>
                <w:sz w:val="20"/>
                <w:szCs w:val="20"/>
              </w:rPr>
              <w:t xml:space="preserve"> </w:t>
            </w:r>
            <w:proofErr w:type="spellStart"/>
            <w:r w:rsidRPr="00AC6F00">
              <w:rPr>
                <w:rFonts w:ascii="Times New Roman" w:hAnsi="Times New Roman" w:cs="Times New Roman"/>
                <w:color w:val="1F1F1F"/>
                <w:sz w:val="20"/>
                <w:szCs w:val="20"/>
              </w:rPr>
              <w:t>staj</w:t>
            </w:r>
            <w:proofErr w:type="spellEnd"/>
            <w:r w:rsidRPr="00AC6F00">
              <w:rPr>
                <w:rFonts w:ascii="Times New Roman" w:hAnsi="Times New Roman" w:cs="Times New Roman"/>
                <w:color w:val="1F1F1F"/>
                <w:sz w:val="20"/>
                <w:szCs w:val="20"/>
              </w:rPr>
              <w:t xml:space="preserve"> tarihleri BÖLUYEK tarafından onaylanmış; öğrenci izinsiz işyeri/tarih değişikliği yapmamıştır. (</w:t>
            </w:r>
            <w:r w:rsidR="00FF493B" w:rsidRPr="00AC6F00">
              <w:rPr>
                <w:rFonts w:ascii="Times New Roman" w:hAnsi="Times New Roman" w:cs="Times New Roman"/>
                <w:color w:val="1F1F1F"/>
                <w:sz w:val="20"/>
                <w:szCs w:val="20"/>
              </w:rPr>
              <w:t>md.</w:t>
            </w:r>
            <w:r w:rsidRPr="00AC6F00">
              <w:rPr>
                <w:rFonts w:ascii="Times New Roman" w:hAnsi="Times New Roman" w:cs="Times New Roman"/>
                <w:color w:val="1F1F1F"/>
                <w:sz w:val="20"/>
                <w:szCs w:val="20"/>
              </w:rPr>
              <w:t xml:space="preserve">19/2-4, </w:t>
            </w:r>
            <w:r w:rsidR="00FF493B" w:rsidRPr="00AC6F00">
              <w:rPr>
                <w:rFonts w:ascii="Times New Roman" w:hAnsi="Times New Roman" w:cs="Times New Roman"/>
                <w:color w:val="1F1F1F"/>
                <w:sz w:val="20"/>
                <w:szCs w:val="20"/>
              </w:rPr>
              <w:t>md.</w:t>
            </w:r>
            <w:r w:rsidRPr="00AC6F00">
              <w:rPr>
                <w:rFonts w:ascii="Times New Roman" w:hAnsi="Times New Roman" w:cs="Times New Roman"/>
                <w:color w:val="1F1F1F"/>
                <w:sz w:val="20"/>
                <w:szCs w:val="20"/>
              </w:rPr>
              <w:t xml:space="preserve">20/2, </w:t>
            </w:r>
            <w:r w:rsidR="00FF493B" w:rsidRPr="00AC6F00">
              <w:rPr>
                <w:rFonts w:ascii="Times New Roman" w:hAnsi="Times New Roman" w:cs="Times New Roman"/>
                <w:color w:val="1F1F1F"/>
                <w:sz w:val="20"/>
                <w:szCs w:val="20"/>
              </w:rPr>
              <w:t>md.</w:t>
            </w:r>
            <w:r w:rsidRPr="00AC6F00">
              <w:rPr>
                <w:rFonts w:ascii="Times New Roman" w:hAnsi="Times New Roman" w:cs="Times New Roman"/>
                <w:color w:val="1F1F1F"/>
                <w:sz w:val="20"/>
                <w:szCs w:val="20"/>
              </w:rPr>
              <w:t>21/c)</w:t>
            </w:r>
          </w:p>
        </w:tc>
        <w:tc>
          <w:tcPr>
            <w:tcW w:w="2783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1C86E8EA" w14:textId="162586F1" w:rsidR="00143A96" w:rsidRPr="00AC6F00" w:rsidRDefault="00590CAF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211046">
              <w:rPr>
                <w:rFonts w:ascii="Times New Roman" w:hAnsi="Times New Roman" w:cs="Times New Roman"/>
                <w:color w:val="1F1F1F"/>
                <w:sz w:val="40"/>
                <w:szCs w:val="40"/>
              </w:rPr>
              <w:t xml:space="preserve">□ </w:t>
            </w:r>
            <w:proofErr w:type="spellStart"/>
            <w:r w:rsidRPr="00AC6F00">
              <w:rPr>
                <w:rFonts w:ascii="Times New Roman" w:hAnsi="Times New Roman" w:cs="Times New Roman"/>
                <w:color w:val="1F1F1F"/>
                <w:sz w:val="20"/>
                <w:szCs w:val="20"/>
              </w:rPr>
              <w:t>Uygun</w:t>
            </w:r>
            <w:proofErr w:type="spellEnd"/>
            <w:r w:rsidRPr="00AC6F00">
              <w:rPr>
                <w:rFonts w:ascii="Times New Roman" w:hAnsi="Times New Roman" w:cs="Times New Roman"/>
                <w:color w:val="1F1F1F"/>
                <w:sz w:val="20"/>
                <w:szCs w:val="20"/>
              </w:rPr>
              <w:t xml:space="preserve"> </w:t>
            </w:r>
            <w:r w:rsidRPr="00211046">
              <w:rPr>
                <w:rFonts w:ascii="Times New Roman" w:hAnsi="Times New Roman" w:cs="Times New Roman"/>
                <w:color w:val="1F1F1F"/>
                <w:sz w:val="40"/>
                <w:szCs w:val="40"/>
              </w:rPr>
              <w:t>□</w:t>
            </w:r>
            <w:r w:rsidRPr="00AC6F00">
              <w:rPr>
                <w:rFonts w:ascii="Times New Roman" w:hAnsi="Times New Roman" w:cs="Times New Roman"/>
                <w:color w:val="1F1F1F"/>
                <w:sz w:val="20"/>
                <w:szCs w:val="20"/>
              </w:rPr>
              <w:t xml:space="preserve"> </w:t>
            </w:r>
            <w:proofErr w:type="spellStart"/>
            <w:r w:rsidRPr="00AC6F00">
              <w:rPr>
                <w:rFonts w:ascii="Times New Roman" w:hAnsi="Times New Roman" w:cs="Times New Roman"/>
                <w:color w:val="1F1F1F"/>
                <w:sz w:val="20"/>
                <w:szCs w:val="20"/>
              </w:rPr>
              <w:t>Uygun</w:t>
            </w:r>
            <w:proofErr w:type="spellEnd"/>
            <w:r w:rsidRPr="00AC6F00">
              <w:rPr>
                <w:rFonts w:ascii="Times New Roman" w:hAnsi="Times New Roman" w:cs="Times New Roman"/>
                <w:color w:val="1F1F1F"/>
                <w:sz w:val="20"/>
                <w:szCs w:val="20"/>
              </w:rPr>
              <w:t xml:space="preserve"> </w:t>
            </w:r>
            <w:proofErr w:type="spellStart"/>
            <w:r w:rsidRPr="00AC6F00">
              <w:rPr>
                <w:rFonts w:ascii="Times New Roman" w:hAnsi="Times New Roman" w:cs="Times New Roman"/>
                <w:color w:val="1F1F1F"/>
                <w:sz w:val="20"/>
                <w:szCs w:val="20"/>
              </w:rPr>
              <w:t>değil</w:t>
            </w:r>
            <w:proofErr w:type="spellEnd"/>
          </w:p>
        </w:tc>
        <w:tc>
          <w:tcPr>
            <w:tcW w:w="1573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7EA212ED" w14:textId="77777777" w:rsidR="00143A96" w:rsidRPr="00AC6F00" w:rsidRDefault="00143A9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143A96" w:rsidRPr="00AC6F00" w14:paraId="592F8DA3" w14:textId="77777777" w:rsidTr="00D57584">
        <w:trPr>
          <w:cantSplit/>
          <w:trHeight w:val="464"/>
          <w:jc w:val="center"/>
        </w:trPr>
        <w:tc>
          <w:tcPr>
            <w:tcW w:w="833" w:type="dxa"/>
            <w:shd w:val="clear" w:color="auto" w:fill="F4F7F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2E7378D5" w14:textId="77777777" w:rsidR="00143A96" w:rsidRPr="00AC6F00" w:rsidRDefault="00590CAF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C6F00">
              <w:rPr>
                <w:rFonts w:ascii="Times New Roman" w:hAnsi="Times New Roman" w:cs="Times New Roman"/>
                <w:b/>
                <w:color w:val="1F1F1F"/>
                <w:sz w:val="20"/>
                <w:szCs w:val="20"/>
              </w:rPr>
              <w:t>B</w:t>
            </w:r>
          </w:p>
        </w:tc>
        <w:tc>
          <w:tcPr>
            <w:tcW w:w="5675" w:type="dxa"/>
            <w:shd w:val="clear" w:color="auto" w:fill="F4F7F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1EEF4B76" w14:textId="2D627087" w:rsidR="00143A96" w:rsidRPr="00AC6F00" w:rsidRDefault="00590CAF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AC6F00">
              <w:rPr>
                <w:rFonts w:ascii="Times New Roman" w:hAnsi="Times New Roman" w:cs="Times New Roman"/>
                <w:color w:val="1F1F1F"/>
                <w:sz w:val="20"/>
                <w:szCs w:val="20"/>
              </w:rPr>
              <w:t>Mahkeme</w:t>
            </w:r>
            <w:proofErr w:type="spellEnd"/>
            <w:r w:rsidRPr="00AC6F00">
              <w:rPr>
                <w:rFonts w:ascii="Times New Roman" w:hAnsi="Times New Roman" w:cs="Times New Roman"/>
                <w:color w:val="1F1F1F"/>
                <w:sz w:val="20"/>
                <w:szCs w:val="20"/>
              </w:rPr>
              <w:t xml:space="preserve"> </w:t>
            </w:r>
            <w:proofErr w:type="spellStart"/>
            <w:r w:rsidRPr="00AC6F00">
              <w:rPr>
                <w:rFonts w:ascii="Times New Roman" w:hAnsi="Times New Roman" w:cs="Times New Roman"/>
                <w:color w:val="1F1F1F"/>
                <w:sz w:val="20"/>
                <w:szCs w:val="20"/>
              </w:rPr>
              <w:t>Büro</w:t>
            </w:r>
            <w:proofErr w:type="spellEnd"/>
            <w:r w:rsidRPr="00AC6F00">
              <w:rPr>
                <w:rFonts w:ascii="Times New Roman" w:hAnsi="Times New Roman" w:cs="Times New Roman"/>
                <w:color w:val="1F1F1F"/>
                <w:sz w:val="20"/>
                <w:szCs w:val="20"/>
              </w:rPr>
              <w:t xml:space="preserve"> </w:t>
            </w:r>
            <w:proofErr w:type="spellStart"/>
            <w:r w:rsidRPr="00AC6F00">
              <w:rPr>
                <w:rFonts w:ascii="Times New Roman" w:hAnsi="Times New Roman" w:cs="Times New Roman"/>
                <w:color w:val="1F1F1F"/>
                <w:sz w:val="20"/>
                <w:szCs w:val="20"/>
              </w:rPr>
              <w:t>Hizmetleri</w:t>
            </w:r>
            <w:proofErr w:type="spellEnd"/>
            <w:r w:rsidRPr="00AC6F00">
              <w:rPr>
                <w:rFonts w:ascii="Times New Roman" w:hAnsi="Times New Roman" w:cs="Times New Roman"/>
                <w:color w:val="1F1F1F"/>
                <w:sz w:val="20"/>
                <w:szCs w:val="20"/>
              </w:rPr>
              <w:t xml:space="preserve"> </w:t>
            </w:r>
            <w:proofErr w:type="spellStart"/>
            <w:r w:rsidRPr="00AC6F00">
              <w:rPr>
                <w:rFonts w:ascii="Times New Roman" w:hAnsi="Times New Roman" w:cs="Times New Roman"/>
                <w:color w:val="1F1F1F"/>
                <w:sz w:val="20"/>
                <w:szCs w:val="20"/>
              </w:rPr>
              <w:t>Programı</w:t>
            </w:r>
            <w:proofErr w:type="spellEnd"/>
            <w:r w:rsidRPr="00AC6F00">
              <w:rPr>
                <w:rFonts w:ascii="Times New Roman" w:hAnsi="Times New Roman" w:cs="Times New Roman"/>
                <w:color w:val="1F1F1F"/>
                <w:sz w:val="20"/>
                <w:szCs w:val="20"/>
              </w:rPr>
              <w:t xml:space="preserve"> için EK-6’da öngörülen 20 iş günlük staj süresi tamamlanmıştır. (</w:t>
            </w:r>
            <w:r w:rsidR="00FF493B" w:rsidRPr="00AC6F00">
              <w:rPr>
                <w:rFonts w:ascii="Times New Roman" w:hAnsi="Times New Roman" w:cs="Times New Roman"/>
                <w:color w:val="1F1F1F"/>
                <w:sz w:val="20"/>
                <w:szCs w:val="20"/>
              </w:rPr>
              <w:t>md.</w:t>
            </w:r>
            <w:r w:rsidRPr="00AC6F00">
              <w:rPr>
                <w:rFonts w:ascii="Times New Roman" w:hAnsi="Times New Roman" w:cs="Times New Roman"/>
                <w:color w:val="1F1F1F"/>
                <w:sz w:val="20"/>
                <w:szCs w:val="20"/>
              </w:rPr>
              <w:t>18/3, EK-6)</w:t>
            </w:r>
          </w:p>
        </w:tc>
        <w:tc>
          <w:tcPr>
            <w:tcW w:w="2783" w:type="dxa"/>
            <w:shd w:val="clear" w:color="auto" w:fill="F4F7F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5D2EBDAA" w14:textId="77777777" w:rsidR="00143A96" w:rsidRPr="00AC6F00" w:rsidRDefault="00590CAF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211046">
              <w:rPr>
                <w:rFonts w:ascii="Times New Roman" w:hAnsi="Times New Roman" w:cs="Times New Roman"/>
                <w:color w:val="1F1F1F"/>
                <w:sz w:val="40"/>
                <w:szCs w:val="40"/>
              </w:rPr>
              <w:t xml:space="preserve">□ </w:t>
            </w:r>
            <w:proofErr w:type="spellStart"/>
            <w:r w:rsidRPr="00AC6F00">
              <w:rPr>
                <w:rFonts w:ascii="Times New Roman" w:hAnsi="Times New Roman" w:cs="Times New Roman"/>
                <w:color w:val="1F1F1F"/>
                <w:sz w:val="20"/>
                <w:szCs w:val="20"/>
              </w:rPr>
              <w:t>Uygun</w:t>
            </w:r>
            <w:proofErr w:type="spellEnd"/>
            <w:r w:rsidRPr="00AC6F00">
              <w:rPr>
                <w:rFonts w:ascii="Times New Roman" w:hAnsi="Times New Roman" w:cs="Times New Roman"/>
                <w:color w:val="1F1F1F"/>
                <w:sz w:val="20"/>
                <w:szCs w:val="20"/>
              </w:rPr>
              <w:t xml:space="preserve">  </w:t>
            </w:r>
            <w:r w:rsidRPr="00211046">
              <w:rPr>
                <w:rFonts w:ascii="Times New Roman" w:hAnsi="Times New Roman" w:cs="Times New Roman"/>
                <w:color w:val="1F1F1F"/>
                <w:sz w:val="40"/>
                <w:szCs w:val="40"/>
              </w:rPr>
              <w:t xml:space="preserve">□ </w:t>
            </w:r>
            <w:proofErr w:type="spellStart"/>
            <w:r w:rsidRPr="00AC6F00">
              <w:rPr>
                <w:rFonts w:ascii="Times New Roman" w:hAnsi="Times New Roman" w:cs="Times New Roman"/>
                <w:color w:val="1F1F1F"/>
                <w:sz w:val="20"/>
                <w:szCs w:val="20"/>
              </w:rPr>
              <w:t>Uygun</w:t>
            </w:r>
            <w:proofErr w:type="spellEnd"/>
            <w:r w:rsidRPr="00AC6F00">
              <w:rPr>
                <w:rFonts w:ascii="Times New Roman" w:hAnsi="Times New Roman" w:cs="Times New Roman"/>
                <w:color w:val="1F1F1F"/>
                <w:sz w:val="20"/>
                <w:szCs w:val="20"/>
              </w:rPr>
              <w:t xml:space="preserve"> </w:t>
            </w:r>
            <w:proofErr w:type="spellStart"/>
            <w:r w:rsidRPr="00AC6F00">
              <w:rPr>
                <w:rFonts w:ascii="Times New Roman" w:hAnsi="Times New Roman" w:cs="Times New Roman"/>
                <w:color w:val="1F1F1F"/>
                <w:sz w:val="20"/>
                <w:szCs w:val="20"/>
              </w:rPr>
              <w:t>değil</w:t>
            </w:r>
            <w:proofErr w:type="spellEnd"/>
          </w:p>
        </w:tc>
        <w:tc>
          <w:tcPr>
            <w:tcW w:w="1573" w:type="dxa"/>
            <w:shd w:val="clear" w:color="auto" w:fill="F4F7F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652F0DC1" w14:textId="77777777" w:rsidR="00143A96" w:rsidRPr="00AC6F00" w:rsidRDefault="00143A9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143A96" w:rsidRPr="00AC6F00" w14:paraId="7BB2E68E" w14:textId="77777777" w:rsidTr="00D57584">
        <w:trPr>
          <w:cantSplit/>
          <w:trHeight w:val="481"/>
          <w:jc w:val="center"/>
        </w:trPr>
        <w:tc>
          <w:tcPr>
            <w:tcW w:w="833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10598EF8" w14:textId="77777777" w:rsidR="00143A96" w:rsidRPr="00AC6F00" w:rsidRDefault="00590CAF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C6F00">
              <w:rPr>
                <w:rFonts w:ascii="Times New Roman" w:hAnsi="Times New Roman" w:cs="Times New Roman"/>
                <w:b/>
                <w:color w:val="1F1F1F"/>
                <w:sz w:val="20"/>
                <w:szCs w:val="20"/>
              </w:rPr>
              <w:t>C</w:t>
            </w:r>
          </w:p>
        </w:tc>
        <w:tc>
          <w:tcPr>
            <w:tcW w:w="5675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56CE7105" w14:textId="3E6870BC" w:rsidR="00143A96" w:rsidRPr="00AC6F00" w:rsidRDefault="00590CAF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AC6F00">
              <w:rPr>
                <w:rFonts w:ascii="Times New Roman" w:hAnsi="Times New Roman" w:cs="Times New Roman"/>
                <w:color w:val="1F1F1F"/>
                <w:sz w:val="20"/>
                <w:szCs w:val="20"/>
              </w:rPr>
              <w:t>Devam</w:t>
            </w:r>
            <w:proofErr w:type="spellEnd"/>
            <w:r w:rsidRPr="00AC6F00">
              <w:rPr>
                <w:rFonts w:ascii="Times New Roman" w:hAnsi="Times New Roman" w:cs="Times New Roman"/>
                <w:color w:val="1F1F1F"/>
                <w:sz w:val="20"/>
                <w:szCs w:val="20"/>
              </w:rPr>
              <w:t>/</w:t>
            </w:r>
            <w:proofErr w:type="spellStart"/>
            <w:r w:rsidRPr="00AC6F00">
              <w:rPr>
                <w:rFonts w:ascii="Times New Roman" w:hAnsi="Times New Roman" w:cs="Times New Roman"/>
                <w:color w:val="1F1F1F"/>
                <w:sz w:val="20"/>
                <w:szCs w:val="20"/>
              </w:rPr>
              <w:t>mazeret</w:t>
            </w:r>
            <w:proofErr w:type="spellEnd"/>
            <w:r w:rsidRPr="00AC6F00">
              <w:rPr>
                <w:rFonts w:ascii="Times New Roman" w:hAnsi="Times New Roman" w:cs="Times New Roman"/>
                <w:color w:val="1F1F1F"/>
                <w:sz w:val="20"/>
                <w:szCs w:val="20"/>
              </w:rPr>
              <w:t>/</w:t>
            </w:r>
            <w:proofErr w:type="spellStart"/>
            <w:r w:rsidRPr="00AC6F00">
              <w:rPr>
                <w:rFonts w:ascii="Times New Roman" w:hAnsi="Times New Roman" w:cs="Times New Roman"/>
                <w:color w:val="1F1F1F"/>
                <w:sz w:val="20"/>
                <w:szCs w:val="20"/>
              </w:rPr>
              <w:t>telafi</w:t>
            </w:r>
            <w:proofErr w:type="spellEnd"/>
            <w:r w:rsidRPr="00AC6F00">
              <w:rPr>
                <w:rFonts w:ascii="Times New Roman" w:hAnsi="Times New Roman" w:cs="Times New Roman"/>
                <w:color w:val="1F1F1F"/>
                <w:sz w:val="20"/>
                <w:szCs w:val="20"/>
              </w:rPr>
              <w:t xml:space="preserve"> </w:t>
            </w:r>
            <w:proofErr w:type="spellStart"/>
            <w:r w:rsidRPr="00AC6F00">
              <w:rPr>
                <w:rFonts w:ascii="Times New Roman" w:hAnsi="Times New Roman" w:cs="Times New Roman"/>
                <w:color w:val="1F1F1F"/>
                <w:sz w:val="20"/>
                <w:szCs w:val="20"/>
              </w:rPr>
              <w:t>durumu</w:t>
            </w:r>
            <w:proofErr w:type="spellEnd"/>
            <w:r w:rsidRPr="00AC6F00">
              <w:rPr>
                <w:rFonts w:ascii="Times New Roman" w:hAnsi="Times New Roman" w:cs="Times New Roman"/>
                <w:color w:val="1F1F1F"/>
                <w:sz w:val="20"/>
                <w:szCs w:val="20"/>
              </w:rPr>
              <w:t xml:space="preserve"> </w:t>
            </w:r>
            <w:r w:rsidR="00FF493B" w:rsidRPr="00AC6F00">
              <w:rPr>
                <w:rFonts w:ascii="Times New Roman" w:hAnsi="Times New Roman" w:cs="Times New Roman"/>
                <w:color w:val="1F1F1F"/>
                <w:sz w:val="20"/>
                <w:szCs w:val="20"/>
              </w:rPr>
              <w:t>md.</w:t>
            </w:r>
            <w:r w:rsidRPr="00AC6F00">
              <w:rPr>
                <w:rFonts w:ascii="Times New Roman" w:hAnsi="Times New Roman" w:cs="Times New Roman"/>
                <w:color w:val="1F1F1F"/>
                <w:sz w:val="20"/>
                <w:szCs w:val="20"/>
              </w:rPr>
              <w:t xml:space="preserve">21/g </w:t>
            </w:r>
            <w:proofErr w:type="spellStart"/>
            <w:r w:rsidRPr="00AC6F00">
              <w:rPr>
                <w:rFonts w:ascii="Times New Roman" w:hAnsi="Times New Roman" w:cs="Times New Roman"/>
                <w:color w:val="1F1F1F"/>
                <w:sz w:val="20"/>
                <w:szCs w:val="20"/>
              </w:rPr>
              <w:t>ile</w:t>
            </w:r>
            <w:proofErr w:type="spellEnd"/>
            <w:r w:rsidRPr="00AC6F00">
              <w:rPr>
                <w:rFonts w:ascii="Times New Roman" w:hAnsi="Times New Roman" w:cs="Times New Roman"/>
                <w:color w:val="1F1F1F"/>
                <w:sz w:val="20"/>
                <w:szCs w:val="20"/>
              </w:rPr>
              <w:t xml:space="preserve"> </w:t>
            </w:r>
            <w:proofErr w:type="spellStart"/>
            <w:r w:rsidRPr="00AC6F00">
              <w:rPr>
                <w:rFonts w:ascii="Times New Roman" w:hAnsi="Times New Roman" w:cs="Times New Roman"/>
                <w:color w:val="1F1F1F"/>
                <w:sz w:val="20"/>
                <w:szCs w:val="20"/>
              </w:rPr>
              <w:t>uyumludur</w:t>
            </w:r>
            <w:proofErr w:type="spellEnd"/>
            <w:r w:rsidRPr="00AC6F00">
              <w:rPr>
                <w:rFonts w:ascii="Times New Roman" w:hAnsi="Times New Roman" w:cs="Times New Roman"/>
                <w:color w:val="1F1F1F"/>
                <w:sz w:val="20"/>
                <w:szCs w:val="20"/>
              </w:rPr>
              <w:t xml:space="preserve">; </w:t>
            </w:r>
            <w:proofErr w:type="spellStart"/>
            <w:r w:rsidRPr="00AC6F00">
              <w:rPr>
                <w:rFonts w:ascii="Times New Roman" w:hAnsi="Times New Roman" w:cs="Times New Roman"/>
                <w:color w:val="1F1F1F"/>
                <w:sz w:val="20"/>
                <w:szCs w:val="20"/>
              </w:rPr>
              <w:t>staj</w:t>
            </w:r>
            <w:proofErr w:type="spellEnd"/>
            <w:r w:rsidRPr="00AC6F00">
              <w:rPr>
                <w:rFonts w:ascii="Times New Roman" w:hAnsi="Times New Roman" w:cs="Times New Roman"/>
                <w:color w:val="1F1F1F"/>
                <w:sz w:val="20"/>
                <w:szCs w:val="20"/>
              </w:rPr>
              <w:t xml:space="preserve"> </w:t>
            </w:r>
            <w:proofErr w:type="spellStart"/>
            <w:r w:rsidRPr="00AC6F00">
              <w:rPr>
                <w:rFonts w:ascii="Times New Roman" w:hAnsi="Times New Roman" w:cs="Times New Roman"/>
                <w:color w:val="1F1F1F"/>
                <w:sz w:val="20"/>
                <w:szCs w:val="20"/>
              </w:rPr>
              <w:t>süresinin</w:t>
            </w:r>
            <w:proofErr w:type="spellEnd"/>
            <w:r w:rsidRPr="00AC6F00">
              <w:rPr>
                <w:rFonts w:ascii="Times New Roman" w:hAnsi="Times New Roman" w:cs="Times New Roman"/>
                <w:color w:val="1F1F1F"/>
                <w:sz w:val="20"/>
                <w:szCs w:val="20"/>
              </w:rPr>
              <w:t xml:space="preserve"> </w:t>
            </w:r>
            <w:proofErr w:type="spellStart"/>
            <w:r w:rsidRPr="00AC6F00">
              <w:rPr>
                <w:rFonts w:ascii="Times New Roman" w:hAnsi="Times New Roman" w:cs="Times New Roman"/>
                <w:color w:val="1F1F1F"/>
                <w:sz w:val="20"/>
                <w:szCs w:val="20"/>
              </w:rPr>
              <w:t>tamamlanmasına</w:t>
            </w:r>
            <w:proofErr w:type="spellEnd"/>
            <w:r w:rsidRPr="00AC6F00">
              <w:rPr>
                <w:rFonts w:ascii="Times New Roman" w:hAnsi="Times New Roman" w:cs="Times New Roman"/>
                <w:color w:val="1F1F1F"/>
                <w:sz w:val="20"/>
                <w:szCs w:val="20"/>
              </w:rPr>
              <w:t xml:space="preserve"> engel bir devamsızlık bulunmamaktadır.</w:t>
            </w:r>
          </w:p>
        </w:tc>
        <w:tc>
          <w:tcPr>
            <w:tcW w:w="2783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48D2BE1C" w14:textId="77777777" w:rsidR="00143A96" w:rsidRPr="00AC6F00" w:rsidRDefault="00590CAF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211046">
              <w:rPr>
                <w:rFonts w:ascii="Times New Roman" w:hAnsi="Times New Roman" w:cs="Times New Roman"/>
                <w:color w:val="1F1F1F"/>
                <w:sz w:val="40"/>
                <w:szCs w:val="40"/>
              </w:rPr>
              <w:t xml:space="preserve">□ </w:t>
            </w:r>
            <w:proofErr w:type="spellStart"/>
            <w:r w:rsidRPr="00AC6F00">
              <w:rPr>
                <w:rFonts w:ascii="Times New Roman" w:hAnsi="Times New Roman" w:cs="Times New Roman"/>
                <w:color w:val="1F1F1F"/>
                <w:sz w:val="20"/>
                <w:szCs w:val="20"/>
              </w:rPr>
              <w:t>Uygun</w:t>
            </w:r>
            <w:proofErr w:type="spellEnd"/>
            <w:r w:rsidRPr="00AC6F00">
              <w:rPr>
                <w:rFonts w:ascii="Times New Roman" w:hAnsi="Times New Roman" w:cs="Times New Roman"/>
                <w:color w:val="1F1F1F"/>
                <w:sz w:val="20"/>
                <w:szCs w:val="20"/>
              </w:rPr>
              <w:t xml:space="preserve">  </w:t>
            </w:r>
            <w:r w:rsidRPr="00211046">
              <w:rPr>
                <w:rFonts w:ascii="Times New Roman" w:hAnsi="Times New Roman" w:cs="Times New Roman"/>
                <w:color w:val="1F1F1F"/>
                <w:sz w:val="40"/>
                <w:szCs w:val="40"/>
              </w:rPr>
              <w:t xml:space="preserve">□ </w:t>
            </w:r>
            <w:proofErr w:type="spellStart"/>
            <w:r w:rsidRPr="00AC6F00">
              <w:rPr>
                <w:rFonts w:ascii="Times New Roman" w:hAnsi="Times New Roman" w:cs="Times New Roman"/>
                <w:color w:val="1F1F1F"/>
                <w:sz w:val="20"/>
                <w:szCs w:val="20"/>
              </w:rPr>
              <w:t>Uygun</w:t>
            </w:r>
            <w:proofErr w:type="spellEnd"/>
            <w:r w:rsidRPr="00AC6F00">
              <w:rPr>
                <w:rFonts w:ascii="Times New Roman" w:hAnsi="Times New Roman" w:cs="Times New Roman"/>
                <w:color w:val="1F1F1F"/>
                <w:sz w:val="20"/>
                <w:szCs w:val="20"/>
              </w:rPr>
              <w:t xml:space="preserve"> </w:t>
            </w:r>
            <w:proofErr w:type="spellStart"/>
            <w:r w:rsidRPr="00AC6F00">
              <w:rPr>
                <w:rFonts w:ascii="Times New Roman" w:hAnsi="Times New Roman" w:cs="Times New Roman"/>
                <w:color w:val="1F1F1F"/>
                <w:sz w:val="20"/>
                <w:szCs w:val="20"/>
              </w:rPr>
              <w:t>değil</w:t>
            </w:r>
            <w:proofErr w:type="spellEnd"/>
          </w:p>
        </w:tc>
        <w:tc>
          <w:tcPr>
            <w:tcW w:w="1573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57D40439" w14:textId="77777777" w:rsidR="00143A96" w:rsidRPr="00AC6F00" w:rsidRDefault="00143A9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143A96" w:rsidRPr="00AC6F00" w14:paraId="5A1C6E65" w14:textId="77777777" w:rsidTr="00D57584">
        <w:trPr>
          <w:cantSplit/>
          <w:trHeight w:val="464"/>
          <w:jc w:val="center"/>
        </w:trPr>
        <w:tc>
          <w:tcPr>
            <w:tcW w:w="833" w:type="dxa"/>
            <w:shd w:val="clear" w:color="auto" w:fill="F4F7F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1943CC5A" w14:textId="77777777" w:rsidR="00143A96" w:rsidRPr="00AC6F00" w:rsidRDefault="00590CAF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C6F00">
              <w:rPr>
                <w:rFonts w:ascii="Times New Roman" w:hAnsi="Times New Roman" w:cs="Times New Roman"/>
                <w:b/>
                <w:color w:val="1F1F1F"/>
                <w:sz w:val="20"/>
                <w:szCs w:val="20"/>
              </w:rPr>
              <w:t>D</w:t>
            </w:r>
          </w:p>
        </w:tc>
        <w:tc>
          <w:tcPr>
            <w:tcW w:w="5675" w:type="dxa"/>
            <w:shd w:val="clear" w:color="auto" w:fill="F4F7F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5903486C" w14:textId="3A5800D1" w:rsidR="00143A96" w:rsidRPr="00AC6F00" w:rsidRDefault="00590CAF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AC6F00">
              <w:rPr>
                <w:rFonts w:ascii="Times New Roman" w:hAnsi="Times New Roman" w:cs="Times New Roman"/>
                <w:color w:val="1F1F1F"/>
                <w:sz w:val="20"/>
                <w:szCs w:val="20"/>
              </w:rPr>
              <w:t>Staj</w:t>
            </w:r>
            <w:proofErr w:type="spellEnd"/>
            <w:r w:rsidRPr="00AC6F00">
              <w:rPr>
                <w:rFonts w:ascii="Times New Roman" w:hAnsi="Times New Roman" w:cs="Times New Roman"/>
                <w:color w:val="1F1F1F"/>
                <w:sz w:val="20"/>
                <w:szCs w:val="20"/>
              </w:rPr>
              <w:t xml:space="preserve"> </w:t>
            </w:r>
            <w:proofErr w:type="spellStart"/>
            <w:r w:rsidRPr="00AC6F00">
              <w:rPr>
                <w:rFonts w:ascii="Times New Roman" w:hAnsi="Times New Roman" w:cs="Times New Roman"/>
                <w:color w:val="1F1F1F"/>
                <w:sz w:val="20"/>
                <w:szCs w:val="20"/>
              </w:rPr>
              <w:t>evrakı</w:t>
            </w:r>
            <w:proofErr w:type="spellEnd"/>
            <w:r w:rsidRPr="00AC6F00">
              <w:rPr>
                <w:rFonts w:ascii="Times New Roman" w:hAnsi="Times New Roman" w:cs="Times New Roman"/>
                <w:color w:val="1F1F1F"/>
                <w:sz w:val="20"/>
                <w:szCs w:val="20"/>
              </w:rPr>
              <w:t xml:space="preserve"> </w:t>
            </w:r>
            <w:proofErr w:type="spellStart"/>
            <w:r w:rsidRPr="00AC6F00">
              <w:rPr>
                <w:rFonts w:ascii="Times New Roman" w:hAnsi="Times New Roman" w:cs="Times New Roman"/>
                <w:color w:val="1F1F1F"/>
                <w:sz w:val="20"/>
                <w:szCs w:val="20"/>
              </w:rPr>
              <w:t>ilan</w:t>
            </w:r>
            <w:proofErr w:type="spellEnd"/>
            <w:r w:rsidRPr="00AC6F00">
              <w:rPr>
                <w:rFonts w:ascii="Times New Roman" w:hAnsi="Times New Roman" w:cs="Times New Roman"/>
                <w:color w:val="1F1F1F"/>
                <w:sz w:val="20"/>
                <w:szCs w:val="20"/>
              </w:rPr>
              <w:t xml:space="preserve"> </w:t>
            </w:r>
            <w:proofErr w:type="spellStart"/>
            <w:r w:rsidRPr="00AC6F00">
              <w:rPr>
                <w:rFonts w:ascii="Times New Roman" w:hAnsi="Times New Roman" w:cs="Times New Roman"/>
                <w:color w:val="1F1F1F"/>
                <w:sz w:val="20"/>
                <w:szCs w:val="20"/>
              </w:rPr>
              <w:t>edilen</w:t>
            </w:r>
            <w:proofErr w:type="spellEnd"/>
            <w:r w:rsidRPr="00AC6F00">
              <w:rPr>
                <w:rFonts w:ascii="Times New Roman" w:hAnsi="Times New Roman" w:cs="Times New Roman"/>
                <w:color w:val="1F1F1F"/>
                <w:sz w:val="20"/>
                <w:szCs w:val="20"/>
              </w:rPr>
              <w:t xml:space="preserve"> </w:t>
            </w:r>
            <w:proofErr w:type="spellStart"/>
            <w:r w:rsidRPr="00AC6F00">
              <w:rPr>
                <w:rFonts w:ascii="Times New Roman" w:hAnsi="Times New Roman" w:cs="Times New Roman"/>
                <w:color w:val="1F1F1F"/>
                <w:sz w:val="20"/>
                <w:szCs w:val="20"/>
              </w:rPr>
              <w:t>sürede</w:t>
            </w:r>
            <w:proofErr w:type="spellEnd"/>
            <w:r w:rsidRPr="00AC6F00">
              <w:rPr>
                <w:rFonts w:ascii="Times New Roman" w:hAnsi="Times New Roman" w:cs="Times New Roman"/>
                <w:color w:val="1F1F1F"/>
                <w:sz w:val="20"/>
                <w:szCs w:val="20"/>
              </w:rPr>
              <w:t xml:space="preserve"> </w:t>
            </w:r>
            <w:proofErr w:type="spellStart"/>
            <w:r w:rsidRPr="00AC6F00">
              <w:rPr>
                <w:rFonts w:ascii="Times New Roman" w:hAnsi="Times New Roman" w:cs="Times New Roman"/>
                <w:color w:val="1F1F1F"/>
                <w:sz w:val="20"/>
                <w:szCs w:val="20"/>
              </w:rPr>
              <w:t>teslim</w:t>
            </w:r>
            <w:proofErr w:type="spellEnd"/>
            <w:r w:rsidRPr="00AC6F00">
              <w:rPr>
                <w:rFonts w:ascii="Times New Roman" w:hAnsi="Times New Roman" w:cs="Times New Roman"/>
                <w:color w:val="1F1F1F"/>
                <w:sz w:val="20"/>
                <w:szCs w:val="20"/>
              </w:rPr>
              <w:t xml:space="preserve"> </w:t>
            </w:r>
            <w:proofErr w:type="spellStart"/>
            <w:r w:rsidRPr="00AC6F00">
              <w:rPr>
                <w:rFonts w:ascii="Times New Roman" w:hAnsi="Times New Roman" w:cs="Times New Roman"/>
                <w:color w:val="1F1F1F"/>
                <w:sz w:val="20"/>
                <w:szCs w:val="20"/>
              </w:rPr>
              <w:t>edilmiştir</w:t>
            </w:r>
            <w:proofErr w:type="spellEnd"/>
            <w:r w:rsidRPr="00AC6F00">
              <w:rPr>
                <w:rFonts w:ascii="Times New Roman" w:hAnsi="Times New Roman" w:cs="Times New Roman"/>
                <w:color w:val="1F1F1F"/>
                <w:sz w:val="20"/>
                <w:szCs w:val="20"/>
              </w:rPr>
              <w:t xml:space="preserve">; </w:t>
            </w:r>
            <w:proofErr w:type="spellStart"/>
            <w:r w:rsidRPr="00AC6F00">
              <w:rPr>
                <w:rFonts w:ascii="Times New Roman" w:hAnsi="Times New Roman" w:cs="Times New Roman"/>
                <w:color w:val="1F1F1F"/>
                <w:sz w:val="20"/>
                <w:szCs w:val="20"/>
              </w:rPr>
              <w:t>varsa</w:t>
            </w:r>
            <w:proofErr w:type="spellEnd"/>
            <w:r w:rsidRPr="00AC6F00">
              <w:rPr>
                <w:rFonts w:ascii="Times New Roman" w:hAnsi="Times New Roman" w:cs="Times New Roman"/>
                <w:color w:val="1F1F1F"/>
                <w:sz w:val="20"/>
                <w:szCs w:val="20"/>
              </w:rPr>
              <w:t xml:space="preserve"> </w:t>
            </w:r>
            <w:proofErr w:type="spellStart"/>
            <w:r w:rsidRPr="00AC6F00">
              <w:rPr>
                <w:rFonts w:ascii="Times New Roman" w:hAnsi="Times New Roman" w:cs="Times New Roman"/>
                <w:color w:val="1F1F1F"/>
                <w:sz w:val="20"/>
                <w:szCs w:val="20"/>
              </w:rPr>
              <w:t>mazerete</w:t>
            </w:r>
            <w:proofErr w:type="spellEnd"/>
            <w:r w:rsidRPr="00AC6F00">
              <w:rPr>
                <w:rFonts w:ascii="Times New Roman" w:hAnsi="Times New Roman" w:cs="Times New Roman"/>
                <w:color w:val="1F1F1F"/>
                <w:sz w:val="20"/>
                <w:szCs w:val="20"/>
              </w:rPr>
              <w:t xml:space="preserve"> </w:t>
            </w:r>
            <w:proofErr w:type="spellStart"/>
            <w:r w:rsidRPr="00AC6F00">
              <w:rPr>
                <w:rFonts w:ascii="Times New Roman" w:hAnsi="Times New Roman" w:cs="Times New Roman"/>
                <w:color w:val="1F1F1F"/>
                <w:sz w:val="20"/>
                <w:szCs w:val="20"/>
              </w:rPr>
              <w:t>dayalı</w:t>
            </w:r>
            <w:proofErr w:type="spellEnd"/>
            <w:r w:rsidRPr="00AC6F00">
              <w:rPr>
                <w:rFonts w:ascii="Times New Roman" w:hAnsi="Times New Roman" w:cs="Times New Roman"/>
                <w:color w:val="1F1F1F"/>
                <w:sz w:val="20"/>
                <w:szCs w:val="20"/>
              </w:rPr>
              <w:t xml:space="preserve"> </w:t>
            </w:r>
            <w:proofErr w:type="spellStart"/>
            <w:r w:rsidRPr="00AC6F00">
              <w:rPr>
                <w:rFonts w:ascii="Times New Roman" w:hAnsi="Times New Roman" w:cs="Times New Roman"/>
                <w:color w:val="1F1F1F"/>
                <w:sz w:val="20"/>
                <w:szCs w:val="20"/>
              </w:rPr>
              <w:t>ek</w:t>
            </w:r>
            <w:proofErr w:type="spellEnd"/>
            <w:r w:rsidRPr="00AC6F00">
              <w:rPr>
                <w:rFonts w:ascii="Times New Roman" w:hAnsi="Times New Roman" w:cs="Times New Roman"/>
                <w:color w:val="1F1F1F"/>
                <w:sz w:val="20"/>
                <w:szCs w:val="20"/>
              </w:rPr>
              <w:t xml:space="preserve"> </w:t>
            </w:r>
            <w:proofErr w:type="spellStart"/>
            <w:r w:rsidRPr="00AC6F00">
              <w:rPr>
                <w:rFonts w:ascii="Times New Roman" w:hAnsi="Times New Roman" w:cs="Times New Roman"/>
                <w:color w:val="1F1F1F"/>
                <w:sz w:val="20"/>
                <w:szCs w:val="20"/>
              </w:rPr>
              <w:t>süre</w:t>
            </w:r>
            <w:proofErr w:type="spellEnd"/>
            <w:r w:rsidRPr="00AC6F00">
              <w:rPr>
                <w:rFonts w:ascii="Times New Roman" w:hAnsi="Times New Roman" w:cs="Times New Roman"/>
                <w:color w:val="1F1F1F"/>
                <w:sz w:val="20"/>
                <w:szCs w:val="20"/>
              </w:rPr>
              <w:t xml:space="preserve"> </w:t>
            </w:r>
            <w:r w:rsidR="00FF493B" w:rsidRPr="00AC6F00">
              <w:rPr>
                <w:rFonts w:ascii="Times New Roman" w:hAnsi="Times New Roman" w:cs="Times New Roman"/>
                <w:color w:val="1F1F1F"/>
                <w:sz w:val="20"/>
                <w:szCs w:val="20"/>
              </w:rPr>
              <w:t>md.</w:t>
            </w:r>
            <w:r w:rsidRPr="00AC6F00">
              <w:rPr>
                <w:rFonts w:ascii="Times New Roman" w:hAnsi="Times New Roman" w:cs="Times New Roman"/>
                <w:color w:val="1F1F1F"/>
                <w:sz w:val="20"/>
                <w:szCs w:val="20"/>
              </w:rPr>
              <w:t>21/</w:t>
            </w:r>
            <w:proofErr w:type="spellStart"/>
            <w:r w:rsidRPr="00AC6F00">
              <w:rPr>
                <w:rFonts w:ascii="Times New Roman" w:hAnsi="Times New Roman" w:cs="Times New Roman"/>
                <w:color w:val="1F1F1F"/>
                <w:sz w:val="20"/>
                <w:szCs w:val="20"/>
              </w:rPr>
              <w:t>ı</w:t>
            </w:r>
            <w:proofErr w:type="spellEnd"/>
            <w:r w:rsidRPr="00AC6F00">
              <w:rPr>
                <w:rFonts w:ascii="Times New Roman" w:hAnsi="Times New Roman" w:cs="Times New Roman"/>
                <w:color w:val="1F1F1F"/>
                <w:sz w:val="20"/>
                <w:szCs w:val="20"/>
              </w:rPr>
              <w:t xml:space="preserve"> </w:t>
            </w:r>
            <w:proofErr w:type="spellStart"/>
            <w:r w:rsidRPr="00AC6F00">
              <w:rPr>
                <w:rFonts w:ascii="Times New Roman" w:hAnsi="Times New Roman" w:cs="Times New Roman"/>
                <w:color w:val="1F1F1F"/>
                <w:sz w:val="20"/>
                <w:szCs w:val="20"/>
              </w:rPr>
              <w:t>çerçevesinde</w:t>
            </w:r>
            <w:proofErr w:type="spellEnd"/>
            <w:r w:rsidRPr="00AC6F00">
              <w:rPr>
                <w:rFonts w:ascii="Times New Roman" w:hAnsi="Times New Roman" w:cs="Times New Roman"/>
                <w:color w:val="1F1F1F"/>
                <w:sz w:val="20"/>
                <w:szCs w:val="20"/>
              </w:rPr>
              <w:t xml:space="preserve"> </w:t>
            </w:r>
            <w:proofErr w:type="spellStart"/>
            <w:r w:rsidRPr="00AC6F00">
              <w:rPr>
                <w:rFonts w:ascii="Times New Roman" w:hAnsi="Times New Roman" w:cs="Times New Roman"/>
                <w:color w:val="1F1F1F"/>
                <w:sz w:val="20"/>
                <w:szCs w:val="20"/>
              </w:rPr>
              <w:t>usulüne</w:t>
            </w:r>
            <w:proofErr w:type="spellEnd"/>
            <w:r w:rsidRPr="00AC6F00">
              <w:rPr>
                <w:rFonts w:ascii="Times New Roman" w:hAnsi="Times New Roman" w:cs="Times New Roman"/>
                <w:color w:val="1F1F1F"/>
                <w:sz w:val="20"/>
                <w:szCs w:val="20"/>
              </w:rPr>
              <w:t xml:space="preserve"> </w:t>
            </w:r>
            <w:proofErr w:type="spellStart"/>
            <w:r w:rsidRPr="00AC6F00">
              <w:rPr>
                <w:rFonts w:ascii="Times New Roman" w:hAnsi="Times New Roman" w:cs="Times New Roman"/>
                <w:color w:val="1F1F1F"/>
                <w:sz w:val="20"/>
                <w:szCs w:val="20"/>
              </w:rPr>
              <w:t>uygun</w:t>
            </w:r>
            <w:proofErr w:type="spellEnd"/>
            <w:r w:rsidRPr="00AC6F00">
              <w:rPr>
                <w:rFonts w:ascii="Times New Roman" w:hAnsi="Times New Roman" w:cs="Times New Roman"/>
                <w:color w:val="1F1F1F"/>
                <w:sz w:val="20"/>
                <w:szCs w:val="20"/>
              </w:rPr>
              <w:t xml:space="preserve"> </w:t>
            </w:r>
            <w:proofErr w:type="spellStart"/>
            <w:r w:rsidRPr="00AC6F00">
              <w:rPr>
                <w:rFonts w:ascii="Times New Roman" w:hAnsi="Times New Roman" w:cs="Times New Roman"/>
                <w:color w:val="1F1F1F"/>
                <w:sz w:val="20"/>
                <w:szCs w:val="20"/>
              </w:rPr>
              <w:t>kullanılmıştır</w:t>
            </w:r>
            <w:proofErr w:type="spellEnd"/>
            <w:r w:rsidRPr="00AC6F00">
              <w:rPr>
                <w:rFonts w:ascii="Times New Roman" w:hAnsi="Times New Roman" w:cs="Times New Roman"/>
                <w:color w:val="1F1F1F"/>
                <w:sz w:val="20"/>
                <w:szCs w:val="20"/>
              </w:rPr>
              <w:t>.</w:t>
            </w:r>
          </w:p>
        </w:tc>
        <w:tc>
          <w:tcPr>
            <w:tcW w:w="2783" w:type="dxa"/>
            <w:shd w:val="clear" w:color="auto" w:fill="F4F7F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6DFE4C1F" w14:textId="77777777" w:rsidR="00143A96" w:rsidRPr="00AC6F00" w:rsidRDefault="00590CAF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211046">
              <w:rPr>
                <w:rFonts w:ascii="Times New Roman" w:hAnsi="Times New Roman" w:cs="Times New Roman"/>
                <w:color w:val="1F1F1F"/>
                <w:sz w:val="40"/>
                <w:szCs w:val="40"/>
              </w:rPr>
              <w:t>□</w:t>
            </w:r>
            <w:r w:rsidRPr="00AC6F00">
              <w:rPr>
                <w:rFonts w:ascii="Times New Roman" w:hAnsi="Times New Roman" w:cs="Times New Roman"/>
                <w:color w:val="1F1F1F"/>
                <w:sz w:val="20"/>
                <w:szCs w:val="20"/>
              </w:rPr>
              <w:t xml:space="preserve"> </w:t>
            </w:r>
            <w:proofErr w:type="spellStart"/>
            <w:r w:rsidRPr="00AC6F00">
              <w:rPr>
                <w:rFonts w:ascii="Times New Roman" w:hAnsi="Times New Roman" w:cs="Times New Roman"/>
                <w:color w:val="1F1F1F"/>
                <w:sz w:val="20"/>
                <w:szCs w:val="20"/>
              </w:rPr>
              <w:t>Uygun</w:t>
            </w:r>
            <w:proofErr w:type="spellEnd"/>
            <w:r w:rsidRPr="00AC6F00">
              <w:rPr>
                <w:rFonts w:ascii="Times New Roman" w:hAnsi="Times New Roman" w:cs="Times New Roman"/>
                <w:color w:val="1F1F1F"/>
                <w:sz w:val="20"/>
                <w:szCs w:val="20"/>
              </w:rPr>
              <w:t xml:space="preserve">  </w:t>
            </w:r>
            <w:r w:rsidRPr="00211046">
              <w:rPr>
                <w:rFonts w:ascii="Times New Roman" w:hAnsi="Times New Roman" w:cs="Times New Roman"/>
                <w:color w:val="1F1F1F"/>
                <w:sz w:val="40"/>
                <w:szCs w:val="40"/>
              </w:rPr>
              <w:t>□</w:t>
            </w:r>
            <w:r w:rsidRPr="00AC6F00">
              <w:rPr>
                <w:rFonts w:ascii="Times New Roman" w:hAnsi="Times New Roman" w:cs="Times New Roman"/>
                <w:color w:val="1F1F1F"/>
                <w:sz w:val="20"/>
                <w:szCs w:val="20"/>
              </w:rPr>
              <w:t xml:space="preserve"> </w:t>
            </w:r>
            <w:proofErr w:type="spellStart"/>
            <w:r w:rsidRPr="00AC6F00">
              <w:rPr>
                <w:rFonts w:ascii="Times New Roman" w:hAnsi="Times New Roman" w:cs="Times New Roman"/>
                <w:color w:val="1F1F1F"/>
                <w:sz w:val="20"/>
                <w:szCs w:val="20"/>
              </w:rPr>
              <w:t>Uygun</w:t>
            </w:r>
            <w:proofErr w:type="spellEnd"/>
            <w:r w:rsidRPr="00AC6F00">
              <w:rPr>
                <w:rFonts w:ascii="Times New Roman" w:hAnsi="Times New Roman" w:cs="Times New Roman"/>
                <w:color w:val="1F1F1F"/>
                <w:sz w:val="20"/>
                <w:szCs w:val="20"/>
              </w:rPr>
              <w:t xml:space="preserve"> </w:t>
            </w:r>
            <w:proofErr w:type="spellStart"/>
            <w:r w:rsidRPr="00AC6F00">
              <w:rPr>
                <w:rFonts w:ascii="Times New Roman" w:hAnsi="Times New Roman" w:cs="Times New Roman"/>
                <w:color w:val="1F1F1F"/>
                <w:sz w:val="20"/>
                <w:szCs w:val="20"/>
              </w:rPr>
              <w:t>değil</w:t>
            </w:r>
            <w:proofErr w:type="spellEnd"/>
          </w:p>
        </w:tc>
        <w:tc>
          <w:tcPr>
            <w:tcW w:w="1573" w:type="dxa"/>
            <w:shd w:val="clear" w:color="auto" w:fill="F4F7F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4FBB28E3" w14:textId="77777777" w:rsidR="00143A96" w:rsidRPr="00AC6F00" w:rsidRDefault="00143A9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143A96" w:rsidRPr="00AC6F00" w14:paraId="06F02D1D" w14:textId="77777777" w:rsidTr="00D57584">
        <w:trPr>
          <w:cantSplit/>
          <w:trHeight w:val="481"/>
          <w:jc w:val="center"/>
        </w:trPr>
        <w:tc>
          <w:tcPr>
            <w:tcW w:w="833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0FC4020B" w14:textId="77777777" w:rsidR="00143A96" w:rsidRPr="00AC6F00" w:rsidRDefault="00590CAF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C6F00">
              <w:rPr>
                <w:rFonts w:ascii="Times New Roman" w:hAnsi="Times New Roman" w:cs="Times New Roman"/>
                <w:b/>
                <w:color w:val="1F1F1F"/>
                <w:sz w:val="20"/>
                <w:szCs w:val="20"/>
              </w:rPr>
              <w:t>E</w:t>
            </w:r>
          </w:p>
        </w:tc>
        <w:tc>
          <w:tcPr>
            <w:tcW w:w="5675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6D8F224E" w14:textId="1CC1DD53" w:rsidR="00143A96" w:rsidRPr="00AC6F00" w:rsidRDefault="00590CAF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AC6F00">
              <w:rPr>
                <w:rFonts w:ascii="Times New Roman" w:hAnsi="Times New Roman" w:cs="Times New Roman"/>
                <w:color w:val="1F1F1F"/>
                <w:sz w:val="20"/>
                <w:szCs w:val="20"/>
              </w:rPr>
              <w:t>Staj</w:t>
            </w:r>
            <w:proofErr w:type="spellEnd"/>
            <w:r w:rsidRPr="00AC6F00">
              <w:rPr>
                <w:rFonts w:ascii="Times New Roman" w:hAnsi="Times New Roman" w:cs="Times New Roman"/>
                <w:color w:val="1F1F1F"/>
                <w:sz w:val="20"/>
                <w:szCs w:val="20"/>
              </w:rPr>
              <w:t xml:space="preserve"> </w:t>
            </w:r>
            <w:proofErr w:type="spellStart"/>
            <w:r w:rsidRPr="00AC6F00">
              <w:rPr>
                <w:rFonts w:ascii="Times New Roman" w:hAnsi="Times New Roman" w:cs="Times New Roman"/>
                <w:color w:val="1F1F1F"/>
                <w:sz w:val="20"/>
                <w:szCs w:val="20"/>
              </w:rPr>
              <w:t>evrakında</w:t>
            </w:r>
            <w:proofErr w:type="spellEnd"/>
            <w:r w:rsidRPr="00AC6F00">
              <w:rPr>
                <w:rFonts w:ascii="Times New Roman" w:hAnsi="Times New Roman" w:cs="Times New Roman"/>
                <w:color w:val="1F1F1F"/>
                <w:sz w:val="20"/>
                <w:szCs w:val="20"/>
              </w:rPr>
              <w:t xml:space="preserve"> </w:t>
            </w:r>
            <w:proofErr w:type="spellStart"/>
            <w:r w:rsidRPr="00AC6F00">
              <w:rPr>
                <w:rFonts w:ascii="Times New Roman" w:hAnsi="Times New Roman" w:cs="Times New Roman"/>
                <w:color w:val="1F1F1F"/>
                <w:sz w:val="20"/>
                <w:szCs w:val="20"/>
              </w:rPr>
              <w:t>intihal</w:t>
            </w:r>
            <w:proofErr w:type="spellEnd"/>
            <w:r w:rsidRPr="00AC6F00">
              <w:rPr>
                <w:rFonts w:ascii="Times New Roman" w:hAnsi="Times New Roman" w:cs="Times New Roman"/>
                <w:color w:val="1F1F1F"/>
                <w:sz w:val="20"/>
                <w:szCs w:val="20"/>
              </w:rPr>
              <w:t xml:space="preserve">, </w:t>
            </w:r>
            <w:proofErr w:type="spellStart"/>
            <w:r w:rsidRPr="00AC6F00">
              <w:rPr>
                <w:rFonts w:ascii="Times New Roman" w:hAnsi="Times New Roman" w:cs="Times New Roman"/>
                <w:color w:val="1F1F1F"/>
                <w:sz w:val="20"/>
                <w:szCs w:val="20"/>
              </w:rPr>
              <w:t>tahrifat</w:t>
            </w:r>
            <w:proofErr w:type="spellEnd"/>
            <w:r w:rsidRPr="00AC6F00">
              <w:rPr>
                <w:rFonts w:ascii="Times New Roman" w:hAnsi="Times New Roman" w:cs="Times New Roman"/>
                <w:color w:val="1F1F1F"/>
                <w:sz w:val="20"/>
                <w:szCs w:val="20"/>
              </w:rPr>
              <w:t xml:space="preserve"> veya kopya tespit edilmemiştir. </w:t>
            </w:r>
            <w:proofErr w:type="spellStart"/>
            <w:r w:rsidRPr="00AC6F00">
              <w:rPr>
                <w:rFonts w:ascii="Times New Roman" w:hAnsi="Times New Roman" w:cs="Times New Roman"/>
                <w:color w:val="1F1F1F"/>
                <w:sz w:val="20"/>
                <w:szCs w:val="20"/>
              </w:rPr>
              <w:t>Tespit</w:t>
            </w:r>
            <w:proofErr w:type="spellEnd"/>
            <w:r w:rsidRPr="00AC6F00">
              <w:rPr>
                <w:rFonts w:ascii="Times New Roman" w:hAnsi="Times New Roman" w:cs="Times New Roman"/>
                <w:color w:val="1F1F1F"/>
                <w:sz w:val="20"/>
                <w:szCs w:val="20"/>
              </w:rPr>
              <w:t xml:space="preserve"> </w:t>
            </w:r>
            <w:proofErr w:type="spellStart"/>
            <w:r w:rsidRPr="00AC6F00">
              <w:rPr>
                <w:rFonts w:ascii="Times New Roman" w:hAnsi="Times New Roman" w:cs="Times New Roman"/>
                <w:color w:val="1F1F1F"/>
                <w:sz w:val="20"/>
                <w:szCs w:val="20"/>
              </w:rPr>
              <w:t>hâlinde</w:t>
            </w:r>
            <w:proofErr w:type="spellEnd"/>
            <w:r w:rsidRPr="00AC6F00">
              <w:rPr>
                <w:rFonts w:ascii="Times New Roman" w:hAnsi="Times New Roman" w:cs="Times New Roman"/>
                <w:color w:val="1F1F1F"/>
                <w:sz w:val="20"/>
                <w:szCs w:val="20"/>
              </w:rPr>
              <w:t xml:space="preserve"> </w:t>
            </w:r>
            <w:r w:rsidR="00FF493B" w:rsidRPr="00AC6F00">
              <w:rPr>
                <w:rFonts w:ascii="Times New Roman" w:hAnsi="Times New Roman" w:cs="Times New Roman"/>
                <w:color w:val="1F1F1F"/>
                <w:sz w:val="20"/>
                <w:szCs w:val="20"/>
              </w:rPr>
              <w:t>md.</w:t>
            </w:r>
            <w:r w:rsidRPr="00AC6F00">
              <w:rPr>
                <w:rFonts w:ascii="Times New Roman" w:hAnsi="Times New Roman" w:cs="Times New Roman"/>
                <w:color w:val="1F1F1F"/>
                <w:sz w:val="20"/>
                <w:szCs w:val="20"/>
              </w:rPr>
              <w:t xml:space="preserve">22/1-b </w:t>
            </w:r>
            <w:proofErr w:type="spellStart"/>
            <w:r w:rsidRPr="00AC6F00">
              <w:rPr>
                <w:rFonts w:ascii="Times New Roman" w:hAnsi="Times New Roman" w:cs="Times New Roman"/>
                <w:color w:val="1F1F1F"/>
                <w:sz w:val="20"/>
                <w:szCs w:val="20"/>
              </w:rPr>
              <w:t>uyarınca</w:t>
            </w:r>
            <w:proofErr w:type="spellEnd"/>
            <w:r w:rsidRPr="00AC6F00">
              <w:rPr>
                <w:rFonts w:ascii="Times New Roman" w:hAnsi="Times New Roman" w:cs="Times New Roman"/>
                <w:color w:val="1F1F1F"/>
                <w:sz w:val="20"/>
                <w:szCs w:val="20"/>
              </w:rPr>
              <w:t xml:space="preserve"> 2547 </w:t>
            </w:r>
            <w:proofErr w:type="spellStart"/>
            <w:r w:rsidRPr="00AC6F00">
              <w:rPr>
                <w:rFonts w:ascii="Times New Roman" w:hAnsi="Times New Roman" w:cs="Times New Roman"/>
                <w:color w:val="1F1F1F"/>
                <w:sz w:val="20"/>
                <w:szCs w:val="20"/>
              </w:rPr>
              <w:t>sayılı</w:t>
            </w:r>
            <w:proofErr w:type="spellEnd"/>
            <w:r w:rsidRPr="00AC6F00">
              <w:rPr>
                <w:rFonts w:ascii="Times New Roman" w:hAnsi="Times New Roman" w:cs="Times New Roman"/>
                <w:color w:val="1F1F1F"/>
                <w:sz w:val="20"/>
                <w:szCs w:val="20"/>
              </w:rPr>
              <w:t xml:space="preserve"> </w:t>
            </w:r>
            <w:proofErr w:type="spellStart"/>
            <w:r w:rsidRPr="00AC6F00">
              <w:rPr>
                <w:rFonts w:ascii="Times New Roman" w:hAnsi="Times New Roman" w:cs="Times New Roman"/>
                <w:color w:val="1F1F1F"/>
                <w:sz w:val="20"/>
                <w:szCs w:val="20"/>
              </w:rPr>
              <w:t>Kanun</w:t>
            </w:r>
            <w:proofErr w:type="spellEnd"/>
            <w:r w:rsidRPr="00AC6F00">
              <w:rPr>
                <w:rFonts w:ascii="Times New Roman" w:hAnsi="Times New Roman" w:cs="Times New Roman"/>
                <w:color w:val="1F1F1F"/>
                <w:sz w:val="20"/>
                <w:szCs w:val="20"/>
              </w:rPr>
              <w:t xml:space="preserve"> </w:t>
            </w:r>
            <w:r w:rsidR="00FF493B" w:rsidRPr="00AC6F00">
              <w:rPr>
                <w:rFonts w:ascii="Times New Roman" w:hAnsi="Times New Roman" w:cs="Times New Roman"/>
                <w:color w:val="1F1F1F"/>
                <w:sz w:val="20"/>
                <w:szCs w:val="20"/>
              </w:rPr>
              <w:t>md.</w:t>
            </w:r>
            <w:r w:rsidRPr="00AC6F00">
              <w:rPr>
                <w:rFonts w:ascii="Times New Roman" w:hAnsi="Times New Roman" w:cs="Times New Roman"/>
                <w:color w:val="1F1F1F"/>
                <w:sz w:val="20"/>
                <w:szCs w:val="20"/>
              </w:rPr>
              <w:t xml:space="preserve">54 </w:t>
            </w:r>
            <w:proofErr w:type="spellStart"/>
            <w:r w:rsidRPr="00AC6F00">
              <w:rPr>
                <w:rFonts w:ascii="Times New Roman" w:hAnsi="Times New Roman" w:cs="Times New Roman"/>
                <w:color w:val="1F1F1F"/>
                <w:sz w:val="20"/>
                <w:szCs w:val="20"/>
              </w:rPr>
              <w:t>kapsamında</w:t>
            </w:r>
            <w:proofErr w:type="spellEnd"/>
            <w:r w:rsidRPr="00AC6F00">
              <w:rPr>
                <w:rFonts w:ascii="Times New Roman" w:hAnsi="Times New Roman" w:cs="Times New Roman"/>
                <w:color w:val="1F1F1F"/>
                <w:sz w:val="20"/>
                <w:szCs w:val="20"/>
              </w:rPr>
              <w:t xml:space="preserve"> </w:t>
            </w:r>
            <w:proofErr w:type="spellStart"/>
            <w:r w:rsidRPr="00AC6F00">
              <w:rPr>
                <w:rFonts w:ascii="Times New Roman" w:hAnsi="Times New Roman" w:cs="Times New Roman"/>
                <w:color w:val="1F1F1F"/>
                <w:sz w:val="20"/>
                <w:szCs w:val="20"/>
              </w:rPr>
              <w:t>işlem</w:t>
            </w:r>
            <w:proofErr w:type="spellEnd"/>
            <w:r w:rsidRPr="00AC6F00">
              <w:rPr>
                <w:rFonts w:ascii="Times New Roman" w:hAnsi="Times New Roman" w:cs="Times New Roman"/>
                <w:color w:val="1F1F1F"/>
                <w:sz w:val="20"/>
                <w:szCs w:val="20"/>
              </w:rPr>
              <w:t xml:space="preserve"> </w:t>
            </w:r>
            <w:proofErr w:type="spellStart"/>
            <w:r w:rsidRPr="00AC6F00">
              <w:rPr>
                <w:rFonts w:ascii="Times New Roman" w:hAnsi="Times New Roman" w:cs="Times New Roman"/>
                <w:color w:val="1F1F1F"/>
                <w:sz w:val="20"/>
                <w:szCs w:val="20"/>
              </w:rPr>
              <w:t>yapılır</w:t>
            </w:r>
            <w:proofErr w:type="spellEnd"/>
            <w:r w:rsidRPr="00AC6F00">
              <w:rPr>
                <w:rFonts w:ascii="Times New Roman" w:hAnsi="Times New Roman" w:cs="Times New Roman"/>
                <w:color w:val="1F1F1F"/>
                <w:sz w:val="20"/>
                <w:szCs w:val="20"/>
              </w:rPr>
              <w:t xml:space="preserve"> </w:t>
            </w:r>
            <w:proofErr w:type="spellStart"/>
            <w:r w:rsidRPr="00AC6F00">
              <w:rPr>
                <w:rFonts w:ascii="Times New Roman" w:hAnsi="Times New Roman" w:cs="Times New Roman"/>
                <w:color w:val="1F1F1F"/>
                <w:sz w:val="20"/>
                <w:szCs w:val="20"/>
              </w:rPr>
              <w:t>ve</w:t>
            </w:r>
            <w:proofErr w:type="spellEnd"/>
            <w:r w:rsidRPr="00AC6F00">
              <w:rPr>
                <w:rFonts w:ascii="Times New Roman" w:hAnsi="Times New Roman" w:cs="Times New Roman"/>
                <w:color w:val="1F1F1F"/>
                <w:sz w:val="20"/>
                <w:szCs w:val="20"/>
              </w:rPr>
              <w:t xml:space="preserve"> </w:t>
            </w:r>
            <w:proofErr w:type="spellStart"/>
            <w:r w:rsidRPr="00AC6F00">
              <w:rPr>
                <w:rFonts w:ascii="Times New Roman" w:hAnsi="Times New Roman" w:cs="Times New Roman"/>
                <w:color w:val="1F1F1F"/>
                <w:sz w:val="20"/>
                <w:szCs w:val="20"/>
              </w:rPr>
              <w:t>staj</w:t>
            </w:r>
            <w:proofErr w:type="spellEnd"/>
            <w:r w:rsidRPr="00AC6F00">
              <w:rPr>
                <w:rFonts w:ascii="Times New Roman" w:hAnsi="Times New Roman" w:cs="Times New Roman"/>
                <w:color w:val="1F1F1F"/>
                <w:sz w:val="20"/>
                <w:szCs w:val="20"/>
              </w:rPr>
              <w:t xml:space="preserve"> geçersiz sayılır.</w:t>
            </w:r>
          </w:p>
        </w:tc>
        <w:tc>
          <w:tcPr>
            <w:tcW w:w="2783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27240106" w14:textId="38B68E76" w:rsidR="00143A96" w:rsidRPr="00AC6F00" w:rsidRDefault="00590CAF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211046">
              <w:rPr>
                <w:rFonts w:ascii="Times New Roman" w:hAnsi="Times New Roman" w:cs="Times New Roman"/>
                <w:color w:val="1F1F1F"/>
                <w:sz w:val="40"/>
                <w:szCs w:val="40"/>
              </w:rPr>
              <w:t xml:space="preserve">□ </w:t>
            </w:r>
            <w:proofErr w:type="spellStart"/>
            <w:r w:rsidRPr="00AC6F00">
              <w:rPr>
                <w:rFonts w:ascii="Times New Roman" w:hAnsi="Times New Roman" w:cs="Times New Roman"/>
                <w:color w:val="1F1F1F"/>
                <w:sz w:val="20"/>
                <w:szCs w:val="20"/>
              </w:rPr>
              <w:t>Uygun</w:t>
            </w:r>
            <w:proofErr w:type="spellEnd"/>
            <w:r w:rsidRPr="00AC6F00">
              <w:rPr>
                <w:rFonts w:ascii="Times New Roman" w:hAnsi="Times New Roman" w:cs="Times New Roman"/>
                <w:color w:val="1F1F1F"/>
                <w:sz w:val="20"/>
                <w:szCs w:val="20"/>
              </w:rPr>
              <w:t xml:space="preserve"> </w:t>
            </w:r>
            <w:r w:rsidRPr="00211046">
              <w:rPr>
                <w:rFonts w:ascii="Times New Roman" w:hAnsi="Times New Roman" w:cs="Times New Roman"/>
                <w:color w:val="1F1F1F"/>
                <w:sz w:val="40"/>
                <w:szCs w:val="40"/>
              </w:rPr>
              <w:t>□</w:t>
            </w:r>
            <w:r w:rsidRPr="00AC6F00">
              <w:rPr>
                <w:rFonts w:ascii="Times New Roman" w:hAnsi="Times New Roman" w:cs="Times New Roman"/>
                <w:color w:val="1F1F1F"/>
                <w:sz w:val="20"/>
                <w:szCs w:val="20"/>
              </w:rPr>
              <w:t xml:space="preserve"> </w:t>
            </w:r>
            <w:proofErr w:type="spellStart"/>
            <w:r w:rsidRPr="00AC6F00">
              <w:rPr>
                <w:rFonts w:ascii="Times New Roman" w:hAnsi="Times New Roman" w:cs="Times New Roman"/>
                <w:color w:val="1F1F1F"/>
                <w:sz w:val="20"/>
                <w:szCs w:val="20"/>
              </w:rPr>
              <w:t>Uygun</w:t>
            </w:r>
            <w:proofErr w:type="spellEnd"/>
            <w:r w:rsidRPr="00AC6F00">
              <w:rPr>
                <w:rFonts w:ascii="Times New Roman" w:hAnsi="Times New Roman" w:cs="Times New Roman"/>
                <w:color w:val="1F1F1F"/>
                <w:sz w:val="20"/>
                <w:szCs w:val="20"/>
              </w:rPr>
              <w:t xml:space="preserve"> </w:t>
            </w:r>
            <w:proofErr w:type="spellStart"/>
            <w:r w:rsidRPr="00AC6F00">
              <w:rPr>
                <w:rFonts w:ascii="Times New Roman" w:hAnsi="Times New Roman" w:cs="Times New Roman"/>
                <w:color w:val="1F1F1F"/>
                <w:sz w:val="20"/>
                <w:szCs w:val="20"/>
              </w:rPr>
              <w:t>değil</w:t>
            </w:r>
            <w:proofErr w:type="spellEnd"/>
          </w:p>
        </w:tc>
        <w:tc>
          <w:tcPr>
            <w:tcW w:w="1573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2B48123B" w14:textId="77777777" w:rsidR="00143A96" w:rsidRPr="00AC6F00" w:rsidRDefault="00143A9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143A96" w:rsidRPr="00AC6F00" w14:paraId="515ED77E" w14:textId="77777777" w:rsidTr="00D57584">
        <w:trPr>
          <w:cantSplit/>
          <w:trHeight w:val="464"/>
          <w:jc w:val="center"/>
        </w:trPr>
        <w:tc>
          <w:tcPr>
            <w:tcW w:w="833" w:type="dxa"/>
            <w:shd w:val="clear" w:color="auto" w:fill="F4F7F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46FF768B" w14:textId="77777777" w:rsidR="00143A96" w:rsidRPr="00AC6F00" w:rsidRDefault="00590CAF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C6F00">
              <w:rPr>
                <w:rFonts w:ascii="Times New Roman" w:hAnsi="Times New Roman" w:cs="Times New Roman"/>
                <w:b/>
                <w:color w:val="1F1F1F"/>
                <w:sz w:val="20"/>
                <w:szCs w:val="20"/>
              </w:rPr>
              <w:t>F</w:t>
            </w:r>
          </w:p>
        </w:tc>
        <w:tc>
          <w:tcPr>
            <w:tcW w:w="5675" w:type="dxa"/>
            <w:shd w:val="clear" w:color="auto" w:fill="F4F7F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51739780" w14:textId="48C94C47" w:rsidR="00143A96" w:rsidRPr="00AC6F00" w:rsidRDefault="00590CAF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AC6F00">
              <w:rPr>
                <w:rFonts w:ascii="Times New Roman" w:hAnsi="Times New Roman" w:cs="Times New Roman"/>
                <w:color w:val="1F1F1F"/>
                <w:sz w:val="20"/>
                <w:szCs w:val="20"/>
              </w:rPr>
              <w:t>İşyeri</w:t>
            </w:r>
            <w:proofErr w:type="spellEnd"/>
            <w:r w:rsidRPr="00AC6F00">
              <w:rPr>
                <w:rFonts w:ascii="Times New Roman" w:hAnsi="Times New Roman" w:cs="Times New Roman"/>
                <w:color w:val="1F1F1F"/>
                <w:sz w:val="20"/>
                <w:szCs w:val="20"/>
              </w:rPr>
              <w:t xml:space="preserve"> </w:t>
            </w:r>
            <w:proofErr w:type="spellStart"/>
            <w:r w:rsidRPr="00AC6F00">
              <w:rPr>
                <w:rFonts w:ascii="Times New Roman" w:hAnsi="Times New Roman" w:cs="Times New Roman"/>
                <w:color w:val="1F1F1F"/>
                <w:sz w:val="20"/>
                <w:szCs w:val="20"/>
              </w:rPr>
              <w:t>eğitici</w:t>
            </w:r>
            <w:proofErr w:type="spellEnd"/>
            <w:r w:rsidRPr="00AC6F00">
              <w:rPr>
                <w:rFonts w:ascii="Times New Roman" w:hAnsi="Times New Roman" w:cs="Times New Roman"/>
                <w:color w:val="1F1F1F"/>
                <w:sz w:val="20"/>
                <w:szCs w:val="20"/>
              </w:rPr>
              <w:t xml:space="preserve"> </w:t>
            </w:r>
            <w:proofErr w:type="spellStart"/>
            <w:r w:rsidRPr="00AC6F00">
              <w:rPr>
                <w:rFonts w:ascii="Times New Roman" w:hAnsi="Times New Roman" w:cs="Times New Roman"/>
                <w:color w:val="1F1F1F"/>
                <w:sz w:val="20"/>
                <w:szCs w:val="20"/>
              </w:rPr>
              <w:t>personeli</w:t>
            </w:r>
            <w:proofErr w:type="spellEnd"/>
            <w:r w:rsidRPr="00AC6F00">
              <w:rPr>
                <w:rFonts w:ascii="Times New Roman" w:hAnsi="Times New Roman" w:cs="Times New Roman"/>
                <w:color w:val="1F1F1F"/>
                <w:sz w:val="20"/>
                <w:szCs w:val="20"/>
              </w:rPr>
              <w:t xml:space="preserve"> </w:t>
            </w:r>
            <w:proofErr w:type="spellStart"/>
            <w:r w:rsidRPr="00AC6F00">
              <w:rPr>
                <w:rFonts w:ascii="Times New Roman" w:hAnsi="Times New Roman" w:cs="Times New Roman"/>
                <w:color w:val="1F1F1F"/>
                <w:sz w:val="20"/>
                <w:szCs w:val="20"/>
              </w:rPr>
              <w:t>değerlendirme</w:t>
            </w:r>
            <w:proofErr w:type="spellEnd"/>
            <w:r w:rsidRPr="00AC6F00">
              <w:rPr>
                <w:rFonts w:ascii="Times New Roman" w:hAnsi="Times New Roman" w:cs="Times New Roman"/>
                <w:color w:val="1F1F1F"/>
                <w:sz w:val="20"/>
                <w:szCs w:val="20"/>
              </w:rPr>
              <w:t xml:space="preserve"> </w:t>
            </w:r>
            <w:proofErr w:type="spellStart"/>
            <w:r w:rsidRPr="00AC6F00">
              <w:rPr>
                <w:rFonts w:ascii="Times New Roman" w:hAnsi="Times New Roman" w:cs="Times New Roman"/>
                <w:color w:val="1F1F1F"/>
                <w:sz w:val="20"/>
                <w:szCs w:val="20"/>
              </w:rPr>
              <w:t>formu</w:t>
            </w:r>
            <w:proofErr w:type="spellEnd"/>
            <w:r w:rsidRPr="00AC6F00">
              <w:rPr>
                <w:rFonts w:ascii="Times New Roman" w:hAnsi="Times New Roman" w:cs="Times New Roman"/>
                <w:color w:val="1F1F1F"/>
                <w:sz w:val="20"/>
                <w:szCs w:val="20"/>
              </w:rPr>
              <w:t xml:space="preserve"> </w:t>
            </w:r>
            <w:proofErr w:type="spellStart"/>
            <w:r w:rsidRPr="00AC6F00">
              <w:rPr>
                <w:rFonts w:ascii="Times New Roman" w:hAnsi="Times New Roman" w:cs="Times New Roman"/>
                <w:color w:val="1F1F1F"/>
                <w:sz w:val="20"/>
                <w:szCs w:val="20"/>
              </w:rPr>
              <w:t>ve</w:t>
            </w:r>
            <w:proofErr w:type="spellEnd"/>
            <w:r w:rsidRPr="00AC6F00">
              <w:rPr>
                <w:rFonts w:ascii="Times New Roman" w:hAnsi="Times New Roman" w:cs="Times New Roman"/>
                <w:color w:val="1F1F1F"/>
                <w:sz w:val="20"/>
                <w:szCs w:val="20"/>
              </w:rPr>
              <w:t xml:space="preserve"> </w:t>
            </w:r>
            <w:proofErr w:type="spellStart"/>
            <w:r w:rsidRPr="00AC6F00">
              <w:rPr>
                <w:rFonts w:ascii="Times New Roman" w:hAnsi="Times New Roman" w:cs="Times New Roman"/>
                <w:color w:val="1F1F1F"/>
                <w:sz w:val="20"/>
                <w:szCs w:val="20"/>
              </w:rPr>
              <w:t>devam</w:t>
            </w:r>
            <w:proofErr w:type="spellEnd"/>
            <w:r w:rsidRPr="00AC6F00">
              <w:rPr>
                <w:rFonts w:ascii="Times New Roman" w:hAnsi="Times New Roman" w:cs="Times New Roman"/>
                <w:color w:val="1F1F1F"/>
                <w:sz w:val="20"/>
                <w:szCs w:val="20"/>
              </w:rPr>
              <w:t xml:space="preserve"> </w:t>
            </w:r>
            <w:proofErr w:type="spellStart"/>
            <w:r w:rsidRPr="00AC6F00">
              <w:rPr>
                <w:rFonts w:ascii="Times New Roman" w:hAnsi="Times New Roman" w:cs="Times New Roman"/>
                <w:color w:val="1F1F1F"/>
                <w:sz w:val="20"/>
                <w:szCs w:val="20"/>
              </w:rPr>
              <w:t>çizelgesi</w:t>
            </w:r>
            <w:proofErr w:type="spellEnd"/>
            <w:r w:rsidRPr="00AC6F00">
              <w:rPr>
                <w:rFonts w:ascii="Times New Roman" w:hAnsi="Times New Roman" w:cs="Times New Roman"/>
                <w:color w:val="1F1F1F"/>
                <w:sz w:val="20"/>
                <w:szCs w:val="20"/>
              </w:rPr>
              <w:t xml:space="preserve"> </w:t>
            </w:r>
            <w:r w:rsidR="00FF493B" w:rsidRPr="00AC6F00">
              <w:rPr>
                <w:rFonts w:ascii="Times New Roman" w:hAnsi="Times New Roman" w:cs="Times New Roman"/>
                <w:color w:val="1F1F1F"/>
                <w:sz w:val="20"/>
                <w:szCs w:val="20"/>
              </w:rPr>
              <w:t>md.</w:t>
            </w:r>
            <w:r w:rsidRPr="00AC6F00">
              <w:rPr>
                <w:rFonts w:ascii="Times New Roman" w:hAnsi="Times New Roman" w:cs="Times New Roman"/>
                <w:color w:val="1F1F1F"/>
                <w:sz w:val="20"/>
                <w:szCs w:val="20"/>
              </w:rPr>
              <w:t>21/</w:t>
            </w:r>
            <w:proofErr w:type="spellStart"/>
            <w:r w:rsidRPr="00AC6F00">
              <w:rPr>
                <w:rFonts w:ascii="Times New Roman" w:hAnsi="Times New Roman" w:cs="Times New Roman"/>
                <w:color w:val="1F1F1F"/>
                <w:sz w:val="20"/>
                <w:szCs w:val="20"/>
              </w:rPr>
              <w:t>h’deki</w:t>
            </w:r>
            <w:proofErr w:type="spellEnd"/>
            <w:r w:rsidRPr="00AC6F00">
              <w:rPr>
                <w:rFonts w:ascii="Times New Roman" w:hAnsi="Times New Roman" w:cs="Times New Roman"/>
                <w:color w:val="1F1F1F"/>
                <w:sz w:val="20"/>
                <w:szCs w:val="20"/>
              </w:rPr>
              <w:t xml:space="preserve"> </w:t>
            </w:r>
            <w:proofErr w:type="spellStart"/>
            <w:r w:rsidRPr="00AC6F00">
              <w:rPr>
                <w:rFonts w:ascii="Times New Roman" w:hAnsi="Times New Roman" w:cs="Times New Roman"/>
                <w:color w:val="1F1F1F"/>
                <w:sz w:val="20"/>
                <w:szCs w:val="20"/>
              </w:rPr>
              <w:t>gönderim</w:t>
            </w:r>
            <w:proofErr w:type="spellEnd"/>
            <w:r w:rsidRPr="00AC6F00">
              <w:rPr>
                <w:rFonts w:ascii="Times New Roman" w:hAnsi="Times New Roman" w:cs="Times New Roman"/>
                <w:color w:val="1F1F1F"/>
                <w:sz w:val="20"/>
                <w:szCs w:val="20"/>
              </w:rPr>
              <w:t>/</w:t>
            </w:r>
            <w:proofErr w:type="spellStart"/>
            <w:r w:rsidRPr="00AC6F00">
              <w:rPr>
                <w:rFonts w:ascii="Times New Roman" w:hAnsi="Times New Roman" w:cs="Times New Roman"/>
                <w:color w:val="1F1F1F"/>
                <w:sz w:val="20"/>
                <w:szCs w:val="20"/>
              </w:rPr>
              <w:t>kapalı</w:t>
            </w:r>
            <w:proofErr w:type="spellEnd"/>
            <w:r w:rsidRPr="00AC6F00">
              <w:rPr>
                <w:rFonts w:ascii="Times New Roman" w:hAnsi="Times New Roman" w:cs="Times New Roman"/>
                <w:color w:val="1F1F1F"/>
                <w:sz w:val="20"/>
                <w:szCs w:val="20"/>
              </w:rPr>
              <w:t xml:space="preserve"> zarf </w:t>
            </w:r>
            <w:proofErr w:type="spellStart"/>
            <w:r w:rsidRPr="00AC6F00">
              <w:rPr>
                <w:rFonts w:ascii="Times New Roman" w:hAnsi="Times New Roman" w:cs="Times New Roman"/>
                <w:color w:val="1F1F1F"/>
                <w:sz w:val="20"/>
                <w:szCs w:val="20"/>
              </w:rPr>
              <w:t>usulüne</w:t>
            </w:r>
            <w:proofErr w:type="spellEnd"/>
            <w:r w:rsidRPr="00AC6F00">
              <w:rPr>
                <w:rFonts w:ascii="Times New Roman" w:hAnsi="Times New Roman" w:cs="Times New Roman"/>
                <w:color w:val="1F1F1F"/>
                <w:sz w:val="20"/>
                <w:szCs w:val="20"/>
              </w:rPr>
              <w:t xml:space="preserve"> </w:t>
            </w:r>
            <w:proofErr w:type="spellStart"/>
            <w:r w:rsidRPr="00AC6F00">
              <w:rPr>
                <w:rFonts w:ascii="Times New Roman" w:hAnsi="Times New Roman" w:cs="Times New Roman"/>
                <w:color w:val="1F1F1F"/>
                <w:sz w:val="20"/>
                <w:szCs w:val="20"/>
              </w:rPr>
              <w:t>göre</w:t>
            </w:r>
            <w:proofErr w:type="spellEnd"/>
            <w:r w:rsidRPr="00AC6F00">
              <w:rPr>
                <w:rFonts w:ascii="Times New Roman" w:hAnsi="Times New Roman" w:cs="Times New Roman"/>
                <w:color w:val="1F1F1F"/>
                <w:sz w:val="20"/>
                <w:szCs w:val="20"/>
              </w:rPr>
              <w:t xml:space="preserve"> </w:t>
            </w:r>
            <w:proofErr w:type="spellStart"/>
            <w:r w:rsidRPr="00AC6F00">
              <w:rPr>
                <w:rFonts w:ascii="Times New Roman" w:hAnsi="Times New Roman" w:cs="Times New Roman"/>
                <w:color w:val="1F1F1F"/>
                <w:sz w:val="20"/>
                <w:szCs w:val="20"/>
              </w:rPr>
              <w:t>dosyada</w:t>
            </w:r>
            <w:proofErr w:type="spellEnd"/>
            <w:r w:rsidRPr="00AC6F00">
              <w:rPr>
                <w:rFonts w:ascii="Times New Roman" w:hAnsi="Times New Roman" w:cs="Times New Roman"/>
                <w:color w:val="1F1F1F"/>
                <w:sz w:val="20"/>
                <w:szCs w:val="20"/>
              </w:rPr>
              <w:t xml:space="preserve"> </w:t>
            </w:r>
            <w:proofErr w:type="spellStart"/>
            <w:r w:rsidRPr="00AC6F00">
              <w:rPr>
                <w:rFonts w:ascii="Times New Roman" w:hAnsi="Times New Roman" w:cs="Times New Roman"/>
                <w:color w:val="1F1F1F"/>
                <w:sz w:val="20"/>
                <w:szCs w:val="20"/>
              </w:rPr>
              <w:t>veya</w:t>
            </w:r>
            <w:proofErr w:type="spellEnd"/>
            <w:r w:rsidRPr="00AC6F00">
              <w:rPr>
                <w:rFonts w:ascii="Times New Roman" w:hAnsi="Times New Roman" w:cs="Times New Roman"/>
                <w:color w:val="1F1F1F"/>
                <w:sz w:val="20"/>
                <w:szCs w:val="20"/>
              </w:rPr>
              <w:t xml:space="preserve"> </w:t>
            </w:r>
            <w:proofErr w:type="spellStart"/>
            <w:r w:rsidRPr="00AC6F00">
              <w:rPr>
                <w:rFonts w:ascii="Times New Roman" w:hAnsi="Times New Roman" w:cs="Times New Roman"/>
                <w:color w:val="1F1F1F"/>
                <w:sz w:val="20"/>
                <w:szCs w:val="20"/>
              </w:rPr>
              <w:t>birim</w:t>
            </w:r>
            <w:proofErr w:type="spellEnd"/>
            <w:r w:rsidRPr="00AC6F00">
              <w:rPr>
                <w:rFonts w:ascii="Times New Roman" w:hAnsi="Times New Roman" w:cs="Times New Roman"/>
                <w:color w:val="1F1F1F"/>
                <w:sz w:val="20"/>
                <w:szCs w:val="20"/>
              </w:rPr>
              <w:t xml:space="preserve"> kayıtlarında mevcuttur.</w:t>
            </w:r>
          </w:p>
        </w:tc>
        <w:tc>
          <w:tcPr>
            <w:tcW w:w="2783" w:type="dxa"/>
            <w:shd w:val="clear" w:color="auto" w:fill="F4F7F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5A87DDA5" w14:textId="77777777" w:rsidR="00143A96" w:rsidRPr="00AC6F00" w:rsidRDefault="00590CAF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2C5198">
              <w:rPr>
                <w:rFonts w:ascii="Times New Roman" w:hAnsi="Times New Roman" w:cs="Times New Roman"/>
                <w:color w:val="1F1F1F"/>
                <w:sz w:val="40"/>
                <w:szCs w:val="40"/>
              </w:rPr>
              <w:t>□</w:t>
            </w:r>
            <w:r w:rsidRPr="00AC6F00">
              <w:rPr>
                <w:rFonts w:ascii="Times New Roman" w:hAnsi="Times New Roman" w:cs="Times New Roman"/>
                <w:color w:val="1F1F1F"/>
                <w:sz w:val="20"/>
                <w:szCs w:val="20"/>
              </w:rPr>
              <w:t xml:space="preserve"> Var  </w:t>
            </w:r>
            <w:r w:rsidRPr="002C5198">
              <w:rPr>
                <w:rFonts w:ascii="Times New Roman" w:hAnsi="Times New Roman" w:cs="Times New Roman"/>
                <w:color w:val="1F1F1F"/>
                <w:sz w:val="40"/>
                <w:szCs w:val="40"/>
              </w:rPr>
              <w:t>□</w:t>
            </w:r>
            <w:r w:rsidRPr="00AC6F00">
              <w:rPr>
                <w:rFonts w:ascii="Times New Roman" w:hAnsi="Times New Roman" w:cs="Times New Roman"/>
                <w:color w:val="1F1F1F"/>
                <w:sz w:val="20"/>
                <w:szCs w:val="20"/>
              </w:rPr>
              <w:t xml:space="preserve"> Yok / </w:t>
            </w:r>
            <w:proofErr w:type="spellStart"/>
            <w:r w:rsidRPr="00AC6F00">
              <w:rPr>
                <w:rFonts w:ascii="Times New Roman" w:hAnsi="Times New Roman" w:cs="Times New Roman"/>
                <w:color w:val="1F1F1F"/>
                <w:sz w:val="20"/>
                <w:szCs w:val="20"/>
              </w:rPr>
              <w:t>Bekleniyor</w:t>
            </w:r>
            <w:proofErr w:type="spellEnd"/>
          </w:p>
        </w:tc>
        <w:tc>
          <w:tcPr>
            <w:tcW w:w="1573" w:type="dxa"/>
            <w:shd w:val="clear" w:color="auto" w:fill="F4F7F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294EDC1C" w14:textId="77777777" w:rsidR="00143A96" w:rsidRPr="00AC6F00" w:rsidRDefault="00143A9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143A96" w:rsidRPr="00AC6F00" w14:paraId="081C1622" w14:textId="77777777" w:rsidTr="00D57584">
        <w:trPr>
          <w:cantSplit/>
          <w:trHeight w:val="481"/>
          <w:jc w:val="center"/>
        </w:trPr>
        <w:tc>
          <w:tcPr>
            <w:tcW w:w="833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3E7DD4E4" w14:textId="77777777" w:rsidR="00143A96" w:rsidRPr="00AC6F00" w:rsidRDefault="00590CAF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C6F00">
              <w:rPr>
                <w:rFonts w:ascii="Times New Roman" w:hAnsi="Times New Roman" w:cs="Times New Roman"/>
                <w:b/>
                <w:color w:val="1F1F1F"/>
                <w:sz w:val="20"/>
                <w:szCs w:val="20"/>
              </w:rPr>
              <w:lastRenderedPageBreak/>
              <w:t>G</w:t>
            </w:r>
          </w:p>
        </w:tc>
        <w:tc>
          <w:tcPr>
            <w:tcW w:w="5675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7C5CF9AE" w14:textId="657E37DE" w:rsidR="00143A96" w:rsidRPr="00AC6F00" w:rsidRDefault="00590CAF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AC6F00">
              <w:rPr>
                <w:rFonts w:ascii="Times New Roman" w:hAnsi="Times New Roman" w:cs="Times New Roman"/>
                <w:color w:val="1F1F1F"/>
                <w:sz w:val="20"/>
                <w:szCs w:val="20"/>
              </w:rPr>
              <w:t>Varsa ziyaretçi öğretim elemanı raporu değerlendirme dosyasına alınmıştır. (</w:t>
            </w:r>
            <w:r w:rsidR="00FF493B" w:rsidRPr="00AC6F00">
              <w:rPr>
                <w:rFonts w:ascii="Times New Roman" w:hAnsi="Times New Roman" w:cs="Times New Roman"/>
                <w:color w:val="1F1F1F"/>
                <w:sz w:val="20"/>
                <w:szCs w:val="20"/>
              </w:rPr>
              <w:t>md.</w:t>
            </w:r>
            <w:r w:rsidRPr="00AC6F00">
              <w:rPr>
                <w:rFonts w:ascii="Times New Roman" w:hAnsi="Times New Roman" w:cs="Times New Roman"/>
                <w:color w:val="1F1F1F"/>
                <w:sz w:val="20"/>
                <w:szCs w:val="20"/>
              </w:rPr>
              <w:t>22/1-a)</w:t>
            </w:r>
          </w:p>
        </w:tc>
        <w:tc>
          <w:tcPr>
            <w:tcW w:w="2783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15E373A9" w14:textId="2625CB72" w:rsidR="00143A96" w:rsidRPr="00AC6F00" w:rsidRDefault="00590CAF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2C5198">
              <w:rPr>
                <w:rFonts w:ascii="Times New Roman" w:hAnsi="Times New Roman" w:cs="Times New Roman"/>
                <w:color w:val="1F1F1F"/>
                <w:sz w:val="40"/>
                <w:szCs w:val="40"/>
              </w:rPr>
              <w:t xml:space="preserve">□ </w:t>
            </w:r>
            <w:proofErr w:type="spellStart"/>
            <w:r w:rsidRPr="00AC6F00">
              <w:rPr>
                <w:rFonts w:ascii="Times New Roman" w:hAnsi="Times New Roman" w:cs="Times New Roman"/>
                <w:color w:val="1F1F1F"/>
                <w:sz w:val="20"/>
                <w:szCs w:val="20"/>
              </w:rPr>
              <w:t>Var</w:t>
            </w:r>
            <w:proofErr w:type="spellEnd"/>
            <w:r w:rsidRPr="00D57584">
              <w:rPr>
                <w:rFonts w:ascii="Times New Roman" w:hAnsi="Times New Roman" w:cs="Times New Roman"/>
                <w:color w:val="1F1F1F"/>
                <w:sz w:val="40"/>
                <w:szCs w:val="40"/>
              </w:rPr>
              <w:t xml:space="preserve">  □</w:t>
            </w:r>
            <w:r w:rsidRPr="00AC6F00">
              <w:rPr>
                <w:rFonts w:ascii="Times New Roman" w:hAnsi="Times New Roman" w:cs="Times New Roman"/>
                <w:color w:val="1F1F1F"/>
                <w:sz w:val="20"/>
                <w:szCs w:val="20"/>
              </w:rPr>
              <w:t xml:space="preserve"> Yok /</w:t>
            </w:r>
            <w:proofErr w:type="spellStart"/>
            <w:r w:rsidRPr="00AC6F00">
              <w:rPr>
                <w:rFonts w:ascii="Times New Roman" w:hAnsi="Times New Roman" w:cs="Times New Roman"/>
                <w:color w:val="1F1F1F"/>
                <w:sz w:val="20"/>
                <w:szCs w:val="20"/>
              </w:rPr>
              <w:t>Uygulanmaz</w:t>
            </w:r>
            <w:proofErr w:type="spellEnd"/>
          </w:p>
        </w:tc>
        <w:tc>
          <w:tcPr>
            <w:tcW w:w="1573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51D8E027" w14:textId="77777777" w:rsidR="00143A96" w:rsidRPr="00AC6F00" w:rsidRDefault="00143A9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14:paraId="3889C149" w14:textId="77777777" w:rsidR="00143A96" w:rsidRPr="00AC6F00" w:rsidRDefault="00590CAF">
      <w:pPr>
        <w:rPr>
          <w:rFonts w:ascii="Times New Roman" w:hAnsi="Times New Roman" w:cs="Times New Roman"/>
          <w:sz w:val="20"/>
          <w:szCs w:val="20"/>
        </w:rPr>
      </w:pPr>
      <w:proofErr w:type="spellStart"/>
      <w:r w:rsidRPr="00AC6F00">
        <w:rPr>
          <w:rFonts w:ascii="Times New Roman" w:hAnsi="Times New Roman" w:cs="Times New Roman"/>
          <w:sz w:val="20"/>
          <w:szCs w:val="20"/>
        </w:rPr>
        <w:t>Ön</w:t>
      </w:r>
      <w:proofErr w:type="spellEnd"/>
      <w:r w:rsidRPr="00AC6F00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AC6F00">
        <w:rPr>
          <w:rFonts w:ascii="Times New Roman" w:hAnsi="Times New Roman" w:cs="Times New Roman"/>
          <w:sz w:val="20"/>
          <w:szCs w:val="20"/>
        </w:rPr>
        <w:t>inceleme</w:t>
      </w:r>
      <w:proofErr w:type="spellEnd"/>
      <w:r w:rsidRPr="00AC6F00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AC6F00">
        <w:rPr>
          <w:rFonts w:ascii="Times New Roman" w:hAnsi="Times New Roman" w:cs="Times New Roman"/>
          <w:sz w:val="20"/>
          <w:szCs w:val="20"/>
        </w:rPr>
        <w:t>sonucu</w:t>
      </w:r>
      <w:proofErr w:type="spellEnd"/>
      <w:r w:rsidRPr="00AC6F00">
        <w:rPr>
          <w:rFonts w:ascii="Times New Roman" w:hAnsi="Times New Roman" w:cs="Times New Roman"/>
          <w:sz w:val="20"/>
          <w:szCs w:val="20"/>
        </w:rPr>
        <w:t xml:space="preserve">:  □ Rubrik puanlamasına geçilir   □ Yönerge gereği puanlamaya geçilmez / staj kabul edilmez-geçersiz-yapılmamış sayılır.  BÖLUYEK </w:t>
      </w:r>
      <w:proofErr w:type="spellStart"/>
      <w:r w:rsidRPr="00AC6F00">
        <w:rPr>
          <w:rFonts w:ascii="Times New Roman" w:hAnsi="Times New Roman" w:cs="Times New Roman"/>
          <w:sz w:val="20"/>
          <w:szCs w:val="20"/>
        </w:rPr>
        <w:t>karar</w:t>
      </w:r>
      <w:proofErr w:type="spellEnd"/>
      <w:r w:rsidRPr="00AC6F00">
        <w:rPr>
          <w:rFonts w:ascii="Times New Roman" w:hAnsi="Times New Roman" w:cs="Times New Roman"/>
          <w:sz w:val="20"/>
          <w:szCs w:val="20"/>
        </w:rPr>
        <w:t>/</w:t>
      </w:r>
      <w:proofErr w:type="spellStart"/>
      <w:r w:rsidRPr="00AC6F00">
        <w:rPr>
          <w:rFonts w:ascii="Times New Roman" w:hAnsi="Times New Roman" w:cs="Times New Roman"/>
          <w:sz w:val="20"/>
          <w:szCs w:val="20"/>
        </w:rPr>
        <w:t>tutanak</w:t>
      </w:r>
      <w:proofErr w:type="spellEnd"/>
      <w:r w:rsidRPr="00AC6F00">
        <w:rPr>
          <w:rFonts w:ascii="Times New Roman" w:hAnsi="Times New Roman" w:cs="Times New Roman"/>
          <w:sz w:val="20"/>
          <w:szCs w:val="20"/>
        </w:rPr>
        <w:t xml:space="preserve"> no: __________________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0710"/>
      </w:tblGrid>
      <w:tr w:rsidR="00143A96" w:rsidRPr="00AC6F00" w14:paraId="11D660CB" w14:textId="77777777">
        <w:trPr>
          <w:jc w:val="center"/>
        </w:trPr>
        <w:tc>
          <w:tcPr>
            <w:tcW w:w="10710" w:type="dxa"/>
            <w:shd w:val="clear" w:color="auto" w:fill="1F4E78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17C8EA6F" w14:textId="77777777" w:rsidR="00143A96" w:rsidRPr="00AC6F00" w:rsidRDefault="00590CAF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AC6F00">
              <w:rPr>
                <w:rFonts w:ascii="Times New Roman" w:hAnsi="Times New Roman" w:cs="Times New Roman"/>
                <w:b/>
                <w:color w:val="FFFFFF"/>
                <w:sz w:val="20"/>
                <w:szCs w:val="20"/>
              </w:rPr>
              <w:t>3. PUANLAMA ESASLARI - OBJEKTİFLİK VE ŞEFFAFLIK</w:t>
            </w:r>
          </w:p>
        </w:tc>
      </w:tr>
    </w:tbl>
    <w:p w14:paraId="684C15A0" w14:textId="77777777" w:rsidR="00143A96" w:rsidRPr="00AC6F00" w:rsidRDefault="00143A96">
      <w:pPr>
        <w:spacing w:after="0"/>
        <w:rPr>
          <w:rFonts w:ascii="Times New Roman" w:hAnsi="Times New Roman" w:cs="Times New Roman"/>
          <w:sz w:val="20"/>
          <w:szCs w:val="20"/>
        </w:rPr>
      </w:pPr>
    </w:p>
    <w:p w14:paraId="49E678B6" w14:textId="77777777" w:rsidR="00143A96" w:rsidRPr="00AC6F00" w:rsidRDefault="00590CAF" w:rsidP="00DE40AD">
      <w:pPr>
        <w:spacing w:after="120"/>
        <w:ind w:left="227" w:hanging="142"/>
        <w:jc w:val="both"/>
        <w:rPr>
          <w:rFonts w:ascii="Times New Roman" w:hAnsi="Times New Roman" w:cs="Times New Roman"/>
          <w:sz w:val="20"/>
          <w:szCs w:val="20"/>
        </w:rPr>
      </w:pPr>
      <w:r w:rsidRPr="00AC6F00">
        <w:rPr>
          <w:rFonts w:ascii="Times New Roman" w:hAnsi="Times New Roman" w:cs="Times New Roman"/>
          <w:sz w:val="20"/>
          <w:szCs w:val="20"/>
        </w:rPr>
        <w:t>• Her alt ölçüt yalnızca 0, 1 veya 2 puanla değerlendirilir: 2 = açık ve yeterli kanıtla tam karşılanmış; 1 = kısmen karşılanmış ve somut eksiklik gösterilebilir; 0 = karşılanmamış veya güvenilir biçimde doğrulanamamış.</w:t>
      </w:r>
    </w:p>
    <w:p w14:paraId="29B1B2F0" w14:textId="77777777" w:rsidR="00143A96" w:rsidRPr="00AC6F00" w:rsidRDefault="00590CAF" w:rsidP="00DE40AD">
      <w:pPr>
        <w:spacing w:after="120"/>
        <w:ind w:left="227" w:hanging="142"/>
        <w:jc w:val="both"/>
        <w:rPr>
          <w:rFonts w:ascii="Times New Roman" w:hAnsi="Times New Roman" w:cs="Times New Roman"/>
          <w:sz w:val="20"/>
          <w:szCs w:val="20"/>
        </w:rPr>
      </w:pPr>
      <w:r w:rsidRPr="00AC6F00">
        <w:rPr>
          <w:rFonts w:ascii="Times New Roman" w:hAnsi="Times New Roman" w:cs="Times New Roman"/>
          <w:sz w:val="20"/>
          <w:szCs w:val="20"/>
        </w:rPr>
        <w:t>• 0 veya 1 puan verilen her alt ölçütte “Kanıt / gerekçe” alanına mutlaka sayfa, gün, belge veya somut tespit yazılır. Soyut ifadeler (“yetersiz”, “zayıf”, “uygun değil”) tek başına gerekçe sayılmaz.</w:t>
      </w:r>
    </w:p>
    <w:p w14:paraId="212A6C58" w14:textId="77777777" w:rsidR="00143A96" w:rsidRPr="00AC6F00" w:rsidRDefault="00590CAF" w:rsidP="00DE40AD">
      <w:pPr>
        <w:spacing w:after="120"/>
        <w:ind w:left="227" w:hanging="142"/>
        <w:jc w:val="both"/>
        <w:rPr>
          <w:rFonts w:ascii="Times New Roman" w:hAnsi="Times New Roman" w:cs="Times New Roman"/>
          <w:sz w:val="20"/>
          <w:szCs w:val="20"/>
        </w:rPr>
      </w:pPr>
      <w:r w:rsidRPr="00AC6F00">
        <w:rPr>
          <w:rFonts w:ascii="Times New Roman" w:hAnsi="Times New Roman" w:cs="Times New Roman"/>
          <w:sz w:val="20"/>
          <w:szCs w:val="20"/>
        </w:rPr>
        <w:t>• Aynı olgu, aynı eksiklik nedeniyle iki kez puan kaybına yol açmaz. Farklı ölçütleri bağımsız etkileyen sonuçlar varsa her biri ayrı ve somut biçimde gerekçelendirilir.</w:t>
      </w:r>
    </w:p>
    <w:p w14:paraId="738B268F" w14:textId="77777777" w:rsidR="00143A96" w:rsidRPr="00AC6F00" w:rsidRDefault="00590CAF" w:rsidP="00DE40AD">
      <w:pPr>
        <w:spacing w:after="120"/>
        <w:ind w:left="227" w:hanging="142"/>
        <w:jc w:val="both"/>
        <w:rPr>
          <w:rFonts w:ascii="Times New Roman" w:hAnsi="Times New Roman" w:cs="Times New Roman"/>
          <w:sz w:val="20"/>
          <w:szCs w:val="20"/>
        </w:rPr>
      </w:pPr>
      <w:r w:rsidRPr="00AC6F00">
        <w:rPr>
          <w:rFonts w:ascii="Times New Roman" w:hAnsi="Times New Roman" w:cs="Times New Roman"/>
          <w:sz w:val="20"/>
          <w:szCs w:val="20"/>
        </w:rPr>
        <w:t>• Değerlendirme yalnızca staj dosyası/defteri, devam çizelgesi, işyeri değerlendirme formu, varsa ziyaretçi öğretim elemanı raporu ve doğrulanabilir kayıtlar üzerinden yapılır; belgesiz kişisel kanaat puana dönüştürülemez.</w:t>
      </w:r>
    </w:p>
    <w:p w14:paraId="3C533DCD" w14:textId="3E66FB49" w:rsidR="00143A96" w:rsidRPr="00AC6F00" w:rsidRDefault="00590CAF" w:rsidP="00DE40AD">
      <w:pPr>
        <w:spacing w:after="120"/>
        <w:ind w:left="227" w:hanging="142"/>
        <w:jc w:val="both"/>
        <w:rPr>
          <w:rFonts w:ascii="Times New Roman" w:hAnsi="Times New Roman" w:cs="Times New Roman"/>
          <w:sz w:val="20"/>
          <w:szCs w:val="20"/>
        </w:rPr>
      </w:pPr>
      <w:r w:rsidRPr="00AC6F00">
        <w:rPr>
          <w:rFonts w:ascii="Times New Roman" w:hAnsi="Times New Roman" w:cs="Times New Roman"/>
          <w:sz w:val="20"/>
          <w:szCs w:val="20"/>
        </w:rPr>
        <w:t xml:space="preserve">• </w:t>
      </w:r>
      <w:proofErr w:type="spellStart"/>
      <w:r w:rsidRPr="00AC6F00">
        <w:rPr>
          <w:rFonts w:ascii="Times New Roman" w:hAnsi="Times New Roman" w:cs="Times New Roman"/>
          <w:sz w:val="20"/>
          <w:szCs w:val="20"/>
        </w:rPr>
        <w:t>Yönerge</w:t>
      </w:r>
      <w:proofErr w:type="spellEnd"/>
      <w:r w:rsidRPr="00AC6F00">
        <w:rPr>
          <w:rFonts w:ascii="Times New Roman" w:hAnsi="Times New Roman" w:cs="Times New Roman"/>
          <w:sz w:val="20"/>
          <w:szCs w:val="20"/>
        </w:rPr>
        <w:t xml:space="preserve"> </w:t>
      </w:r>
      <w:r w:rsidR="00FF493B" w:rsidRPr="00AC6F00">
        <w:rPr>
          <w:rFonts w:ascii="Times New Roman" w:hAnsi="Times New Roman" w:cs="Times New Roman"/>
          <w:sz w:val="20"/>
          <w:szCs w:val="20"/>
        </w:rPr>
        <w:t>md.</w:t>
      </w:r>
      <w:r w:rsidRPr="00AC6F00">
        <w:rPr>
          <w:rFonts w:ascii="Times New Roman" w:hAnsi="Times New Roman" w:cs="Times New Roman"/>
          <w:sz w:val="20"/>
          <w:szCs w:val="20"/>
        </w:rPr>
        <w:t>21/</w:t>
      </w:r>
      <w:proofErr w:type="spellStart"/>
      <w:r w:rsidRPr="00AC6F00">
        <w:rPr>
          <w:rFonts w:ascii="Times New Roman" w:hAnsi="Times New Roman" w:cs="Times New Roman"/>
          <w:sz w:val="20"/>
          <w:szCs w:val="20"/>
        </w:rPr>
        <w:t>e’de</w:t>
      </w:r>
      <w:proofErr w:type="spellEnd"/>
      <w:r w:rsidRPr="00AC6F00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AC6F00">
        <w:rPr>
          <w:rFonts w:ascii="Times New Roman" w:hAnsi="Times New Roman" w:cs="Times New Roman"/>
          <w:sz w:val="20"/>
          <w:szCs w:val="20"/>
        </w:rPr>
        <w:t>kanıt</w:t>
      </w:r>
      <w:proofErr w:type="spellEnd"/>
      <w:r w:rsidRPr="00AC6F00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AC6F00">
        <w:rPr>
          <w:rFonts w:ascii="Times New Roman" w:hAnsi="Times New Roman" w:cs="Times New Roman"/>
          <w:sz w:val="20"/>
          <w:szCs w:val="20"/>
        </w:rPr>
        <w:t>eklenmesi</w:t>
      </w:r>
      <w:proofErr w:type="spellEnd"/>
      <w:r w:rsidRPr="00AC6F00">
        <w:rPr>
          <w:rFonts w:ascii="Times New Roman" w:hAnsi="Times New Roman" w:cs="Times New Roman"/>
          <w:sz w:val="20"/>
          <w:szCs w:val="20"/>
        </w:rPr>
        <w:t xml:space="preserve"> “</w:t>
      </w:r>
      <w:proofErr w:type="spellStart"/>
      <w:r w:rsidRPr="00AC6F00">
        <w:rPr>
          <w:rFonts w:ascii="Times New Roman" w:hAnsi="Times New Roman" w:cs="Times New Roman"/>
          <w:sz w:val="20"/>
          <w:szCs w:val="20"/>
        </w:rPr>
        <w:t>varsa</w:t>
      </w:r>
      <w:proofErr w:type="spellEnd"/>
      <w:r w:rsidRPr="00AC6F00">
        <w:rPr>
          <w:rFonts w:ascii="Times New Roman" w:hAnsi="Times New Roman" w:cs="Times New Roman"/>
          <w:sz w:val="20"/>
          <w:szCs w:val="20"/>
        </w:rPr>
        <w:t xml:space="preserve">” </w:t>
      </w:r>
      <w:proofErr w:type="spellStart"/>
      <w:r w:rsidRPr="00AC6F00">
        <w:rPr>
          <w:rFonts w:ascii="Times New Roman" w:hAnsi="Times New Roman" w:cs="Times New Roman"/>
          <w:sz w:val="20"/>
          <w:szCs w:val="20"/>
        </w:rPr>
        <w:t>şeklinde</w:t>
      </w:r>
      <w:proofErr w:type="spellEnd"/>
      <w:r w:rsidRPr="00AC6F00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AC6F00">
        <w:rPr>
          <w:rFonts w:ascii="Times New Roman" w:hAnsi="Times New Roman" w:cs="Times New Roman"/>
          <w:sz w:val="20"/>
          <w:szCs w:val="20"/>
        </w:rPr>
        <w:t>düzenlendiğinden</w:t>
      </w:r>
      <w:proofErr w:type="spellEnd"/>
      <w:r w:rsidRPr="00AC6F00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AC6F00">
        <w:rPr>
          <w:rFonts w:ascii="Times New Roman" w:hAnsi="Times New Roman" w:cs="Times New Roman"/>
          <w:sz w:val="20"/>
          <w:szCs w:val="20"/>
        </w:rPr>
        <w:t>fotoğraf</w:t>
      </w:r>
      <w:proofErr w:type="spellEnd"/>
      <w:r w:rsidRPr="00AC6F00">
        <w:rPr>
          <w:rFonts w:ascii="Times New Roman" w:hAnsi="Times New Roman" w:cs="Times New Roman"/>
          <w:sz w:val="20"/>
          <w:szCs w:val="20"/>
        </w:rPr>
        <w:t>, ekran görüntüsü veya kurum içi belge sunulmaması tek başına puan düşürme nedeni değildir. Sunulan kanıtlar ise ilgili kayıtla ilişkili ve işyeri kurallarıyla uyumlu olmalıdır.</w:t>
      </w:r>
    </w:p>
    <w:p w14:paraId="6076B311" w14:textId="77777777" w:rsidR="00143A96" w:rsidRPr="00AC6F00" w:rsidRDefault="00590CAF" w:rsidP="00DE40AD">
      <w:pPr>
        <w:spacing w:after="120"/>
        <w:ind w:left="227" w:hanging="142"/>
        <w:jc w:val="both"/>
        <w:rPr>
          <w:rFonts w:ascii="Times New Roman" w:hAnsi="Times New Roman" w:cs="Times New Roman"/>
          <w:sz w:val="20"/>
          <w:szCs w:val="20"/>
        </w:rPr>
      </w:pPr>
      <w:r w:rsidRPr="00AC6F00">
        <w:rPr>
          <w:rFonts w:ascii="Times New Roman" w:hAnsi="Times New Roman" w:cs="Times New Roman"/>
          <w:sz w:val="20"/>
          <w:szCs w:val="20"/>
        </w:rPr>
        <w:t>• Öğrenci, işyerinin kendisine vermediği görev, sistem erişimi veya gizli belge nedeniyle cezalandırılamaz. Dosyada yalnızca fiilen yaptığı veya izin verilen ölçüde gözlemlediği süreçlerden sorumludur.</w:t>
      </w:r>
    </w:p>
    <w:p w14:paraId="44C08BF6" w14:textId="77777777" w:rsidR="00143A96" w:rsidRPr="00AC6F00" w:rsidRDefault="00590CAF" w:rsidP="00DE40AD">
      <w:pPr>
        <w:spacing w:after="120"/>
        <w:ind w:left="227" w:hanging="142"/>
        <w:jc w:val="both"/>
        <w:rPr>
          <w:rFonts w:ascii="Times New Roman" w:hAnsi="Times New Roman" w:cs="Times New Roman"/>
          <w:sz w:val="20"/>
          <w:szCs w:val="20"/>
        </w:rPr>
      </w:pPr>
      <w:r w:rsidRPr="00AC6F00">
        <w:rPr>
          <w:rFonts w:ascii="Times New Roman" w:hAnsi="Times New Roman" w:cs="Times New Roman"/>
          <w:sz w:val="20"/>
          <w:szCs w:val="20"/>
        </w:rPr>
        <w:t>• Gerçek dosya veya kişilerle ilgili gereksiz kişisel/gizli bilgi talep edilmez. Öğrenci, mesleki süreci açıklarken işyeri kurallarına ve gizliliğe uygun biçimde anonimleştirme yapabilir.</w:t>
      </w:r>
    </w:p>
    <w:p w14:paraId="29C62EB7" w14:textId="77777777" w:rsidR="00143A96" w:rsidRPr="00AC6F00" w:rsidRDefault="00590CAF" w:rsidP="00DE40AD">
      <w:pPr>
        <w:spacing w:after="120"/>
        <w:ind w:left="227" w:hanging="142"/>
        <w:jc w:val="both"/>
        <w:rPr>
          <w:rFonts w:ascii="Times New Roman" w:hAnsi="Times New Roman" w:cs="Times New Roman"/>
          <w:sz w:val="20"/>
          <w:szCs w:val="20"/>
        </w:rPr>
      </w:pPr>
      <w:r w:rsidRPr="00AC6F00">
        <w:rPr>
          <w:rFonts w:ascii="Times New Roman" w:hAnsi="Times New Roman" w:cs="Times New Roman"/>
          <w:sz w:val="20"/>
          <w:szCs w:val="20"/>
        </w:rPr>
        <w:t>• Aynı değerlendirme dönemindeki öğrenciler için aynı rubrik sürümü uygulanır. Sonradan yeni ölçüt eklenmez; puanlama tamamlandıktan sonra gerekçeler ve dayanak kayıtları arşivlenir.</w:t>
      </w:r>
    </w:p>
    <w:p w14:paraId="32FAEDDC" w14:textId="44865FDF" w:rsidR="00143A96" w:rsidRPr="00AC6F00" w:rsidRDefault="00590CAF" w:rsidP="00DE40AD">
      <w:pPr>
        <w:spacing w:after="120"/>
        <w:ind w:left="227" w:hanging="142"/>
        <w:jc w:val="both"/>
        <w:rPr>
          <w:rFonts w:ascii="Times New Roman" w:hAnsi="Times New Roman" w:cs="Times New Roman"/>
          <w:sz w:val="20"/>
          <w:szCs w:val="20"/>
        </w:rPr>
      </w:pPr>
      <w:r w:rsidRPr="00AC6F00">
        <w:rPr>
          <w:rFonts w:ascii="Times New Roman" w:hAnsi="Times New Roman" w:cs="Times New Roman"/>
          <w:sz w:val="20"/>
          <w:szCs w:val="20"/>
        </w:rPr>
        <w:t xml:space="preserve">• </w:t>
      </w:r>
      <w:proofErr w:type="spellStart"/>
      <w:r w:rsidRPr="00AC6F00">
        <w:rPr>
          <w:rFonts w:ascii="Times New Roman" w:hAnsi="Times New Roman" w:cs="Times New Roman"/>
          <w:sz w:val="20"/>
          <w:szCs w:val="20"/>
        </w:rPr>
        <w:t>Varsa</w:t>
      </w:r>
      <w:proofErr w:type="spellEnd"/>
      <w:r w:rsidRPr="00AC6F00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AC6F00">
        <w:rPr>
          <w:rFonts w:ascii="Times New Roman" w:hAnsi="Times New Roman" w:cs="Times New Roman"/>
          <w:sz w:val="20"/>
          <w:szCs w:val="20"/>
        </w:rPr>
        <w:t>ziyaretçi</w:t>
      </w:r>
      <w:proofErr w:type="spellEnd"/>
      <w:r w:rsidRPr="00AC6F00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AC6F00">
        <w:rPr>
          <w:rFonts w:ascii="Times New Roman" w:hAnsi="Times New Roman" w:cs="Times New Roman"/>
          <w:sz w:val="20"/>
          <w:szCs w:val="20"/>
        </w:rPr>
        <w:t>öğretim</w:t>
      </w:r>
      <w:proofErr w:type="spellEnd"/>
      <w:r w:rsidRPr="00AC6F00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AC6F00">
        <w:rPr>
          <w:rFonts w:ascii="Times New Roman" w:hAnsi="Times New Roman" w:cs="Times New Roman"/>
          <w:sz w:val="20"/>
          <w:szCs w:val="20"/>
        </w:rPr>
        <w:t>elemanı</w:t>
      </w:r>
      <w:proofErr w:type="spellEnd"/>
      <w:r w:rsidRPr="00AC6F00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AC6F00">
        <w:rPr>
          <w:rFonts w:ascii="Times New Roman" w:hAnsi="Times New Roman" w:cs="Times New Roman"/>
          <w:sz w:val="20"/>
          <w:szCs w:val="20"/>
        </w:rPr>
        <w:t>raporu</w:t>
      </w:r>
      <w:proofErr w:type="spellEnd"/>
      <w:r w:rsidRPr="00AC6F00">
        <w:rPr>
          <w:rFonts w:ascii="Times New Roman" w:hAnsi="Times New Roman" w:cs="Times New Roman"/>
          <w:sz w:val="20"/>
          <w:szCs w:val="20"/>
        </w:rPr>
        <w:t xml:space="preserve"> </w:t>
      </w:r>
      <w:r w:rsidR="00FF493B" w:rsidRPr="00AC6F00">
        <w:rPr>
          <w:rFonts w:ascii="Times New Roman" w:hAnsi="Times New Roman" w:cs="Times New Roman"/>
          <w:sz w:val="20"/>
          <w:szCs w:val="20"/>
        </w:rPr>
        <w:t>md.</w:t>
      </w:r>
      <w:r w:rsidRPr="00AC6F00">
        <w:rPr>
          <w:rFonts w:ascii="Times New Roman" w:hAnsi="Times New Roman" w:cs="Times New Roman"/>
          <w:sz w:val="20"/>
          <w:szCs w:val="20"/>
        </w:rPr>
        <w:t xml:space="preserve">22/1-a </w:t>
      </w:r>
      <w:proofErr w:type="spellStart"/>
      <w:r w:rsidRPr="00AC6F00">
        <w:rPr>
          <w:rFonts w:ascii="Times New Roman" w:hAnsi="Times New Roman" w:cs="Times New Roman"/>
          <w:sz w:val="20"/>
          <w:szCs w:val="20"/>
        </w:rPr>
        <w:t>uyarınca</w:t>
      </w:r>
      <w:proofErr w:type="spellEnd"/>
      <w:r w:rsidRPr="00AC6F00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AC6F00">
        <w:rPr>
          <w:rFonts w:ascii="Times New Roman" w:hAnsi="Times New Roman" w:cs="Times New Roman"/>
          <w:sz w:val="20"/>
          <w:szCs w:val="20"/>
        </w:rPr>
        <w:t>değerlendirmede</w:t>
      </w:r>
      <w:proofErr w:type="spellEnd"/>
      <w:r w:rsidRPr="00AC6F00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AC6F00">
        <w:rPr>
          <w:rFonts w:ascii="Times New Roman" w:hAnsi="Times New Roman" w:cs="Times New Roman"/>
          <w:sz w:val="20"/>
          <w:szCs w:val="20"/>
        </w:rPr>
        <w:t>dikkate</w:t>
      </w:r>
      <w:proofErr w:type="spellEnd"/>
      <w:r w:rsidRPr="00AC6F00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AC6F00">
        <w:rPr>
          <w:rFonts w:ascii="Times New Roman" w:hAnsi="Times New Roman" w:cs="Times New Roman"/>
          <w:sz w:val="20"/>
          <w:szCs w:val="20"/>
        </w:rPr>
        <w:t>alınır</w:t>
      </w:r>
      <w:proofErr w:type="spellEnd"/>
      <w:r w:rsidRPr="00AC6F00">
        <w:rPr>
          <w:rFonts w:ascii="Times New Roman" w:hAnsi="Times New Roman" w:cs="Times New Roman"/>
          <w:sz w:val="20"/>
          <w:szCs w:val="20"/>
        </w:rPr>
        <w:t xml:space="preserve">; </w:t>
      </w:r>
      <w:proofErr w:type="spellStart"/>
      <w:r w:rsidRPr="00AC6F00">
        <w:rPr>
          <w:rFonts w:ascii="Times New Roman" w:hAnsi="Times New Roman" w:cs="Times New Roman"/>
          <w:sz w:val="20"/>
          <w:szCs w:val="20"/>
        </w:rPr>
        <w:t>Yönergede</w:t>
      </w:r>
      <w:proofErr w:type="spellEnd"/>
      <w:r w:rsidRPr="00AC6F00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AC6F00">
        <w:rPr>
          <w:rFonts w:ascii="Times New Roman" w:hAnsi="Times New Roman" w:cs="Times New Roman"/>
          <w:sz w:val="20"/>
          <w:szCs w:val="20"/>
        </w:rPr>
        <w:t>ayrıca</w:t>
      </w:r>
      <w:proofErr w:type="spellEnd"/>
      <w:r w:rsidRPr="00AC6F00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AC6F00">
        <w:rPr>
          <w:rFonts w:ascii="Times New Roman" w:hAnsi="Times New Roman" w:cs="Times New Roman"/>
          <w:sz w:val="20"/>
          <w:szCs w:val="20"/>
        </w:rPr>
        <w:t>bir</w:t>
      </w:r>
      <w:proofErr w:type="spellEnd"/>
      <w:r w:rsidRPr="00AC6F00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AC6F00">
        <w:rPr>
          <w:rFonts w:ascii="Times New Roman" w:hAnsi="Times New Roman" w:cs="Times New Roman"/>
          <w:sz w:val="20"/>
          <w:szCs w:val="20"/>
        </w:rPr>
        <w:t>yüzde</w:t>
      </w:r>
      <w:proofErr w:type="spellEnd"/>
      <w:r w:rsidRPr="00AC6F00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AC6F00">
        <w:rPr>
          <w:rFonts w:ascii="Times New Roman" w:hAnsi="Times New Roman" w:cs="Times New Roman"/>
          <w:sz w:val="20"/>
          <w:szCs w:val="20"/>
        </w:rPr>
        <w:t>ağırlığı</w:t>
      </w:r>
      <w:proofErr w:type="spellEnd"/>
      <w:r w:rsidRPr="00AC6F00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AC6F00">
        <w:rPr>
          <w:rFonts w:ascii="Times New Roman" w:hAnsi="Times New Roman" w:cs="Times New Roman"/>
          <w:sz w:val="20"/>
          <w:szCs w:val="20"/>
        </w:rPr>
        <w:t>öngörülmediğinden</w:t>
      </w:r>
      <w:proofErr w:type="spellEnd"/>
      <w:r w:rsidRPr="00AC6F00">
        <w:rPr>
          <w:rFonts w:ascii="Times New Roman" w:hAnsi="Times New Roman" w:cs="Times New Roman"/>
          <w:sz w:val="20"/>
          <w:szCs w:val="20"/>
        </w:rPr>
        <w:t xml:space="preserve"> rubrik dışında bağımsız bir ağırlık yaratılmaz.</w:t>
      </w:r>
    </w:p>
    <w:tbl>
      <w:tblPr>
        <w:tblStyle w:val="TabloKlavuzu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678"/>
        <w:gridCol w:w="1979"/>
        <w:gridCol w:w="7636"/>
      </w:tblGrid>
      <w:tr w:rsidR="00143A96" w:rsidRPr="00AC6F00" w14:paraId="1EBEED6E" w14:textId="77777777" w:rsidTr="00653A1F">
        <w:trPr>
          <w:trHeight w:val="310"/>
          <w:jc w:val="center"/>
        </w:trPr>
        <w:tc>
          <w:tcPr>
            <w:tcW w:w="678" w:type="dxa"/>
            <w:shd w:val="clear" w:color="auto" w:fill="1F4E78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5F83E06B" w14:textId="77777777" w:rsidR="00143A96" w:rsidRPr="00AC6F00" w:rsidRDefault="00590CAF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C6F00">
              <w:rPr>
                <w:rFonts w:ascii="Times New Roman" w:hAnsi="Times New Roman" w:cs="Times New Roman"/>
                <w:b/>
                <w:color w:val="FFFFFF"/>
                <w:sz w:val="20"/>
                <w:szCs w:val="20"/>
              </w:rPr>
              <w:t>Puan</w:t>
            </w:r>
          </w:p>
        </w:tc>
        <w:tc>
          <w:tcPr>
            <w:tcW w:w="1979" w:type="dxa"/>
            <w:shd w:val="clear" w:color="auto" w:fill="1F4E78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61455E5B" w14:textId="77777777" w:rsidR="00143A96" w:rsidRPr="00AC6F00" w:rsidRDefault="00590CAF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C6F00">
              <w:rPr>
                <w:rFonts w:ascii="Times New Roman" w:hAnsi="Times New Roman" w:cs="Times New Roman"/>
                <w:b/>
                <w:color w:val="FFFFFF"/>
                <w:sz w:val="20"/>
                <w:szCs w:val="20"/>
              </w:rPr>
              <w:t>Tanım</w:t>
            </w:r>
          </w:p>
        </w:tc>
        <w:tc>
          <w:tcPr>
            <w:tcW w:w="7636" w:type="dxa"/>
            <w:shd w:val="clear" w:color="auto" w:fill="1F4E78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3D41C211" w14:textId="77777777" w:rsidR="00143A96" w:rsidRPr="00AC6F00" w:rsidRDefault="00590CAF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C6F00">
              <w:rPr>
                <w:rFonts w:ascii="Times New Roman" w:hAnsi="Times New Roman" w:cs="Times New Roman"/>
                <w:b/>
                <w:color w:val="FFFFFF"/>
                <w:sz w:val="20"/>
                <w:szCs w:val="20"/>
              </w:rPr>
              <w:t>Uygulama standardı</w:t>
            </w:r>
          </w:p>
        </w:tc>
      </w:tr>
      <w:tr w:rsidR="00143A96" w:rsidRPr="00AC6F00" w14:paraId="0B416504" w14:textId="77777777" w:rsidTr="00653A1F">
        <w:trPr>
          <w:trHeight w:val="642"/>
          <w:jc w:val="center"/>
        </w:trPr>
        <w:tc>
          <w:tcPr>
            <w:tcW w:w="678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1DA753FA" w14:textId="77777777" w:rsidR="00143A96" w:rsidRPr="00AC6F00" w:rsidRDefault="00590CAF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AC6F00">
              <w:rPr>
                <w:rFonts w:ascii="Times New Roman" w:hAnsi="Times New Roman" w:cs="Times New Roman"/>
                <w:b/>
                <w:color w:val="1F1F1F"/>
                <w:sz w:val="20"/>
                <w:szCs w:val="20"/>
              </w:rPr>
              <w:t>2</w:t>
            </w:r>
          </w:p>
        </w:tc>
        <w:tc>
          <w:tcPr>
            <w:tcW w:w="1979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374D6E72" w14:textId="77777777" w:rsidR="00143A96" w:rsidRPr="00AC6F00" w:rsidRDefault="00590CAF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AC6F00">
              <w:rPr>
                <w:rFonts w:ascii="Times New Roman" w:hAnsi="Times New Roman" w:cs="Times New Roman"/>
                <w:color w:val="1F1F1F"/>
                <w:sz w:val="20"/>
                <w:szCs w:val="20"/>
              </w:rPr>
              <w:t>Tam karşılandı</w:t>
            </w:r>
          </w:p>
        </w:tc>
        <w:tc>
          <w:tcPr>
            <w:tcW w:w="7636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3092CFFA" w14:textId="77777777" w:rsidR="00143A96" w:rsidRPr="00AC6F00" w:rsidRDefault="00590CAF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AC6F00">
              <w:rPr>
                <w:rFonts w:ascii="Times New Roman" w:hAnsi="Times New Roman" w:cs="Times New Roman"/>
                <w:color w:val="1F1F1F"/>
                <w:sz w:val="20"/>
                <w:szCs w:val="20"/>
              </w:rPr>
              <w:t>Alt ölçüt, dosyadaki açık ve doğrulanabilir kayıtlarla karşılanmıştır; sonucu etkilemeyen küçük biçim eksikliği bulunabilir.</w:t>
            </w:r>
          </w:p>
        </w:tc>
      </w:tr>
      <w:tr w:rsidR="00143A96" w:rsidRPr="00AC6F00" w14:paraId="3771B4C1" w14:textId="77777777" w:rsidTr="00653A1F">
        <w:trPr>
          <w:trHeight w:val="620"/>
          <w:jc w:val="center"/>
        </w:trPr>
        <w:tc>
          <w:tcPr>
            <w:tcW w:w="678" w:type="dxa"/>
            <w:shd w:val="clear" w:color="auto" w:fill="F4F7F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66CD10F5" w14:textId="77777777" w:rsidR="00143A96" w:rsidRPr="00AC6F00" w:rsidRDefault="00590CAF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AC6F00">
              <w:rPr>
                <w:rFonts w:ascii="Times New Roman" w:hAnsi="Times New Roman" w:cs="Times New Roman"/>
                <w:b/>
                <w:color w:val="1F1F1F"/>
                <w:sz w:val="20"/>
                <w:szCs w:val="20"/>
              </w:rPr>
              <w:t>1</w:t>
            </w:r>
          </w:p>
        </w:tc>
        <w:tc>
          <w:tcPr>
            <w:tcW w:w="1979" w:type="dxa"/>
            <w:shd w:val="clear" w:color="auto" w:fill="F4F7F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64108448" w14:textId="77777777" w:rsidR="00143A96" w:rsidRPr="00AC6F00" w:rsidRDefault="00590CAF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AC6F00">
              <w:rPr>
                <w:rFonts w:ascii="Times New Roman" w:hAnsi="Times New Roman" w:cs="Times New Roman"/>
                <w:color w:val="1F1F1F"/>
                <w:sz w:val="20"/>
                <w:szCs w:val="20"/>
              </w:rPr>
              <w:t>Kısmen karşılandı</w:t>
            </w:r>
          </w:p>
        </w:tc>
        <w:tc>
          <w:tcPr>
            <w:tcW w:w="7636" w:type="dxa"/>
            <w:shd w:val="clear" w:color="auto" w:fill="F4F7F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68AFB2F8" w14:textId="77777777" w:rsidR="00143A96" w:rsidRPr="00AC6F00" w:rsidRDefault="00590CAF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AC6F00">
              <w:rPr>
                <w:rFonts w:ascii="Times New Roman" w:hAnsi="Times New Roman" w:cs="Times New Roman"/>
                <w:color w:val="1F1F1F"/>
                <w:sz w:val="20"/>
                <w:szCs w:val="20"/>
              </w:rPr>
              <w:t>Temel unsur vardır; ancak sınırlı eksiklik, belirsizlik veya tutarsızlık bulunmaktadır. Eksiklik somut olarak gösterilir.</w:t>
            </w:r>
          </w:p>
        </w:tc>
      </w:tr>
      <w:tr w:rsidR="00143A96" w:rsidRPr="00AC6F00" w14:paraId="19AB067A" w14:textId="77777777" w:rsidTr="00653A1F">
        <w:trPr>
          <w:trHeight w:val="642"/>
          <w:jc w:val="center"/>
        </w:trPr>
        <w:tc>
          <w:tcPr>
            <w:tcW w:w="678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20300FBB" w14:textId="77777777" w:rsidR="00143A96" w:rsidRPr="00AC6F00" w:rsidRDefault="00590CAF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AC6F00">
              <w:rPr>
                <w:rFonts w:ascii="Times New Roman" w:hAnsi="Times New Roman" w:cs="Times New Roman"/>
                <w:b/>
                <w:color w:val="1F1F1F"/>
                <w:sz w:val="20"/>
                <w:szCs w:val="20"/>
              </w:rPr>
              <w:t>0</w:t>
            </w:r>
          </w:p>
        </w:tc>
        <w:tc>
          <w:tcPr>
            <w:tcW w:w="1979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6ED83493" w14:textId="77777777" w:rsidR="00143A96" w:rsidRPr="00AC6F00" w:rsidRDefault="00590CAF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AC6F00">
              <w:rPr>
                <w:rFonts w:ascii="Times New Roman" w:hAnsi="Times New Roman" w:cs="Times New Roman"/>
                <w:color w:val="1F1F1F"/>
                <w:sz w:val="20"/>
                <w:szCs w:val="20"/>
              </w:rPr>
              <w:t>Karşılanmadı</w:t>
            </w:r>
          </w:p>
        </w:tc>
        <w:tc>
          <w:tcPr>
            <w:tcW w:w="7636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7765DBB8" w14:textId="77777777" w:rsidR="00143A96" w:rsidRPr="00AC6F00" w:rsidRDefault="00590CAF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AC6F00">
              <w:rPr>
                <w:rFonts w:ascii="Times New Roman" w:hAnsi="Times New Roman" w:cs="Times New Roman"/>
                <w:color w:val="1F1F1F"/>
                <w:sz w:val="20"/>
                <w:szCs w:val="20"/>
              </w:rPr>
              <w:t>Alt ölçüte ilişkin yeterli kanıt yoktur, önemli eksiklik/yanlışlık vardır veya bilgi güvenilir biçimde doğrulanamamaktadır.</w:t>
            </w:r>
          </w:p>
        </w:tc>
      </w:tr>
    </w:tbl>
    <w:p w14:paraId="512427B3" w14:textId="77777777" w:rsidR="00143A96" w:rsidRPr="00AC6F00" w:rsidRDefault="00590CAF">
      <w:pPr>
        <w:rPr>
          <w:rFonts w:ascii="Times New Roman" w:hAnsi="Times New Roman" w:cs="Times New Roman"/>
          <w:sz w:val="20"/>
          <w:szCs w:val="20"/>
        </w:rPr>
      </w:pPr>
      <w:r w:rsidRPr="00AC6F00">
        <w:rPr>
          <w:rFonts w:ascii="Times New Roman" w:hAnsi="Times New Roman" w:cs="Times New Roman"/>
          <w:sz w:val="20"/>
          <w:szCs w:val="20"/>
        </w:rPr>
        <w:br w:type="page"/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0710"/>
      </w:tblGrid>
      <w:tr w:rsidR="00143A96" w:rsidRPr="00AC6F00" w14:paraId="5995651B" w14:textId="77777777">
        <w:trPr>
          <w:jc w:val="center"/>
        </w:trPr>
        <w:tc>
          <w:tcPr>
            <w:tcW w:w="10710" w:type="dxa"/>
            <w:shd w:val="clear" w:color="auto" w:fill="1F4E78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7313CC66" w14:textId="77777777" w:rsidR="00143A96" w:rsidRPr="00AC6F00" w:rsidRDefault="00590CAF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AC6F00">
              <w:rPr>
                <w:rFonts w:ascii="Times New Roman" w:hAnsi="Times New Roman" w:cs="Times New Roman"/>
                <w:b/>
                <w:color w:val="FFFFFF"/>
                <w:sz w:val="20"/>
                <w:szCs w:val="20"/>
              </w:rPr>
              <w:lastRenderedPageBreak/>
              <w:t>1. Dosyanın Usule Uygunluğu ve Belge Bütünlüğü  •  Azami 10 Puan</w:t>
            </w:r>
          </w:p>
        </w:tc>
      </w:tr>
    </w:tbl>
    <w:p w14:paraId="5354A6FB" w14:textId="77777777" w:rsidR="00143A96" w:rsidRPr="00AC6F00" w:rsidRDefault="00143A96">
      <w:pPr>
        <w:spacing w:after="0"/>
        <w:rPr>
          <w:rFonts w:ascii="Times New Roman" w:hAnsi="Times New Roman" w:cs="Times New Roman"/>
          <w:sz w:val="20"/>
          <w:szCs w:val="20"/>
        </w:rPr>
      </w:pPr>
    </w:p>
    <w:p w14:paraId="7196D3C8" w14:textId="7BCE3C54" w:rsidR="00143A96" w:rsidRPr="00AC6F00" w:rsidRDefault="00590CAF">
      <w:pPr>
        <w:rPr>
          <w:rFonts w:ascii="Times New Roman" w:hAnsi="Times New Roman" w:cs="Times New Roman"/>
          <w:sz w:val="20"/>
          <w:szCs w:val="20"/>
        </w:rPr>
      </w:pPr>
      <w:proofErr w:type="spellStart"/>
      <w:r w:rsidRPr="00AC6F00">
        <w:rPr>
          <w:rFonts w:ascii="Times New Roman" w:hAnsi="Times New Roman" w:cs="Times New Roman"/>
          <w:b/>
          <w:color w:val="1F4E78"/>
          <w:sz w:val="20"/>
          <w:szCs w:val="20"/>
        </w:rPr>
        <w:t>Yönerge</w:t>
      </w:r>
      <w:proofErr w:type="spellEnd"/>
      <w:r w:rsidRPr="00AC6F00">
        <w:rPr>
          <w:rFonts w:ascii="Times New Roman" w:hAnsi="Times New Roman" w:cs="Times New Roman"/>
          <w:b/>
          <w:color w:val="1F4E78"/>
          <w:sz w:val="20"/>
          <w:szCs w:val="20"/>
        </w:rPr>
        <w:t xml:space="preserve"> </w:t>
      </w:r>
      <w:proofErr w:type="spellStart"/>
      <w:r w:rsidRPr="00AC6F00">
        <w:rPr>
          <w:rFonts w:ascii="Times New Roman" w:hAnsi="Times New Roman" w:cs="Times New Roman"/>
          <w:b/>
          <w:color w:val="1F4E78"/>
          <w:sz w:val="20"/>
          <w:szCs w:val="20"/>
        </w:rPr>
        <w:t>bağlantısı</w:t>
      </w:r>
      <w:proofErr w:type="spellEnd"/>
      <w:r w:rsidRPr="00AC6F00">
        <w:rPr>
          <w:rFonts w:ascii="Times New Roman" w:hAnsi="Times New Roman" w:cs="Times New Roman"/>
          <w:b/>
          <w:color w:val="1F4E78"/>
          <w:sz w:val="20"/>
          <w:szCs w:val="20"/>
        </w:rPr>
        <w:t xml:space="preserve">: </w:t>
      </w:r>
      <w:r w:rsidR="00FF493B" w:rsidRPr="00AC6F00">
        <w:rPr>
          <w:rFonts w:ascii="Times New Roman" w:hAnsi="Times New Roman" w:cs="Times New Roman"/>
          <w:b/>
          <w:color w:val="1F4E78"/>
          <w:sz w:val="20"/>
          <w:szCs w:val="20"/>
        </w:rPr>
        <w:t>md.</w:t>
      </w:r>
      <w:r w:rsidRPr="00AC6F00">
        <w:rPr>
          <w:rFonts w:ascii="Times New Roman" w:hAnsi="Times New Roman" w:cs="Times New Roman"/>
          <w:b/>
          <w:color w:val="1F4E78"/>
          <w:sz w:val="20"/>
          <w:szCs w:val="20"/>
        </w:rPr>
        <w:t>21/e-h-</w:t>
      </w:r>
      <w:proofErr w:type="spellStart"/>
      <w:r w:rsidRPr="00AC6F00">
        <w:rPr>
          <w:rFonts w:ascii="Times New Roman" w:hAnsi="Times New Roman" w:cs="Times New Roman"/>
          <w:b/>
          <w:color w:val="1F4E78"/>
          <w:sz w:val="20"/>
          <w:szCs w:val="20"/>
        </w:rPr>
        <w:t>ı</w:t>
      </w:r>
      <w:proofErr w:type="spellEnd"/>
      <w:r w:rsidRPr="00AC6F00">
        <w:rPr>
          <w:rFonts w:ascii="Times New Roman" w:hAnsi="Times New Roman" w:cs="Times New Roman"/>
          <w:b/>
          <w:color w:val="1F4E78"/>
          <w:sz w:val="20"/>
          <w:szCs w:val="20"/>
        </w:rPr>
        <w:t xml:space="preserve">; </w:t>
      </w:r>
      <w:r w:rsidR="00FF493B" w:rsidRPr="00AC6F00">
        <w:rPr>
          <w:rFonts w:ascii="Times New Roman" w:hAnsi="Times New Roman" w:cs="Times New Roman"/>
          <w:b/>
          <w:color w:val="1F4E78"/>
          <w:sz w:val="20"/>
          <w:szCs w:val="20"/>
        </w:rPr>
        <w:t>md.</w:t>
      </w:r>
      <w:r w:rsidRPr="00AC6F00">
        <w:rPr>
          <w:rFonts w:ascii="Times New Roman" w:hAnsi="Times New Roman" w:cs="Times New Roman"/>
          <w:b/>
          <w:color w:val="1F4E78"/>
          <w:sz w:val="20"/>
          <w:szCs w:val="20"/>
        </w:rPr>
        <w:t>22/1-a</w:t>
      </w:r>
    </w:p>
    <w:tbl>
      <w:tblPr>
        <w:tblStyle w:val="TabloKlavuzu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712"/>
        <w:gridCol w:w="7941"/>
        <w:gridCol w:w="1268"/>
      </w:tblGrid>
      <w:tr w:rsidR="00DF429A" w:rsidRPr="00AC6F00" w14:paraId="68B29054" w14:textId="77777777" w:rsidTr="007A08EE">
        <w:trPr>
          <w:trHeight w:val="593"/>
          <w:tblHeader/>
          <w:jc w:val="center"/>
        </w:trPr>
        <w:tc>
          <w:tcPr>
            <w:tcW w:w="712" w:type="dxa"/>
            <w:shd w:val="clear" w:color="auto" w:fill="1F4E78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42478F60" w14:textId="77777777" w:rsidR="00DF429A" w:rsidRPr="00AC6F00" w:rsidRDefault="00DF429A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C6F00">
              <w:rPr>
                <w:rFonts w:ascii="Times New Roman" w:hAnsi="Times New Roman" w:cs="Times New Roman"/>
                <w:b/>
                <w:color w:val="FFFFFF"/>
                <w:sz w:val="20"/>
                <w:szCs w:val="20"/>
              </w:rPr>
              <w:t>No</w:t>
            </w:r>
          </w:p>
        </w:tc>
        <w:tc>
          <w:tcPr>
            <w:tcW w:w="7941" w:type="dxa"/>
            <w:shd w:val="clear" w:color="auto" w:fill="1F4E78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4E54291F" w14:textId="77777777" w:rsidR="00DF429A" w:rsidRPr="00AC6F00" w:rsidRDefault="00DF429A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C6F00">
              <w:rPr>
                <w:rFonts w:ascii="Times New Roman" w:hAnsi="Times New Roman" w:cs="Times New Roman"/>
                <w:b/>
                <w:color w:val="FFFFFF"/>
                <w:sz w:val="20"/>
                <w:szCs w:val="20"/>
              </w:rPr>
              <w:t>Objektif alt ölçüt</w:t>
            </w:r>
          </w:p>
        </w:tc>
        <w:tc>
          <w:tcPr>
            <w:tcW w:w="1268" w:type="dxa"/>
            <w:shd w:val="clear" w:color="auto" w:fill="1F4E78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0DBA5C89" w14:textId="77777777" w:rsidR="00DF429A" w:rsidRPr="00AC6F00" w:rsidRDefault="00DF429A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C6F00">
              <w:rPr>
                <w:rFonts w:ascii="Times New Roman" w:hAnsi="Times New Roman" w:cs="Times New Roman"/>
                <w:b/>
                <w:color w:val="FFFFFF"/>
                <w:sz w:val="20"/>
                <w:szCs w:val="20"/>
              </w:rPr>
              <w:t>Puan</w:t>
            </w:r>
            <w:r w:rsidRPr="00AC6F00">
              <w:rPr>
                <w:rFonts w:ascii="Times New Roman" w:hAnsi="Times New Roman" w:cs="Times New Roman"/>
                <w:b/>
                <w:color w:val="FFFFFF"/>
                <w:sz w:val="20"/>
                <w:szCs w:val="20"/>
              </w:rPr>
              <w:br/>
              <w:t>0–1–2</w:t>
            </w:r>
          </w:p>
        </w:tc>
      </w:tr>
      <w:tr w:rsidR="00DF429A" w:rsidRPr="00AC6F00" w14:paraId="18EF304F" w14:textId="77777777" w:rsidTr="007A08EE">
        <w:trPr>
          <w:cantSplit/>
          <w:trHeight w:val="573"/>
          <w:jc w:val="center"/>
        </w:trPr>
        <w:tc>
          <w:tcPr>
            <w:tcW w:w="712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2557DBA1" w14:textId="77777777" w:rsidR="00DF429A" w:rsidRPr="00AC6F00" w:rsidRDefault="00DF429A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C6F00">
              <w:rPr>
                <w:rFonts w:ascii="Times New Roman" w:hAnsi="Times New Roman" w:cs="Times New Roman"/>
                <w:b/>
                <w:color w:val="1F1F1F"/>
                <w:sz w:val="20"/>
                <w:szCs w:val="20"/>
              </w:rPr>
              <w:t>1.1</w:t>
            </w:r>
          </w:p>
        </w:tc>
        <w:tc>
          <w:tcPr>
            <w:tcW w:w="7941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369185A8" w14:textId="77777777" w:rsidR="00DF429A" w:rsidRPr="00AC6F00" w:rsidRDefault="00DF429A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AC6F00">
              <w:rPr>
                <w:rFonts w:ascii="Times New Roman" w:hAnsi="Times New Roman" w:cs="Times New Roman"/>
                <w:color w:val="1F1F1F"/>
                <w:sz w:val="20"/>
                <w:szCs w:val="20"/>
              </w:rPr>
              <w:t>Staj dosyası/defteri öğrencinin kimliği, staj kurumu/birimi ve staj tarihleri bakımından diğer staj belgeleriyle tutarlıdır.</w:t>
            </w:r>
          </w:p>
        </w:tc>
        <w:tc>
          <w:tcPr>
            <w:tcW w:w="1268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07C15387" w14:textId="77777777" w:rsidR="00DF429A" w:rsidRPr="00AC6F00" w:rsidRDefault="00DF429A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F429A" w:rsidRPr="00AC6F00" w14:paraId="4BDD063C" w14:textId="77777777" w:rsidTr="007A08EE">
        <w:trPr>
          <w:cantSplit/>
          <w:trHeight w:val="593"/>
          <w:jc w:val="center"/>
        </w:trPr>
        <w:tc>
          <w:tcPr>
            <w:tcW w:w="712" w:type="dxa"/>
            <w:shd w:val="clear" w:color="auto" w:fill="F4F7F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2B1CFF32" w14:textId="77777777" w:rsidR="00DF429A" w:rsidRPr="00AC6F00" w:rsidRDefault="00DF429A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C6F00">
              <w:rPr>
                <w:rFonts w:ascii="Times New Roman" w:hAnsi="Times New Roman" w:cs="Times New Roman"/>
                <w:b/>
                <w:color w:val="1F1F1F"/>
                <w:sz w:val="20"/>
                <w:szCs w:val="20"/>
              </w:rPr>
              <w:t>1.2</w:t>
            </w:r>
          </w:p>
        </w:tc>
        <w:tc>
          <w:tcPr>
            <w:tcW w:w="7941" w:type="dxa"/>
            <w:shd w:val="clear" w:color="auto" w:fill="F4F7F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1276F95C" w14:textId="77777777" w:rsidR="00DF429A" w:rsidRPr="00AC6F00" w:rsidRDefault="00DF429A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AC6F00">
              <w:rPr>
                <w:rFonts w:ascii="Times New Roman" w:hAnsi="Times New Roman" w:cs="Times New Roman"/>
                <w:color w:val="1F1F1F"/>
                <w:sz w:val="20"/>
                <w:szCs w:val="20"/>
              </w:rPr>
              <w:t>Staj yapılan iş günlerine ilişkin kayıtlar dosyada düzenli ve kronolojik biçimde yer almaktadır; açıklanamayan boşluk veya mükerrer kayıt bulunmamaktadır.</w:t>
            </w:r>
          </w:p>
        </w:tc>
        <w:tc>
          <w:tcPr>
            <w:tcW w:w="1268" w:type="dxa"/>
            <w:shd w:val="clear" w:color="auto" w:fill="F4F7F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7948E9E1" w14:textId="77777777" w:rsidR="00DF429A" w:rsidRPr="00AC6F00" w:rsidRDefault="00DF429A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F429A" w:rsidRPr="00AC6F00" w14:paraId="6498A68E" w14:textId="77777777" w:rsidTr="007A08EE">
        <w:trPr>
          <w:cantSplit/>
          <w:trHeight w:val="573"/>
          <w:jc w:val="center"/>
        </w:trPr>
        <w:tc>
          <w:tcPr>
            <w:tcW w:w="712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7944FF57" w14:textId="77777777" w:rsidR="00DF429A" w:rsidRPr="00AC6F00" w:rsidRDefault="00DF429A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C6F00">
              <w:rPr>
                <w:rFonts w:ascii="Times New Roman" w:hAnsi="Times New Roman" w:cs="Times New Roman"/>
                <w:b/>
                <w:color w:val="1F1F1F"/>
                <w:sz w:val="20"/>
                <w:szCs w:val="20"/>
              </w:rPr>
              <w:t>1.3</w:t>
            </w:r>
          </w:p>
        </w:tc>
        <w:tc>
          <w:tcPr>
            <w:tcW w:w="7941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67049ABF" w14:textId="77777777" w:rsidR="00DF429A" w:rsidRPr="00AC6F00" w:rsidRDefault="00DF429A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AC6F00">
              <w:rPr>
                <w:rFonts w:ascii="Times New Roman" w:hAnsi="Times New Roman" w:cs="Times New Roman"/>
                <w:color w:val="1F1F1F"/>
                <w:sz w:val="20"/>
                <w:szCs w:val="20"/>
              </w:rPr>
              <w:t>Staj dosyasındaki ilgili sayfalar işyeri eğitici personeli tarafından imzalanmış/onaylanmıştır.</w:t>
            </w:r>
          </w:p>
        </w:tc>
        <w:tc>
          <w:tcPr>
            <w:tcW w:w="1268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36B19230" w14:textId="77777777" w:rsidR="00DF429A" w:rsidRPr="00AC6F00" w:rsidRDefault="00DF429A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F429A" w:rsidRPr="00AC6F00" w14:paraId="756C1F40" w14:textId="77777777" w:rsidTr="007A08EE">
        <w:trPr>
          <w:cantSplit/>
          <w:trHeight w:val="593"/>
          <w:jc w:val="center"/>
        </w:trPr>
        <w:tc>
          <w:tcPr>
            <w:tcW w:w="712" w:type="dxa"/>
            <w:shd w:val="clear" w:color="auto" w:fill="F4F7F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4F3A8D2C" w14:textId="77777777" w:rsidR="00DF429A" w:rsidRPr="00AC6F00" w:rsidRDefault="00DF429A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C6F00">
              <w:rPr>
                <w:rFonts w:ascii="Times New Roman" w:hAnsi="Times New Roman" w:cs="Times New Roman"/>
                <w:b/>
                <w:color w:val="1F1F1F"/>
                <w:sz w:val="20"/>
                <w:szCs w:val="20"/>
              </w:rPr>
              <w:t>1.4</w:t>
            </w:r>
          </w:p>
        </w:tc>
        <w:tc>
          <w:tcPr>
            <w:tcW w:w="7941" w:type="dxa"/>
            <w:shd w:val="clear" w:color="auto" w:fill="F4F7F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1446A6EE" w14:textId="77777777" w:rsidR="00DF429A" w:rsidRPr="00AC6F00" w:rsidRDefault="00DF429A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AC6F00">
              <w:rPr>
                <w:rFonts w:ascii="Times New Roman" w:hAnsi="Times New Roman" w:cs="Times New Roman"/>
                <w:color w:val="1F1F1F"/>
                <w:sz w:val="20"/>
                <w:szCs w:val="20"/>
              </w:rPr>
              <w:t>Dosya okunaklı, sayfa sırası ve tarihleri izlenebilir, bütünlüğü korunmuş ve değerlendirmeye elverişli durumdadır.</w:t>
            </w:r>
          </w:p>
        </w:tc>
        <w:tc>
          <w:tcPr>
            <w:tcW w:w="1268" w:type="dxa"/>
            <w:shd w:val="clear" w:color="auto" w:fill="F4F7F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757EB90C" w14:textId="77777777" w:rsidR="00DF429A" w:rsidRPr="00AC6F00" w:rsidRDefault="00DF429A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F429A" w:rsidRPr="00AC6F00" w14:paraId="1486905D" w14:textId="77777777" w:rsidTr="007A08EE">
        <w:trPr>
          <w:cantSplit/>
          <w:trHeight w:val="573"/>
          <w:jc w:val="center"/>
        </w:trPr>
        <w:tc>
          <w:tcPr>
            <w:tcW w:w="712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4FF7CAA4" w14:textId="77777777" w:rsidR="00DF429A" w:rsidRPr="00AC6F00" w:rsidRDefault="00DF429A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C6F00">
              <w:rPr>
                <w:rFonts w:ascii="Times New Roman" w:hAnsi="Times New Roman" w:cs="Times New Roman"/>
                <w:b/>
                <w:color w:val="1F1F1F"/>
                <w:sz w:val="20"/>
                <w:szCs w:val="20"/>
              </w:rPr>
              <w:t>1.5</w:t>
            </w:r>
          </w:p>
        </w:tc>
        <w:tc>
          <w:tcPr>
            <w:tcW w:w="7941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7025E119" w14:textId="77777777" w:rsidR="00DF429A" w:rsidRPr="00AC6F00" w:rsidRDefault="00DF429A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AC6F00">
              <w:rPr>
                <w:rFonts w:ascii="Times New Roman" w:hAnsi="Times New Roman" w:cs="Times New Roman"/>
                <w:color w:val="1F1F1F"/>
                <w:sz w:val="20"/>
                <w:szCs w:val="20"/>
              </w:rPr>
              <w:t>Dosya ile devam çizelgesi ve diğer tarihli belgeler arasında değerlendirmeyi etkileyen açıklanmamış çelişki bulunmamaktadır.</w:t>
            </w:r>
          </w:p>
        </w:tc>
        <w:tc>
          <w:tcPr>
            <w:tcW w:w="1268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78396F05" w14:textId="77777777" w:rsidR="00DF429A" w:rsidRPr="00AC6F00" w:rsidRDefault="00DF429A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F429A" w:rsidRPr="00AC6F00" w14:paraId="223B1A39" w14:textId="77777777" w:rsidTr="007A08EE">
        <w:trPr>
          <w:cantSplit/>
          <w:trHeight w:val="530"/>
          <w:jc w:val="center"/>
        </w:trPr>
        <w:tc>
          <w:tcPr>
            <w:tcW w:w="712" w:type="dxa"/>
            <w:shd w:val="clear" w:color="auto" w:fill="D9EAF7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095CF0CB" w14:textId="77777777" w:rsidR="00DF429A" w:rsidRPr="00AC6F00" w:rsidRDefault="00DF429A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941" w:type="dxa"/>
            <w:shd w:val="clear" w:color="auto" w:fill="D9EAF7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4D8E4747" w14:textId="77777777" w:rsidR="00DF429A" w:rsidRPr="00AC6F00" w:rsidRDefault="00DF429A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AC6F00">
              <w:rPr>
                <w:rFonts w:ascii="Times New Roman" w:hAnsi="Times New Roman" w:cs="Times New Roman"/>
                <w:b/>
                <w:color w:val="1F1F1F"/>
                <w:sz w:val="20"/>
                <w:szCs w:val="20"/>
              </w:rPr>
              <w:t>KRİTER TOPLAMI</w:t>
            </w:r>
          </w:p>
        </w:tc>
        <w:tc>
          <w:tcPr>
            <w:tcW w:w="1268" w:type="dxa"/>
            <w:shd w:val="clear" w:color="auto" w:fill="D9EAF7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66515D16" w14:textId="32ACF627" w:rsidR="00DF429A" w:rsidRPr="00AC6F00" w:rsidRDefault="00DF429A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14:paraId="5069BE1E" w14:textId="77777777" w:rsidR="00143A96" w:rsidRPr="00AC6F00" w:rsidRDefault="00143A96">
      <w:pPr>
        <w:spacing w:after="20"/>
        <w:rPr>
          <w:rFonts w:ascii="Times New Roman" w:hAnsi="Times New Roman" w:cs="Times New Roman"/>
          <w:sz w:val="20"/>
          <w:szCs w:val="20"/>
        </w:rPr>
      </w:pP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0710"/>
      </w:tblGrid>
      <w:tr w:rsidR="00143A96" w:rsidRPr="00AC6F00" w14:paraId="7D1C8470" w14:textId="77777777">
        <w:trPr>
          <w:jc w:val="center"/>
        </w:trPr>
        <w:tc>
          <w:tcPr>
            <w:tcW w:w="10710" w:type="dxa"/>
            <w:shd w:val="clear" w:color="auto" w:fill="1F4E78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03AF74B2" w14:textId="77777777" w:rsidR="00143A96" w:rsidRPr="00AC6F00" w:rsidRDefault="00590CAF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AC6F00">
              <w:rPr>
                <w:rFonts w:ascii="Times New Roman" w:hAnsi="Times New Roman" w:cs="Times New Roman"/>
                <w:b/>
                <w:color w:val="FFFFFF"/>
                <w:sz w:val="20"/>
                <w:szCs w:val="20"/>
              </w:rPr>
              <w:t>2. Günlük Deneyim ve Çalışmaların Somut Kaydı  •  Azami 10 Puan</w:t>
            </w:r>
          </w:p>
        </w:tc>
      </w:tr>
    </w:tbl>
    <w:p w14:paraId="4A11AA3B" w14:textId="77777777" w:rsidR="00143A96" w:rsidRPr="00AC6F00" w:rsidRDefault="00143A96">
      <w:pPr>
        <w:spacing w:after="0"/>
        <w:rPr>
          <w:rFonts w:ascii="Times New Roman" w:hAnsi="Times New Roman" w:cs="Times New Roman"/>
          <w:sz w:val="20"/>
          <w:szCs w:val="20"/>
        </w:rPr>
      </w:pPr>
    </w:p>
    <w:p w14:paraId="22BC88DB" w14:textId="7B023DD0" w:rsidR="00143A96" w:rsidRPr="00AC6F00" w:rsidRDefault="00590CAF">
      <w:pPr>
        <w:rPr>
          <w:rFonts w:ascii="Times New Roman" w:hAnsi="Times New Roman" w:cs="Times New Roman"/>
          <w:sz w:val="20"/>
          <w:szCs w:val="20"/>
        </w:rPr>
      </w:pPr>
      <w:proofErr w:type="spellStart"/>
      <w:r w:rsidRPr="00AC6F00">
        <w:rPr>
          <w:rFonts w:ascii="Times New Roman" w:hAnsi="Times New Roman" w:cs="Times New Roman"/>
          <w:b/>
          <w:color w:val="1F4E78"/>
          <w:sz w:val="20"/>
          <w:szCs w:val="20"/>
        </w:rPr>
        <w:t>Yönerge</w:t>
      </w:r>
      <w:proofErr w:type="spellEnd"/>
      <w:r w:rsidRPr="00AC6F00">
        <w:rPr>
          <w:rFonts w:ascii="Times New Roman" w:hAnsi="Times New Roman" w:cs="Times New Roman"/>
          <w:b/>
          <w:color w:val="1F4E78"/>
          <w:sz w:val="20"/>
          <w:szCs w:val="20"/>
        </w:rPr>
        <w:t xml:space="preserve"> </w:t>
      </w:r>
      <w:proofErr w:type="spellStart"/>
      <w:r w:rsidRPr="00AC6F00">
        <w:rPr>
          <w:rFonts w:ascii="Times New Roman" w:hAnsi="Times New Roman" w:cs="Times New Roman"/>
          <w:b/>
          <w:color w:val="1F4E78"/>
          <w:sz w:val="20"/>
          <w:szCs w:val="20"/>
        </w:rPr>
        <w:t>bağlantısı</w:t>
      </w:r>
      <w:proofErr w:type="spellEnd"/>
      <w:r w:rsidRPr="00AC6F00">
        <w:rPr>
          <w:rFonts w:ascii="Times New Roman" w:hAnsi="Times New Roman" w:cs="Times New Roman"/>
          <w:b/>
          <w:color w:val="1F4E78"/>
          <w:sz w:val="20"/>
          <w:szCs w:val="20"/>
        </w:rPr>
        <w:t xml:space="preserve">: </w:t>
      </w:r>
      <w:r w:rsidR="00FF493B" w:rsidRPr="00AC6F00">
        <w:rPr>
          <w:rFonts w:ascii="Times New Roman" w:hAnsi="Times New Roman" w:cs="Times New Roman"/>
          <w:b/>
          <w:color w:val="1F4E78"/>
          <w:sz w:val="20"/>
          <w:szCs w:val="20"/>
        </w:rPr>
        <w:t>md.</w:t>
      </w:r>
      <w:r w:rsidRPr="00AC6F00">
        <w:rPr>
          <w:rFonts w:ascii="Times New Roman" w:hAnsi="Times New Roman" w:cs="Times New Roman"/>
          <w:b/>
          <w:color w:val="1F4E78"/>
          <w:sz w:val="20"/>
          <w:szCs w:val="20"/>
        </w:rPr>
        <w:t>21/e</w:t>
      </w:r>
    </w:p>
    <w:tbl>
      <w:tblPr>
        <w:tblStyle w:val="TabloKlavuzu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722"/>
        <w:gridCol w:w="8073"/>
        <w:gridCol w:w="1289"/>
      </w:tblGrid>
      <w:tr w:rsidR="00DF429A" w:rsidRPr="00AC6F00" w14:paraId="7D1959DC" w14:textId="77777777" w:rsidTr="00FF493B">
        <w:trPr>
          <w:trHeight w:val="981"/>
          <w:tblHeader/>
          <w:jc w:val="center"/>
        </w:trPr>
        <w:tc>
          <w:tcPr>
            <w:tcW w:w="722" w:type="dxa"/>
            <w:shd w:val="clear" w:color="auto" w:fill="1F4E78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35DAF0DB" w14:textId="77777777" w:rsidR="00DF429A" w:rsidRPr="00AC6F00" w:rsidRDefault="00DF429A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C6F00">
              <w:rPr>
                <w:rFonts w:ascii="Times New Roman" w:hAnsi="Times New Roman" w:cs="Times New Roman"/>
                <w:b/>
                <w:color w:val="FFFFFF"/>
                <w:sz w:val="20"/>
                <w:szCs w:val="20"/>
              </w:rPr>
              <w:t>No</w:t>
            </w:r>
          </w:p>
        </w:tc>
        <w:tc>
          <w:tcPr>
            <w:tcW w:w="8073" w:type="dxa"/>
            <w:shd w:val="clear" w:color="auto" w:fill="1F4E78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2B56DD59" w14:textId="77777777" w:rsidR="00DF429A" w:rsidRPr="00AC6F00" w:rsidRDefault="00DF429A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C6F00">
              <w:rPr>
                <w:rFonts w:ascii="Times New Roman" w:hAnsi="Times New Roman" w:cs="Times New Roman"/>
                <w:b/>
                <w:color w:val="FFFFFF"/>
                <w:sz w:val="20"/>
                <w:szCs w:val="20"/>
              </w:rPr>
              <w:t>Objektif alt ölçüt</w:t>
            </w:r>
          </w:p>
        </w:tc>
        <w:tc>
          <w:tcPr>
            <w:tcW w:w="1289" w:type="dxa"/>
            <w:shd w:val="clear" w:color="auto" w:fill="1F4E78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3E76665D" w14:textId="77777777" w:rsidR="00DF429A" w:rsidRPr="00AC6F00" w:rsidRDefault="00DF429A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C6F00">
              <w:rPr>
                <w:rFonts w:ascii="Times New Roman" w:hAnsi="Times New Roman" w:cs="Times New Roman"/>
                <w:b/>
                <w:color w:val="FFFFFF"/>
                <w:sz w:val="20"/>
                <w:szCs w:val="20"/>
              </w:rPr>
              <w:t>Puan</w:t>
            </w:r>
            <w:r w:rsidRPr="00AC6F00">
              <w:rPr>
                <w:rFonts w:ascii="Times New Roman" w:hAnsi="Times New Roman" w:cs="Times New Roman"/>
                <w:b/>
                <w:color w:val="FFFFFF"/>
                <w:sz w:val="20"/>
                <w:szCs w:val="20"/>
              </w:rPr>
              <w:br/>
              <w:t>0–1–2</w:t>
            </w:r>
          </w:p>
        </w:tc>
      </w:tr>
      <w:tr w:rsidR="00DF429A" w:rsidRPr="00AC6F00" w14:paraId="15FA7686" w14:textId="77777777" w:rsidTr="00FF493B">
        <w:trPr>
          <w:cantSplit/>
          <w:trHeight w:val="951"/>
          <w:jc w:val="center"/>
        </w:trPr>
        <w:tc>
          <w:tcPr>
            <w:tcW w:w="722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50995691" w14:textId="77777777" w:rsidR="00DF429A" w:rsidRPr="00AC6F00" w:rsidRDefault="00DF429A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C6F00">
              <w:rPr>
                <w:rFonts w:ascii="Times New Roman" w:hAnsi="Times New Roman" w:cs="Times New Roman"/>
                <w:b/>
                <w:color w:val="1F1F1F"/>
                <w:sz w:val="20"/>
                <w:szCs w:val="20"/>
              </w:rPr>
              <w:t>2.1</w:t>
            </w:r>
          </w:p>
        </w:tc>
        <w:tc>
          <w:tcPr>
            <w:tcW w:w="8073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259AC614" w14:textId="77777777" w:rsidR="00DF429A" w:rsidRPr="00AC6F00" w:rsidRDefault="00DF429A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AC6F00">
              <w:rPr>
                <w:rFonts w:ascii="Times New Roman" w:hAnsi="Times New Roman" w:cs="Times New Roman"/>
                <w:color w:val="1F1F1F"/>
                <w:sz w:val="20"/>
                <w:szCs w:val="20"/>
              </w:rPr>
              <w:t>Her kayıtta öğrencinin o iş günündeki mesleki deneyimi veya çalışması somut görev, işlem ya da gözlem üzerinden açıklanmıştır.</w:t>
            </w:r>
          </w:p>
        </w:tc>
        <w:tc>
          <w:tcPr>
            <w:tcW w:w="1289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3DADB918" w14:textId="77777777" w:rsidR="00DF429A" w:rsidRPr="00AC6F00" w:rsidRDefault="00DF429A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F429A" w:rsidRPr="00AC6F00" w14:paraId="15AF8701" w14:textId="77777777" w:rsidTr="00FF493B">
        <w:trPr>
          <w:cantSplit/>
          <w:trHeight w:val="981"/>
          <w:jc w:val="center"/>
        </w:trPr>
        <w:tc>
          <w:tcPr>
            <w:tcW w:w="722" w:type="dxa"/>
            <w:shd w:val="clear" w:color="auto" w:fill="F4F7F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44A1A136" w14:textId="77777777" w:rsidR="00DF429A" w:rsidRPr="00AC6F00" w:rsidRDefault="00DF429A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C6F00">
              <w:rPr>
                <w:rFonts w:ascii="Times New Roman" w:hAnsi="Times New Roman" w:cs="Times New Roman"/>
                <w:b/>
                <w:color w:val="1F1F1F"/>
                <w:sz w:val="20"/>
                <w:szCs w:val="20"/>
              </w:rPr>
              <w:t>2.2</w:t>
            </w:r>
          </w:p>
        </w:tc>
        <w:tc>
          <w:tcPr>
            <w:tcW w:w="8073" w:type="dxa"/>
            <w:shd w:val="clear" w:color="auto" w:fill="F4F7F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07B266BE" w14:textId="77777777" w:rsidR="00DF429A" w:rsidRPr="00AC6F00" w:rsidRDefault="00DF429A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AC6F00">
              <w:rPr>
                <w:rFonts w:ascii="Times New Roman" w:hAnsi="Times New Roman" w:cs="Times New Roman"/>
                <w:color w:val="1F1F1F"/>
                <w:sz w:val="20"/>
                <w:szCs w:val="20"/>
              </w:rPr>
              <w:t>Kayıtlarda yalnızca “evrak işi yaptım”, “dosya baktım” gibi genel ifadeler yerine yapılan/gözlenen işin niteliği anlaşılmaktadır.</w:t>
            </w:r>
          </w:p>
        </w:tc>
        <w:tc>
          <w:tcPr>
            <w:tcW w:w="1289" w:type="dxa"/>
            <w:shd w:val="clear" w:color="auto" w:fill="F4F7F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621C3D7F" w14:textId="77777777" w:rsidR="00DF429A" w:rsidRPr="00AC6F00" w:rsidRDefault="00DF429A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F429A" w:rsidRPr="00AC6F00" w14:paraId="1D62565A" w14:textId="77777777" w:rsidTr="00FF493B">
        <w:trPr>
          <w:cantSplit/>
          <w:trHeight w:val="951"/>
          <w:jc w:val="center"/>
        </w:trPr>
        <w:tc>
          <w:tcPr>
            <w:tcW w:w="722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09DAE84A" w14:textId="77777777" w:rsidR="00DF429A" w:rsidRPr="00AC6F00" w:rsidRDefault="00DF429A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C6F00">
              <w:rPr>
                <w:rFonts w:ascii="Times New Roman" w:hAnsi="Times New Roman" w:cs="Times New Roman"/>
                <w:b/>
                <w:color w:val="1F1F1F"/>
                <w:sz w:val="20"/>
                <w:szCs w:val="20"/>
              </w:rPr>
              <w:t>2.3</w:t>
            </w:r>
          </w:p>
        </w:tc>
        <w:tc>
          <w:tcPr>
            <w:tcW w:w="8073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2E0E17D4" w14:textId="77777777" w:rsidR="00DF429A" w:rsidRPr="00AC6F00" w:rsidRDefault="00DF429A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AC6F00">
              <w:rPr>
                <w:rFonts w:ascii="Times New Roman" w:hAnsi="Times New Roman" w:cs="Times New Roman"/>
                <w:color w:val="1F1F1F"/>
                <w:sz w:val="20"/>
                <w:szCs w:val="20"/>
              </w:rPr>
              <w:t>Öğrencinin bizzat yaptığı işlemler ile yalnızca gözlemlediği süreçler açıkça birbirinden ayrılmaktadır.</w:t>
            </w:r>
          </w:p>
        </w:tc>
        <w:tc>
          <w:tcPr>
            <w:tcW w:w="1289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6DB4FBA7" w14:textId="77777777" w:rsidR="00DF429A" w:rsidRPr="00AC6F00" w:rsidRDefault="00DF429A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F429A" w:rsidRPr="00AC6F00" w14:paraId="4DA7FD56" w14:textId="77777777" w:rsidTr="00FF493B">
        <w:trPr>
          <w:cantSplit/>
          <w:trHeight w:val="981"/>
          <w:jc w:val="center"/>
        </w:trPr>
        <w:tc>
          <w:tcPr>
            <w:tcW w:w="722" w:type="dxa"/>
            <w:shd w:val="clear" w:color="auto" w:fill="F4F7F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6097797C" w14:textId="77777777" w:rsidR="00DF429A" w:rsidRPr="00AC6F00" w:rsidRDefault="00DF429A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C6F00">
              <w:rPr>
                <w:rFonts w:ascii="Times New Roman" w:hAnsi="Times New Roman" w:cs="Times New Roman"/>
                <w:b/>
                <w:color w:val="1F1F1F"/>
                <w:sz w:val="20"/>
                <w:szCs w:val="20"/>
              </w:rPr>
              <w:t>2.4</w:t>
            </w:r>
          </w:p>
        </w:tc>
        <w:tc>
          <w:tcPr>
            <w:tcW w:w="8073" w:type="dxa"/>
            <w:shd w:val="clear" w:color="auto" w:fill="F4F7F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2E1C6C21" w14:textId="77777777" w:rsidR="00DF429A" w:rsidRPr="00AC6F00" w:rsidRDefault="00DF429A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AC6F00">
              <w:rPr>
                <w:rFonts w:ascii="Times New Roman" w:hAnsi="Times New Roman" w:cs="Times New Roman"/>
                <w:color w:val="1F1F1F"/>
                <w:sz w:val="20"/>
                <w:szCs w:val="20"/>
              </w:rPr>
              <w:t>Faaliyetin gerçekleştiği birim, işlem bağlamı veya süreç içindeki yeri dosyadan anlaşılabilmektedir.</w:t>
            </w:r>
          </w:p>
        </w:tc>
        <w:tc>
          <w:tcPr>
            <w:tcW w:w="1289" w:type="dxa"/>
            <w:shd w:val="clear" w:color="auto" w:fill="F4F7F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136CFEEA" w14:textId="77777777" w:rsidR="00DF429A" w:rsidRPr="00AC6F00" w:rsidRDefault="00DF429A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F429A" w:rsidRPr="00AC6F00" w14:paraId="1102DBF3" w14:textId="77777777" w:rsidTr="00FF493B">
        <w:trPr>
          <w:cantSplit/>
          <w:trHeight w:val="951"/>
          <w:jc w:val="center"/>
        </w:trPr>
        <w:tc>
          <w:tcPr>
            <w:tcW w:w="722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40AEBA9D" w14:textId="77777777" w:rsidR="00DF429A" w:rsidRPr="00AC6F00" w:rsidRDefault="00DF429A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C6F00">
              <w:rPr>
                <w:rFonts w:ascii="Times New Roman" w:hAnsi="Times New Roman" w:cs="Times New Roman"/>
                <w:b/>
                <w:color w:val="1F1F1F"/>
                <w:sz w:val="20"/>
                <w:szCs w:val="20"/>
              </w:rPr>
              <w:t>2.5</w:t>
            </w:r>
          </w:p>
        </w:tc>
        <w:tc>
          <w:tcPr>
            <w:tcW w:w="8073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0A39E1DE" w14:textId="77777777" w:rsidR="00DF429A" w:rsidRPr="00AC6F00" w:rsidRDefault="00DF429A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AC6F00">
              <w:rPr>
                <w:rFonts w:ascii="Times New Roman" w:hAnsi="Times New Roman" w:cs="Times New Roman"/>
                <w:color w:val="1F1F1F"/>
                <w:sz w:val="20"/>
                <w:szCs w:val="20"/>
              </w:rPr>
              <w:t>Günlük kayıtlar birbirinin tekrarı veya kalıp metin niteliğinde olmayıp öğrencinin kendi staj deneyimini yansıtmaktadır.</w:t>
            </w:r>
          </w:p>
        </w:tc>
        <w:tc>
          <w:tcPr>
            <w:tcW w:w="1289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699ACA67" w14:textId="77777777" w:rsidR="00DF429A" w:rsidRPr="00AC6F00" w:rsidRDefault="00DF429A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F429A" w:rsidRPr="00AC6F00" w14:paraId="3D8A9690" w14:textId="77777777" w:rsidTr="00FF493B">
        <w:trPr>
          <w:cantSplit/>
          <w:trHeight w:val="533"/>
          <w:jc w:val="center"/>
        </w:trPr>
        <w:tc>
          <w:tcPr>
            <w:tcW w:w="722" w:type="dxa"/>
            <w:shd w:val="clear" w:color="auto" w:fill="D9EAF7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35BCBEE3" w14:textId="77777777" w:rsidR="00DF429A" w:rsidRPr="00AC6F00" w:rsidRDefault="00DF429A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073" w:type="dxa"/>
            <w:shd w:val="clear" w:color="auto" w:fill="D9EAF7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24F3DA7E" w14:textId="77777777" w:rsidR="00DF429A" w:rsidRPr="00AC6F00" w:rsidRDefault="00DF429A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AC6F00">
              <w:rPr>
                <w:rFonts w:ascii="Times New Roman" w:hAnsi="Times New Roman" w:cs="Times New Roman"/>
                <w:b/>
                <w:color w:val="1F1F1F"/>
                <w:sz w:val="20"/>
                <w:szCs w:val="20"/>
              </w:rPr>
              <w:t>KRİTER TOPLAMI</w:t>
            </w:r>
          </w:p>
        </w:tc>
        <w:tc>
          <w:tcPr>
            <w:tcW w:w="1289" w:type="dxa"/>
            <w:shd w:val="clear" w:color="auto" w:fill="D9EAF7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3A11C6F3" w14:textId="306C0FB5" w:rsidR="00DF429A" w:rsidRPr="00AC6F00" w:rsidRDefault="00DF429A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14:paraId="1D7F5C79" w14:textId="77777777" w:rsidR="00143A96" w:rsidRPr="00AC6F00" w:rsidRDefault="00590CAF">
      <w:pPr>
        <w:rPr>
          <w:rFonts w:ascii="Times New Roman" w:hAnsi="Times New Roman" w:cs="Times New Roman"/>
          <w:sz w:val="20"/>
          <w:szCs w:val="20"/>
        </w:rPr>
      </w:pPr>
      <w:r w:rsidRPr="00AC6F00">
        <w:rPr>
          <w:rFonts w:ascii="Times New Roman" w:hAnsi="Times New Roman" w:cs="Times New Roman"/>
          <w:sz w:val="20"/>
          <w:szCs w:val="20"/>
        </w:rPr>
        <w:br w:type="page"/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0710"/>
      </w:tblGrid>
      <w:tr w:rsidR="00143A96" w:rsidRPr="00AC6F00" w14:paraId="61607CE0" w14:textId="77777777">
        <w:trPr>
          <w:jc w:val="center"/>
        </w:trPr>
        <w:tc>
          <w:tcPr>
            <w:tcW w:w="10710" w:type="dxa"/>
            <w:shd w:val="clear" w:color="auto" w:fill="1F4E78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3A0B5FA1" w14:textId="77777777" w:rsidR="00143A96" w:rsidRPr="00AC6F00" w:rsidRDefault="00590CAF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AC6F00">
              <w:rPr>
                <w:rFonts w:ascii="Times New Roman" w:hAnsi="Times New Roman" w:cs="Times New Roman"/>
                <w:b/>
                <w:color w:val="FFFFFF"/>
                <w:sz w:val="20"/>
                <w:szCs w:val="20"/>
              </w:rPr>
              <w:lastRenderedPageBreak/>
              <w:t>3. Mesleki Faaliyetlerin Süreç ve İş Akışı Açısından Açıklanması  •  Azami 10 Puan</w:t>
            </w:r>
          </w:p>
        </w:tc>
      </w:tr>
    </w:tbl>
    <w:p w14:paraId="4DA391F7" w14:textId="77777777" w:rsidR="00143A96" w:rsidRPr="00AC6F00" w:rsidRDefault="00143A96">
      <w:pPr>
        <w:spacing w:after="0"/>
        <w:rPr>
          <w:rFonts w:ascii="Times New Roman" w:hAnsi="Times New Roman" w:cs="Times New Roman"/>
          <w:sz w:val="20"/>
          <w:szCs w:val="20"/>
        </w:rPr>
      </w:pPr>
    </w:p>
    <w:p w14:paraId="17237C7C" w14:textId="4552DC31" w:rsidR="00143A96" w:rsidRPr="00AC6F00" w:rsidRDefault="00590CAF">
      <w:pPr>
        <w:rPr>
          <w:rFonts w:ascii="Times New Roman" w:hAnsi="Times New Roman" w:cs="Times New Roman"/>
          <w:sz w:val="20"/>
          <w:szCs w:val="20"/>
        </w:rPr>
      </w:pPr>
      <w:proofErr w:type="spellStart"/>
      <w:r w:rsidRPr="00AC6F00">
        <w:rPr>
          <w:rFonts w:ascii="Times New Roman" w:hAnsi="Times New Roman" w:cs="Times New Roman"/>
          <w:b/>
          <w:color w:val="1F4E78"/>
          <w:sz w:val="20"/>
          <w:szCs w:val="20"/>
        </w:rPr>
        <w:t>Yönerge</w:t>
      </w:r>
      <w:proofErr w:type="spellEnd"/>
      <w:r w:rsidRPr="00AC6F00">
        <w:rPr>
          <w:rFonts w:ascii="Times New Roman" w:hAnsi="Times New Roman" w:cs="Times New Roman"/>
          <w:b/>
          <w:color w:val="1F4E78"/>
          <w:sz w:val="20"/>
          <w:szCs w:val="20"/>
        </w:rPr>
        <w:t xml:space="preserve"> </w:t>
      </w:r>
      <w:proofErr w:type="spellStart"/>
      <w:r w:rsidRPr="00AC6F00">
        <w:rPr>
          <w:rFonts w:ascii="Times New Roman" w:hAnsi="Times New Roman" w:cs="Times New Roman"/>
          <w:b/>
          <w:color w:val="1F4E78"/>
          <w:sz w:val="20"/>
          <w:szCs w:val="20"/>
        </w:rPr>
        <w:t>bağlantısı</w:t>
      </w:r>
      <w:proofErr w:type="spellEnd"/>
      <w:r w:rsidRPr="00AC6F00">
        <w:rPr>
          <w:rFonts w:ascii="Times New Roman" w:hAnsi="Times New Roman" w:cs="Times New Roman"/>
          <w:b/>
          <w:color w:val="1F4E78"/>
          <w:sz w:val="20"/>
          <w:szCs w:val="20"/>
        </w:rPr>
        <w:t xml:space="preserve">: </w:t>
      </w:r>
      <w:r w:rsidR="00FF493B" w:rsidRPr="00AC6F00">
        <w:rPr>
          <w:rFonts w:ascii="Times New Roman" w:hAnsi="Times New Roman" w:cs="Times New Roman"/>
          <w:b/>
          <w:color w:val="1F4E78"/>
          <w:sz w:val="20"/>
          <w:szCs w:val="20"/>
        </w:rPr>
        <w:t>md.</w:t>
      </w:r>
      <w:r w:rsidRPr="00AC6F00">
        <w:rPr>
          <w:rFonts w:ascii="Times New Roman" w:hAnsi="Times New Roman" w:cs="Times New Roman"/>
          <w:b/>
          <w:color w:val="1F4E78"/>
          <w:sz w:val="20"/>
          <w:szCs w:val="20"/>
        </w:rPr>
        <w:t xml:space="preserve">12/1-e-f; </w:t>
      </w:r>
      <w:r w:rsidR="00FF493B" w:rsidRPr="00AC6F00">
        <w:rPr>
          <w:rFonts w:ascii="Times New Roman" w:hAnsi="Times New Roman" w:cs="Times New Roman"/>
          <w:b/>
          <w:color w:val="1F4E78"/>
          <w:sz w:val="20"/>
          <w:szCs w:val="20"/>
        </w:rPr>
        <w:t>md.</w:t>
      </w:r>
      <w:r w:rsidRPr="00AC6F00">
        <w:rPr>
          <w:rFonts w:ascii="Times New Roman" w:hAnsi="Times New Roman" w:cs="Times New Roman"/>
          <w:b/>
          <w:color w:val="1F4E78"/>
          <w:sz w:val="20"/>
          <w:szCs w:val="20"/>
        </w:rPr>
        <w:t xml:space="preserve">18/7; </w:t>
      </w:r>
      <w:r w:rsidR="00FF493B" w:rsidRPr="00AC6F00">
        <w:rPr>
          <w:rFonts w:ascii="Times New Roman" w:hAnsi="Times New Roman" w:cs="Times New Roman"/>
          <w:b/>
          <w:color w:val="1F4E78"/>
          <w:sz w:val="20"/>
          <w:szCs w:val="20"/>
        </w:rPr>
        <w:t>md.</w:t>
      </w:r>
      <w:r w:rsidRPr="00AC6F00">
        <w:rPr>
          <w:rFonts w:ascii="Times New Roman" w:hAnsi="Times New Roman" w:cs="Times New Roman"/>
          <w:b/>
          <w:color w:val="1F4E78"/>
          <w:sz w:val="20"/>
          <w:szCs w:val="20"/>
        </w:rPr>
        <w:t>21/e</w:t>
      </w:r>
    </w:p>
    <w:tbl>
      <w:tblPr>
        <w:tblStyle w:val="TabloKlavuzu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750"/>
        <w:gridCol w:w="8372"/>
        <w:gridCol w:w="1337"/>
      </w:tblGrid>
      <w:tr w:rsidR="00DF429A" w:rsidRPr="00AC6F00" w14:paraId="792953C1" w14:textId="77777777" w:rsidTr="00267318">
        <w:trPr>
          <w:trHeight w:val="692"/>
          <w:tblHeader/>
          <w:jc w:val="center"/>
        </w:trPr>
        <w:tc>
          <w:tcPr>
            <w:tcW w:w="750" w:type="dxa"/>
            <w:shd w:val="clear" w:color="auto" w:fill="1F4E78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476B6D06" w14:textId="77777777" w:rsidR="00DF429A" w:rsidRPr="00AC6F00" w:rsidRDefault="00DF429A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C6F00">
              <w:rPr>
                <w:rFonts w:ascii="Times New Roman" w:hAnsi="Times New Roman" w:cs="Times New Roman"/>
                <w:b/>
                <w:color w:val="FFFFFF"/>
                <w:sz w:val="20"/>
                <w:szCs w:val="20"/>
              </w:rPr>
              <w:t>No</w:t>
            </w:r>
          </w:p>
        </w:tc>
        <w:tc>
          <w:tcPr>
            <w:tcW w:w="8372" w:type="dxa"/>
            <w:shd w:val="clear" w:color="auto" w:fill="1F4E78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7F42600F" w14:textId="77777777" w:rsidR="00DF429A" w:rsidRPr="00AC6F00" w:rsidRDefault="00DF429A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C6F00">
              <w:rPr>
                <w:rFonts w:ascii="Times New Roman" w:hAnsi="Times New Roman" w:cs="Times New Roman"/>
                <w:b/>
                <w:color w:val="FFFFFF"/>
                <w:sz w:val="20"/>
                <w:szCs w:val="20"/>
              </w:rPr>
              <w:t>Objektif alt ölçüt</w:t>
            </w:r>
          </w:p>
        </w:tc>
        <w:tc>
          <w:tcPr>
            <w:tcW w:w="1337" w:type="dxa"/>
            <w:shd w:val="clear" w:color="auto" w:fill="1F4E78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306C1A55" w14:textId="77777777" w:rsidR="00DF429A" w:rsidRPr="00AC6F00" w:rsidRDefault="00DF429A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C6F00">
              <w:rPr>
                <w:rFonts w:ascii="Times New Roman" w:hAnsi="Times New Roman" w:cs="Times New Roman"/>
                <w:b/>
                <w:color w:val="FFFFFF"/>
                <w:sz w:val="20"/>
                <w:szCs w:val="20"/>
              </w:rPr>
              <w:t>Puan</w:t>
            </w:r>
            <w:r w:rsidRPr="00AC6F00">
              <w:rPr>
                <w:rFonts w:ascii="Times New Roman" w:hAnsi="Times New Roman" w:cs="Times New Roman"/>
                <w:b/>
                <w:color w:val="FFFFFF"/>
                <w:sz w:val="20"/>
                <w:szCs w:val="20"/>
              </w:rPr>
              <w:br/>
              <w:t>0–1–2</w:t>
            </w:r>
          </w:p>
        </w:tc>
      </w:tr>
      <w:tr w:rsidR="00DF429A" w:rsidRPr="00AC6F00" w14:paraId="7506A9D7" w14:textId="77777777" w:rsidTr="00267318">
        <w:trPr>
          <w:cantSplit/>
          <w:trHeight w:val="668"/>
          <w:jc w:val="center"/>
        </w:trPr>
        <w:tc>
          <w:tcPr>
            <w:tcW w:w="750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417F1377" w14:textId="77777777" w:rsidR="00DF429A" w:rsidRPr="00AC6F00" w:rsidRDefault="00DF429A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C6F00">
              <w:rPr>
                <w:rFonts w:ascii="Times New Roman" w:hAnsi="Times New Roman" w:cs="Times New Roman"/>
                <w:b/>
                <w:color w:val="1F1F1F"/>
                <w:sz w:val="20"/>
                <w:szCs w:val="20"/>
              </w:rPr>
              <w:t>3.1</w:t>
            </w:r>
          </w:p>
        </w:tc>
        <w:tc>
          <w:tcPr>
            <w:tcW w:w="8372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431A9BEA" w14:textId="77777777" w:rsidR="00DF429A" w:rsidRPr="00AC6F00" w:rsidRDefault="00DF429A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AC6F00">
              <w:rPr>
                <w:rFonts w:ascii="Times New Roman" w:hAnsi="Times New Roman" w:cs="Times New Roman"/>
                <w:color w:val="1F1F1F"/>
                <w:sz w:val="20"/>
                <w:szCs w:val="20"/>
              </w:rPr>
              <w:t>Öğrenci yaptığı/gözlemlediği mesleki faaliyetin temel işlem basamaklarını mantıklı sırayla açıklayabilmiştir.</w:t>
            </w:r>
          </w:p>
        </w:tc>
        <w:tc>
          <w:tcPr>
            <w:tcW w:w="1337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6EDC381F" w14:textId="77777777" w:rsidR="00DF429A" w:rsidRPr="00AC6F00" w:rsidRDefault="00DF429A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F429A" w:rsidRPr="00AC6F00" w14:paraId="25F13D4A" w14:textId="77777777" w:rsidTr="00267318">
        <w:trPr>
          <w:cantSplit/>
          <w:trHeight w:val="692"/>
          <w:jc w:val="center"/>
        </w:trPr>
        <w:tc>
          <w:tcPr>
            <w:tcW w:w="750" w:type="dxa"/>
            <w:shd w:val="clear" w:color="auto" w:fill="F4F7F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1BAE900C" w14:textId="77777777" w:rsidR="00DF429A" w:rsidRPr="00AC6F00" w:rsidRDefault="00DF429A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C6F00">
              <w:rPr>
                <w:rFonts w:ascii="Times New Roman" w:hAnsi="Times New Roman" w:cs="Times New Roman"/>
                <w:b/>
                <w:color w:val="1F1F1F"/>
                <w:sz w:val="20"/>
                <w:szCs w:val="20"/>
              </w:rPr>
              <w:t>3.2</w:t>
            </w:r>
          </w:p>
        </w:tc>
        <w:tc>
          <w:tcPr>
            <w:tcW w:w="8372" w:type="dxa"/>
            <w:shd w:val="clear" w:color="auto" w:fill="F4F7F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12D8E86A" w14:textId="77777777" w:rsidR="00DF429A" w:rsidRPr="00AC6F00" w:rsidRDefault="00DF429A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AC6F00">
              <w:rPr>
                <w:rFonts w:ascii="Times New Roman" w:hAnsi="Times New Roman" w:cs="Times New Roman"/>
                <w:color w:val="1F1F1F"/>
                <w:sz w:val="20"/>
                <w:szCs w:val="20"/>
              </w:rPr>
              <w:t>İlgili süreçte görev alan birim veya personelin rolü, öğrencinin gözlem düzeyiyle uyumlu biçimde doğru ifade edilmiştir.</w:t>
            </w:r>
          </w:p>
        </w:tc>
        <w:tc>
          <w:tcPr>
            <w:tcW w:w="1337" w:type="dxa"/>
            <w:shd w:val="clear" w:color="auto" w:fill="F4F7F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2658EBFF" w14:textId="77777777" w:rsidR="00DF429A" w:rsidRPr="00AC6F00" w:rsidRDefault="00DF429A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F429A" w:rsidRPr="00AC6F00" w14:paraId="1A2E77B3" w14:textId="77777777" w:rsidTr="00267318">
        <w:trPr>
          <w:cantSplit/>
          <w:trHeight w:val="668"/>
          <w:jc w:val="center"/>
        </w:trPr>
        <w:tc>
          <w:tcPr>
            <w:tcW w:w="750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32C90771" w14:textId="77777777" w:rsidR="00DF429A" w:rsidRPr="00AC6F00" w:rsidRDefault="00DF429A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C6F00">
              <w:rPr>
                <w:rFonts w:ascii="Times New Roman" w:hAnsi="Times New Roman" w:cs="Times New Roman"/>
                <w:b/>
                <w:color w:val="1F1F1F"/>
                <w:sz w:val="20"/>
                <w:szCs w:val="20"/>
              </w:rPr>
              <w:t>3.3</w:t>
            </w:r>
          </w:p>
        </w:tc>
        <w:tc>
          <w:tcPr>
            <w:tcW w:w="8372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652F3F6F" w14:textId="77777777" w:rsidR="00DF429A" w:rsidRPr="00AC6F00" w:rsidRDefault="00DF429A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AC6F00">
              <w:rPr>
                <w:rFonts w:ascii="Times New Roman" w:hAnsi="Times New Roman" w:cs="Times New Roman"/>
                <w:color w:val="1F1F1F"/>
                <w:sz w:val="20"/>
                <w:szCs w:val="20"/>
              </w:rPr>
              <w:t>Faaliyette kullanılan belge, kayıt, dosya veya dijital işlem türü - erişim ve gizlilik sınırları içinde - doğru bağlamda açıklanmıştır.</w:t>
            </w:r>
          </w:p>
        </w:tc>
        <w:tc>
          <w:tcPr>
            <w:tcW w:w="1337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60A166CE" w14:textId="77777777" w:rsidR="00DF429A" w:rsidRPr="00AC6F00" w:rsidRDefault="00DF429A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F429A" w:rsidRPr="00AC6F00" w14:paraId="4AC9D802" w14:textId="77777777" w:rsidTr="00267318">
        <w:trPr>
          <w:cantSplit/>
          <w:trHeight w:val="692"/>
          <w:jc w:val="center"/>
        </w:trPr>
        <w:tc>
          <w:tcPr>
            <w:tcW w:w="750" w:type="dxa"/>
            <w:shd w:val="clear" w:color="auto" w:fill="F4F7F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03B2DC1B" w14:textId="77777777" w:rsidR="00DF429A" w:rsidRPr="00AC6F00" w:rsidRDefault="00DF429A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C6F00">
              <w:rPr>
                <w:rFonts w:ascii="Times New Roman" w:hAnsi="Times New Roman" w:cs="Times New Roman"/>
                <w:b/>
                <w:color w:val="1F1F1F"/>
                <w:sz w:val="20"/>
                <w:szCs w:val="20"/>
              </w:rPr>
              <w:t>3.4</w:t>
            </w:r>
          </w:p>
        </w:tc>
        <w:tc>
          <w:tcPr>
            <w:tcW w:w="8372" w:type="dxa"/>
            <w:shd w:val="clear" w:color="auto" w:fill="F4F7F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7FB2B59F" w14:textId="77777777" w:rsidR="00DF429A" w:rsidRPr="00AC6F00" w:rsidRDefault="00DF429A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AC6F00">
              <w:rPr>
                <w:rFonts w:ascii="Times New Roman" w:hAnsi="Times New Roman" w:cs="Times New Roman"/>
                <w:color w:val="1F1F1F"/>
                <w:sz w:val="20"/>
                <w:szCs w:val="20"/>
              </w:rPr>
              <w:t>Yapılan/gözlenen işlemin amacı veya süreçteki işlevi anlaşılır biçimde ortaya konulmuştur.</w:t>
            </w:r>
          </w:p>
        </w:tc>
        <w:tc>
          <w:tcPr>
            <w:tcW w:w="1337" w:type="dxa"/>
            <w:shd w:val="clear" w:color="auto" w:fill="F4F7F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05EE8F59" w14:textId="77777777" w:rsidR="00DF429A" w:rsidRPr="00AC6F00" w:rsidRDefault="00DF429A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F429A" w:rsidRPr="00AC6F00" w14:paraId="0362F570" w14:textId="77777777" w:rsidTr="00267318">
        <w:trPr>
          <w:cantSplit/>
          <w:trHeight w:val="668"/>
          <w:jc w:val="center"/>
        </w:trPr>
        <w:tc>
          <w:tcPr>
            <w:tcW w:w="750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3C709D38" w14:textId="77777777" w:rsidR="00DF429A" w:rsidRPr="00AC6F00" w:rsidRDefault="00DF429A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C6F00">
              <w:rPr>
                <w:rFonts w:ascii="Times New Roman" w:hAnsi="Times New Roman" w:cs="Times New Roman"/>
                <w:b/>
                <w:color w:val="1F1F1F"/>
                <w:sz w:val="20"/>
                <w:szCs w:val="20"/>
              </w:rPr>
              <w:t>3.5</w:t>
            </w:r>
          </w:p>
        </w:tc>
        <w:tc>
          <w:tcPr>
            <w:tcW w:w="8372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474C34AD" w14:textId="77777777" w:rsidR="00DF429A" w:rsidRPr="00AC6F00" w:rsidRDefault="00DF429A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AC6F00">
              <w:rPr>
                <w:rFonts w:ascii="Times New Roman" w:hAnsi="Times New Roman" w:cs="Times New Roman"/>
                <w:color w:val="1F1F1F"/>
                <w:sz w:val="20"/>
                <w:szCs w:val="20"/>
              </w:rPr>
              <w:t>Faaliyetin sonucu, sonraki aşaması veya işlemin hangi noktada tamamlandığı mümkün olduğu ölçüde belirtilmiştir.</w:t>
            </w:r>
          </w:p>
        </w:tc>
        <w:tc>
          <w:tcPr>
            <w:tcW w:w="1337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518DA7B0" w14:textId="77777777" w:rsidR="00DF429A" w:rsidRPr="00AC6F00" w:rsidRDefault="00DF429A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F429A" w:rsidRPr="00AC6F00" w14:paraId="0FC878EC" w14:textId="77777777" w:rsidTr="00267318">
        <w:trPr>
          <w:cantSplit/>
          <w:trHeight w:val="406"/>
          <w:jc w:val="center"/>
        </w:trPr>
        <w:tc>
          <w:tcPr>
            <w:tcW w:w="750" w:type="dxa"/>
            <w:shd w:val="clear" w:color="auto" w:fill="D9EAF7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066E88EE" w14:textId="77777777" w:rsidR="00DF429A" w:rsidRPr="00AC6F00" w:rsidRDefault="00DF429A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372" w:type="dxa"/>
            <w:shd w:val="clear" w:color="auto" w:fill="D9EAF7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5987D1A0" w14:textId="77777777" w:rsidR="00DF429A" w:rsidRPr="00AC6F00" w:rsidRDefault="00DF429A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AC6F00">
              <w:rPr>
                <w:rFonts w:ascii="Times New Roman" w:hAnsi="Times New Roman" w:cs="Times New Roman"/>
                <w:b/>
                <w:color w:val="1F1F1F"/>
                <w:sz w:val="20"/>
                <w:szCs w:val="20"/>
              </w:rPr>
              <w:t>KRİTER TOPLAMI</w:t>
            </w:r>
          </w:p>
        </w:tc>
        <w:tc>
          <w:tcPr>
            <w:tcW w:w="1337" w:type="dxa"/>
            <w:shd w:val="clear" w:color="auto" w:fill="D9EAF7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4A81C5AF" w14:textId="64E2F0E1" w:rsidR="00DF429A" w:rsidRPr="00AC6F00" w:rsidRDefault="00DF429A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14:paraId="18D3B534" w14:textId="77777777" w:rsidR="00143A96" w:rsidRPr="00AC6F00" w:rsidRDefault="00143A96">
      <w:pPr>
        <w:spacing w:after="20"/>
        <w:rPr>
          <w:rFonts w:ascii="Times New Roman" w:hAnsi="Times New Roman" w:cs="Times New Roman"/>
          <w:sz w:val="20"/>
          <w:szCs w:val="20"/>
        </w:rPr>
      </w:pP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0710"/>
      </w:tblGrid>
      <w:tr w:rsidR="00143A96" w:rsidRPr="00AC6F00" w14:paraId="513D74C7" w14:textId="77777777">
        <w:trPr>
          <w:jc w:val="center"/>
        </w:trPr>
        <w:tc>
          <w:tcPr>
            <w:tcW w:w="10710" w:type="dxa"/>
            <w:shd w:val="clear" w:color="auto" w:fill="1F4E78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0CDB399A" w14:textId="77777777" w:rsidR="00143A96" w:rsidRPr="00AC6F00" w:rsidRDefault="00590CAF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AC6F00">
              <w:rPr>
                <w:rFonts w:ascii="Times New Roman" w:hAnsi="Times New Roman" w:cs="Times New Roman"/>
                <w:b/>
                <w:color w:val="FFFFFF"/>
                <w:sz w:val="20"/>
                <w:szCs w:val="20"/>
              </w:rPr>
              <w:t>4. Program Alanı ve Öğrenme Kazanımlarıyla Mesleki Uyum  •  Azami 10 Puan</w:t>
            </w:r>
          </w:p>
        </w:tc>
      </w:tr>
    </w:tbl>
    <w:p w14:paraId="3DB5DA19" w14:textId="77777777" w:rsidR="00143A96" w:rsidRPr="00AC6F00" w:rsidRDefault="00143A96">
      <w:pPr>
        <w:spacing w:after="0"/>
        <w:rPr>
          <w:rFonts w:ascii="Times New Roman" w:hAnsi="Times New Roman" w:cs="Times New Roman"/>
          <w:sz w:val="20"/>
          <w:szCs w:val="20"/>
        </w:rPr>
      </w:pPr>
    </w:p>
    <w:p w14:paraId="047CC8D4" w14:textId="1EFECA16" w:rsidR="00143A96" w:rsidRPr="00AC6F00" w:rsidRDefault="00590CAF">
      <w:pPr>
        <w:rPr>
          <w:rFonts w:ascii="Times New Roman" w:hAnsi="Times New Roman" w:cs="Times New Roman"/>
          <w:sz w:val="20"/>
          <w:szCs w:val="20"/>
        </w:rPr>
      </w:pPr>
      <w:proofErr w:type="spellStart"/>
      <w:r w:rsidRPr="00AC6F00">
        <w:rPr>
          <w:rFonts w:ascii="Times New Roman" w:hAnsi="Times New Roman" w:cs="Times New Roman"/>
          <w:b/>
          <w:color w:val="1F4E78"/>
          <w:sz w:val="20"/>
          <w:szCs w:val="20"/>
        </w:rPr>
        <w:t>Yönerge</w:t>
      </w:r>
      <w:proofErr w:type="spellEnd"/>
      <w:r w:rsidRPr="00AC6F00">
        <w:rPr>
          <w:rFonts w:ascii="Times New Roman" w:hAnsi="Times New Roman" w:cs="Times New Roman"/>
          <w:b/>
          <w:color w:val="1F4E78"/>
          <w:sz w:val="20"/>
          <w:szCs w:val="20"/>
        </w:rPr>
        <w:t xml:space="preserve"> </w:t>
      </w:r>
      <w:proofErr w:type="spellStart"/>
      <w:r w:rsidRPr="00AC6F00">
        <w:rPr>
          <w:rFonts w:ascii="Times New Roman" w:hAnsi="Times New Roman" w:cs="Times New Roman"/>
          <w:b/>
          <w:color w:val="1F4E78"/>
          <w:sz w:val="20"/>
          <w:szCs w:val="20"/>
        </w:rPr>
        <w:t>bağlantısı</w:t>
      </w:r>
      <w:proofErr w:type="spellEnd"/>
      <w:r w:rsidRPr="00AC6F00">
        <w:rPr>
          <w:rFonts w:ascii="Times New Roman" w:hAnsi="Times New Roman" w:cs="Times New Roman"/>
          <w:b/>
          <w:color w:val="1F4E78"/>
          <w:sz w:val="20"/>
          <w:szCs w:val="20"/>
        </w:rPr>
        <w:t>: m</w:t>
      </w:r>
      <w:r w:rsidR="00FF493B" w:rsidRPr="00AC6F00">
        <w:rPr>
          <w:rFonts w:ascii="Times New Roman" w:hAnsi="Times New Roman" w:cs="Times New Roman"/>
          <w:b/>
          <w:color w:val="1F4E78"/>
          <w:sz w:val="20"/>
          <w:szCs w:val="20"/>
        </w:rPr>
        <w:t>d</w:t>
      </w:r>
      <w:r w:rsidRPr="00AC6F00">
        <w:rPr>
          <w:rFonts w:ascii="Times New Roman" w:hAnsi="Times New Roman" w:cs="Times New Roman"/>
          <w:b/>
          <w:color w:val="1F4E78"/>
          <w:sz w:val="20"/>
          <w:szCs w:val="20"/>
        </w:rPr>
        <w:t>.12/1-e-f; m</w:t>
      </w:r>
      <w:r w:rsidR="00FF493B" w:rsidRPr="00AC6F00">
        <w:rPr>
          <w:rFonts w:ascii="Times New Roman" w:hAnsi="Times New Roman" w:cs="Times New Roman"/>
          <w:b/>
          <w:color w:val="1F4E78"/>
          <w:sz w:val="20"/>
          <w:szCs w:val="20"/>
        </w:rPr>
        <w:t>d</w:t>
      </w:r>
      <w:r w:rsidRPr="00AC6F00">
        <w:rPr>
          <w:rFonts w:ascii="Times New Roman" w:hAnsi="Times New Roman" w:cs="Times New Roman"/>
          <w:b/>
          <w:color w:val="1F4E78"/>
          <w:sz w:val="20"/>
          <w:szCs w:val="20"/>
        </w:rPr>
        <w:t>.18/7</w:t>
      </w:r>
    </w:p>
    <w:tbl>
      <w:tblPr>
        <w:tblStyle w:val="TabloKlavuzu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762"/>
        <w:gridCol w:w="8488"/>
        <w:gridCol w:w="1355"/>
      </w:tblGrid>
      <w:tr w:rsidR="007A08EE" w:rsidRPr="00AC6F00" w14:paraId="1721D01D" w14:textId="77777777" w:rsidTr="00267318">
        <w:trPr>
          <w:trHeight w:val="782"/>
          <w:tblHeader/>
          <w:jc w:val="center"/>
        </w:trPr>
        <w:tc>
          <w:tcPr>
            <w:tcW w:w="762" w:type="dxa"/>
            <w:shd w:val="clear" w:color="auto" w:fill="1F4E78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42311507" w14:textId="77777777" w:rsidR="007A08EE" w:rsidRPr="00AC6F00" w:rsidRDefault="007A08E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C6F00">
              <w:rPr>
                <w:rFonts w:ascii="Times New Roman" w:hAnsi="Times New Roman" w:cs="Times New Roman"/>
                <w:b/>
                <w:color w:val="FFFFFF"/>
                <w:sz w:val="20"/>
                <w:szCs w:val="20"/>
              </w:rPr>
              <w:t>No</w:t>
            </w:r>
          </w:p>
        </w:tc>
        <w:tc>
          <w:tcPr>
            <w:tcW w:w="8488" w:type="dxa"/>
            <w:shd w:val="clear" w:color="auto" w:fill="1F4E78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7000873B" w14:textId="77777777" w:rsidR="007A08EE" w:rsidRPr="00AC6F00" w:rsidRDefault="007A08E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C6F00">
              <w:rPr>
                <w:rFonts w:ascii="Times New Roman" w:hAnsi="Times New Roman" w:cs="Times New Roman"/>
                <w:b/>
                <w:color w:val="FFFFFF"/>
                <w:sz w:val="20"/>
                <w:szCs w:val="20"/>
              </w:rPr>
              <w:t>Objektif alt ölçüt</w:t>
            </w:r>
          </w:p>
        </w:tc>
        <w:tc>
          <w:tcPr>
            <w:tcW w:w="1355" w:type="dxa"/>
            <w:shd w:val="clear" w:color="auto" w:fill="1F4E78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5F50CC88" w14:textId="77777777" w:rsidR="007A08EE" w:rsidRPr="00AC6F00" w:rsidRDefault="007A08E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C6F00">
              <w:rPr>
                <w:rFonts w:ascii="Times New Roman" w:hAnsi="Times New Roman" w:cs="Times New Roman"/>
                <w:b/>
                <w:color w:val="FFFFFF"/>
                <w:sz w:val="20"/>
                <w:szCs w:val="20"/>
              </w:rPr>
              <w:t>Puan</w:t>
            </w:r>
            <w:r w:rsidRPr="00AC6F00">
              <w:rPr>
                <w:rFonts w:ascii="Times New Roman" w:hAnsi="Times New Roman" w:cs="Times New Roman"/>
                <w:b/>
                <w:color w:val="FFFFFF"/>
                <w:sz w:val="20"/>
                <w:szCs w:val="20"/>
              </w:rPr>
              <w:br/>
              <w:t>0–1–2</w:t>
            </w:r>
          </w:p>
        </w:tc>
      </w:tr>
      <w:tr w:rsidR="007A08EE" w:rsidRPr="00AC6F00" w14:paraId="0EF2CD77" w14:textId="77777777" w:rsidTr="00267318">
        <w:trPr>
          <w:cantSplit/>
          <w:trHeight w:val="755"/>
          <w:jc w:val="center"/>
        </w:trPr>
        <w:tc>
          <w:tcPr>
            <w:tcW w:w="762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073994F9" w14:textId="77777777" w:rsidR="007A08EE" w:rsidRPr="00AC6F00" w:rsidRDefault="007A08E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C6F00">
              <w:rPr>
                <w:rFonts w:ascii="Times New Roman" w:hAnsi="Times New Roman" w:cs="Times New Roman"/>
                <w:b/>
                <w:color w:val="1F1F1F"/>
                <w:sz w:val="20"/>
                <w:szCs w:val="20"/>
              </w:rPr>
              <w:t>4.1</w:t>
            </w:r>
          </w:p>
        </w:tc>
        <w:tc>
          <w:tcPr>
            <w:tcW w:w="8488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4714BCEB" w14:textId="77777777" w:rsidR="007A08EE" w:rsidRPr="00AC6F00" w:rsidRDefault="007A08EE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AC6F00">
              <w:rPr>
                <w:rFonts w:ascii="Times New Roman" w:hAnsi="Times New Roman" w:cs="Times New Roman"/>
                <w:color w:val="1F1F1F"/>
                <w:sz w:val="20"/>
                <w:szCs w:val="20"/>
              </w:rPr>
              <w:t>Dosyadaki mesleki faaliyet ve gözlemler Mahkeme Büro Hizmetleri Programının alanıyla ilişkilendirilebilir niteliktedir.</w:t>
            </w:r>
          </w:p>
        </w:tc>
        <w:tc>
          <w:tcPr>
            <w:tcW w:w="1355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01A06083" w14:textId="77777777" w:rsidR="007A08EE" w:rsidRPr="00AC6F00" w:rsidRDefault="007A08E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7A08EE" w:rsidRPr="00AC6F00" w14:paraId="257E7A27" w14:textId="77777777" w:rsidTr="00267318">
        <w:trPr>
          <w:cantSplit/>
          <w:trHeight w:val="782"/>
          <w:jc w:val="center"/>
        </w:trPr>
        <w:tc>
          <w:tcPr>
            <w:tcW w:w="762" w:type="dxa"/>
            <w:shd w:val="clear" w:color="auto" w:fill="F4F7F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13C11214" w14:textId="77777777" w:rsidR="007A08EE" w:rsidRPr="00AC6F00" w:rsidRDefault="007A08E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C6F00">
              <w:rPr>
                <w:rFonts w:ascii="Times New Roman" w:hAnsi="Times New Roman" w:cs="Times New Roman"/>
                <w:b/>
                <w:color w:val="1F1F1F"/>
                <w:sz w:val="20"/>
                <w:szCs w:val="20"/>
              </w:rPr>
              <w:t>4.2</w:t>
            </w:r>
          </w:p>
        </w:tc>
        <w:tc>
          <w:tcPr>
            <w:tcW w:w="8488" w:type="dxa"/>
            <w:shd w:val="clear" w:color="auto" w:fill="F4F7F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70DF4B2A" w14:textId="77777777" w:rsidR="007A08EE" w:rsidRPr="00AC6F00" w:rsidRDefault="007A08EE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AC6F00">
              <w:rPr>
                <w:rFonts w:ascii="Times New Roman" w:hAnsi="Times New Roman" w:cs="Times New Roman"/>
                <w:color w:val="1F1F1F"/>
                <w:sz w:val="20"/>
                <w:szCs w:val="20"/>
              </w:rPr>
              <w:t>Öğrenci, staj deneyimini adli/idari büro hizmetleri, dosya-belge işlemleri, hukuk hizmetleri veya ilgili büro süreçlerinden en az biriyle doğru biçimde ilişkilendirmiştir.</w:t>
            </w:r>
          </w:p>
        </w:tc>
        <w:tc>
          <w:tcPr>
            <w:tcW w:w="1355" w:type="dxa"/>
            <w:shd w:val="clear" w:color="auto" w:fill="F4F7F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41536DCD" w14:textId="77777777" w:rsidR="007A08EE" w:rsidRPr="00AC6F00" w:rsidRDefault="007A08E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7A08EE" w:rsidRPr="00AC6F00" w14:paraId="725FBF6C" w14:textId="77777777" w:rsidTr="00267318">
        <w:trPr>
          <w:cantSplit/>
          <w:trHeight w:val="755"/>
          <w:jc w:val="center"/>
        </w:trPr>
        <w:tc>
          <w:tcPr>
            <w:tcW w:w="762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0020E930" w14:textId="77777777" w:rsidR="007A08EE" w:rsidRPr="00AC6F00" w:rsidRDefault="007A08E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C6F00">
              <w:rPr>
                <w:rFonts w:ascii="Times New Roman" w:hAnsi="Times New Roman" w:cs="Times New Roman"/>
                <w:b/>
                <w:color w:val="1F1F1F"/>
                <w:sz w:val="20"/>
                <w:szCs w:val="20"/>
              </w:rPr>
              <w:t>4.3</w:t>
            </w:r>
          </w:p>
        </w:tc>
        <w:tc>
          <w:tcPr>
            <w:tcW w:w="8488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099E80B3" w14:textId="77777777" w:rsidR="007A08EE" w:rsidRPr="00AC6F00" w:rsidRDefault="007A08EE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AC6F00">
              <w:rPr>
                <w:rFonts w:ascii="Times New Roman" w:hAnsi="Times New Roman" w:cs="Times New Roman"/>
                <w:color w:val="1F1F1F"/>
                <w:sz w:val="20"/>
                <w:szCs w:val="20"/>
              </w:rPr>
              <w:t>Öğrenci, stajda karşılaştığı süreçlerin derslerde edindiği bilgi veya program öğrenme kazanımlarıyla bağlantısını açıklayabilmiştir.</w:t>
            </w:r>
          </w:p>
        </w:tc>
        <w:tc>
          <w:tcPr>
            <w:tcW w:w="1355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20BC1797" w14:textId="77777777" w:rsidR="007A08EE" w:rsidRPr="00AC6F00" w:rsidRDefault="007A08E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7A08EE" w:rsidRPr="00AC6F00" w14:paraId="02AB9159" w14:textId="77777777" w:rsidTr="00267318">
        <w:trPr>
          <w:cantSplit/>
          <w:trHeight w:val="782"/>
          <w:jc w:val="center"/>
        </w:trPr>
        <w:tc>
          <w:tcPr>
            <w:tcW w:w="762" w:type="dxa"/>
            <w:shd w:val="clear" w:color="auto" w:fill="F4F7F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5E3F8C24" w14:textId="77777777" w:rsidR="007A08EE" w:rsidRPr="00AC6F00" w:rsidRDefault="007A08E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C6F00">
              <w:rPr>
                <w:rFonts w:ascii="Times New Roman" w:hAnsi="Times New Roman" w:cs="Times New Roman"/>
                <w:b/>
                <w:color w:val="1F1F1F"/>
                <w:sz w:val="20"/>
                <w:szCs w:val="20"/>
              </w:rPr>
              <w:t>4.4</w:t>
            </w:r>
          </w:p>
        </w:tc>
        <w:tc>
          <w:tcPr>
            <w:tcW w:w="8488" w:type="dxa"/>
            <w:shd w:val="clear" w:color="auto" w:fill="F4F7F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46F02F4C" w14:textId="77777777" w:rsidR="007A08EE" w:rsidRPr="00AC6F00" w:rsidRDefault="007A08EE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AC6F00">
              <w:rPr>
                <w:rFonts w:ascii="Times New Roman" w:hAnsi="Times New Roman" w:cs="Times New Roman"/>
                <w:color w:val="1F1F1F"/>
                <w:sz w:val="20"/>
                <w:szCs w:val="20"/>
              </w:rPr>
              <w:t>Mesleki nitelikteki işler ile genel/rutin destek işleri birbirinden doğru biçimde ayrılmıştır.</w:t>
            </w:r>
          </w:p>
        </w:tc>
        <w:tc>
          <w:tcPr>
            <w:tcW w:w="1355" w:type="dxa"/>
            <w:shd w:val="clear" w:color="auto" w:fill="F4F7F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075357DF" w14:textId="77777777" w:rsidR="007A08EE" w:rsidRPr="00AC6F00" w:rsidRDefault="007A08E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7A08EE" w:rsidRPr="00AC6F00" w14:paraId="05D03E7A" w14:textId="77777777" w:rsidTr="00267318">
        <w:trPr>
          <w:cantSplit/>
          <w:trHeight w:val="755"/>
          <w:jc w:val="center"/>
        </w:trPr>
        <w:tc>
          <w:tcPr>
            <w:tcW w:w="762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0AF3A9EC" w14:textId="77777777" w:rsidR="007A08EE" w:rsidRPr="00AC6F00" w:rsidRDefault="007A08E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C6F00">
              <w:rPr>
                <w:rFonts w:ascii="Times New Roman" w:hAnsi="Times New Roman" w:cs="Times New Roman"/>
                <w:b/>
                <w:color w:val="1F1F1F"/>
                <w:sz w:val="20"/>
                <w:szCs w:val="20"/>
              </w:rPr>
              <w:t>4.5</w:t>
            </w:r>
          </w:p>
        </w:tc>
        <w:tc>
          <w:tcPr>
            <w:tcW w:w="8488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40CA8B1E" w14:textId="77777777" w:rsidR="007A08EE" w:rsidRPr="00AC6F00" w:rsidRDefault="007A08EE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AC6F00">
              <w:rPr>
                <w:rFonts w:ascii="Times New Roman" w:hAnsi="Times New Roman" w:cs="Times New Roman"/>
                <w:color w:val="1F1F1F"/>
                <w:sz w:val="20"/>
                <w:szCs w:val="20"/>
              </w:rPr>
              <w:t>Kurumun sunduğu imkânlar ölçüsünde dosya bütünü, öğrencinin program alanına ilişkin bilgi ve beceri gelişimini göstermektedir.</w:t>
            </w:r>
          </w:p>
        </w:tc>
        <w:tc>
          <w:tcPr>
            <w:tcW w:w="1355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3547DA34" w14:textId="77777777" w:rsidR="007A08EE" w:rsidRPr="00AC6F00" w:rsidRDefault="007A08E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7A08EE" w:rsidRPr="00AC6F00" w14:paraId="4D63BFB3" w14:textId="77777777" w:rsidTr="00267318">
        <w:trPr>
          <w:cantSplit/>
          <w:trHeight w:val="981"/>
          <w:jc w:val="center"/>
        </w:trPr>
        <w:tc>
          <w:tcPr>
            <w:tcW w:w="762" w:type="dxa"/>
            <w:shd w:val="clear" w:color="auto" w:fill="D9EAF7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20F97F40" w14:textId="77777777" w:rsidR="007A08EE" w:rsidRPr="00AC6F00" w:rsidRDefault="007A08EE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488" w:type="dxa"/>
            <w:shd w:val="clear" w:color="auto" w:fill="D9EAF7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1E93852E" w14:textId="77777777" w:rsidR="007A08EE" w:rsidRPr="00AC6F00" w:rsidRDefault="007A08EE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AC6F00">
              <w:rPr>
                <w:rFonts w:ascii="Times New Roman" w:hAnsi="Times New Roman" w:cs="Times New Roman"/>
                <w:b/>
                <w:color w:val="1F1F1F"/>
                <w:sz w:val="20"/>
                <w:szCs w:val="20"/>
              </w:rPr>
              <w:t>KRİTER TOPLAMI</w:t>
            </w:r>
          </w:p>
        </w:tc>
        <w:tc>
          <w:tcPr>
            <w:tcW w:w="1355" w:type="dxa"/>
            <w:shd w:val="clear" w:color="auto" w:fill="D9EAF7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1C6901C4" w14:textId="713FDAD3" w:rsidR="007A08EE" w:rsidRPr="00AC6F00" w:rsidRDefault="007A08E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14:paraId="06BE0C0D" w14:textId="77777777" w:rsidR="00143A96" w:rsidRPr="00AC6F00" w:rsidRDefault="00143A96">
      <w:pPr>
        <w:spacing w:after="20"/>
        <w:rPr>
          <w:rFonts w:ascii="Times New Roman" w:hAnsi="Times New Roman" w:cs="Times New Roman"/>
          <w:sz w:val="20"/>
          <w:szCs w:val="20"/>
        </w:rPr>
      </w:pPr>
    </w:p>
    <w:p w14:paraId="43E0EFEA" w14:textId="77777777" w:rsidR="00143A96" w:rsidRPr="00AC6F00" w:rsidRDefault="00590CAF">
      <w:pPr>
        <w:rPr>
          <w:rFonts w:ascii="Times New Roman" w:hAnsi="Times New Roman" w:cs="Times New Roman"/>
          <w:sz w:val="20"/>
          <w:szCs w:val="20"/>
        </w:rPr>
      </w:pPr>
      <w:r w:rsidRPr="00AC6F00">
        <w:rPr>
          <w:rFonts w:ascii="Times New Roman" w:hAnsi="Times New Roman" w:cs="Times New Roman"/>
          <w:sz w:val="20"/>
          <w:szCs w:val="20"/>
        </w:rPr>
        <w:br w:type="page"/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0710"/>
      </w:tblGrid>
      <w:tr w:rsidR="00143A96" w:rsidRPr="00AC6F00" w14:paraId="480F0098" w14:textId="77777777">
        <w:trPr>
          <w:jc w:val="center"/>
        </w:trPr>
        <w:tc>
          <w:tcPr>
            <w:tcW w:w="10710" w:type="dxa"/>
            <w:shd w:val="clear" w:color="auto" w:fill="1F4E78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2760CFC2" w14:textId="77777777" w:rsidR="00143A96" w:rsidRPr="00AC6F00" w:rsidRDefault="00590CAF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AC6F00">
              <w:rPr>
                <w:rFonts w:ascii="Times New Roman" w:hAnsi="Times New Roman" w:cs="Times New Roman"/>
                <w:b/>
                <w:color w:val="FFFFFF"/>
                <w:sz w:val="20"/>
                <w:szCs w:val="20"/>
              </w:rPr>
              <w:lastRenderedPageBreak/>
              <w:t>5. Yeni Bilgi ve Becerilerin Ortaya Konulması  •  Azami 10 Puan</w:t>
            </w:r>
          </w:p>
        </w:tc>
      </w:tr>
    </w:tbl>
    <w:p w14:paraId="0296AD20" w14:textId="77777777" w:rsidR="00143A96" w:rsidRPr="00AC6F00" w:rsidRDefault="00143A96">
      <w:pPr>
        <w:spacing w:after="0"/>
        <w:rPr>
          <w:rFonts w:ascii="Times New Roman" w:hAnsi="Times New Roman" w:cs="Times New Roman"/>
          <w:sz w:val="20"/>
          <w:szCs w:val="20"/>
        </w:rPr>
      </w:pPr>
    </w:p>
    <w:p w14:paraId="697C594C" w14:textId="55D250C5" w:rsidR="00143A96" w:rsidRPr="00AC6F00" w:rsidRDefault="00590CAF">
      <w:pPr>
        <w:rPr>
          <w:rFonts w:ascii="Times New Roman" w:hAnsi="Times New Roman" w:cs="Times New Roman"/>
          <w:sz w:val="20"/>
          <w:szCs w:val="20"/>
        </w:rPr>
      </w:pPr>
      <w:proofErr w:type="spellStart"/>
      <w:r w:rsidRPr="00AC6F00">
        <w:rPr>
          <w:rFonts w:ascii="Times New Roman" w:hAnsi="Times New Roman" w:cs="Times New Roman"/>
          <w:b/>
          <w:color w:val="1F4E78"/>
          <w:sz w:val="20"/>
          <w:szCs w:val="20"/>
        </w:rPr>
        <w:t>Yönerge</w:t>
      </w:r>
      <w:proofErr w:type="spellEnd"/>
      <w:r w:rsidRPr="00AC6F00">
        <w:rPr>
          <w:rFonts w:ascii="Times New Roman" w:hAnsi="Times New Roman" w:cs="Times New Roman"/>
          <w:b/>
          <w:color w:val="1F4E78"/>
          <w:sz w:val="20"/>
          <w:szCs w:val="20"/>
        </w:rPr>
        <w:t xml:space="preserve"> </w:t>
      </w:r>
      <w:proofErr w:type="spellStart"/>
      <w:r w:rsidRPr="00AC6F00">
        <w:rPr>
          <w:rFonts w:ascii="Times New Roman" w:hAnsi="Times New Roman" w:cs="Times New Roman"/>
          <w:b/>
          <w:color w:val="1F4E78"/>
          <w:sz w:val="20"/>
          <w:szCs w:val="20"/>
        </w:rPr>
        <w:t>bağlantısı</w:t>
      </w:r>
      <w:proofErr w:type="spellEnd"/>
      <w:r w:rsidRPr="00AC6F00">
        <w:rPr>
          <w:rFonts w:ascii="Times New Roman" w:hAnsi="Times New Roman" w:cs="Times New Roman"/>
          <w:b/>
          <w:color w:val="1F4E78"/>
          <w:sz w:val="20"/>
          <w:szCs w:val="20"/>
        </w:rPr>
        <w:t>: m</w:t>
      </w:r>
      <w:r w:rsidR="00FF493B" w:rsidRPr="00AC6F00">
        <w:rPr>
          <w:rFonts w:ascii="Times New Roman" w:hAnsi="Times New Roman" w:cs="Times New Roman"/>
          <w:b/>
          <w:color w:val="1F4E78"/>
          <w:sz w:val="20"/>
          <w:szCs w:val="20"/>
        </w:rPr>
        <w:t>d</w:t>
      </w:r>
      <w:r w:rsidRPr="00AC6F00">
        <w:rPr>
          <w:rFonts w:ascii="Times New Roman" w:hAnsi="Times New Roman" w:cs="Times New Roman"/>
          <w:b/>
          <w:color w:val="1F4E78"/>
          <w:sz w:val="20"/>
          <w:szCs w:val="20"/>
        </w:rPr>
        <w:t>.21/e; m</w:t>
      </w:r>
      <w:r w:rsidR="00FF493B" w:rsidRPr="00AC6F00">
        <w:rPr>
          <w:rFonts w:ascii="Times New Roman" w:hAnsi="Times New Roman" w:cs="Times New Roman"/>
          <w:b/>
          <w:color w:val="1F4E78"/>
          <w:sz w:val="20"/>
          <w:szCs w:val="20"/>
        </w:rPr>
        <w:t>d</w:t>
      </w:r>
      <w:r w:rsidRPr="00AC6F00">
        <w:rPr>
          <w:rFonts w:ascii="Times New Roman" w:hAnsi="Times New Roman" w:cs="Times New Roman"/>
          <w:b/>
          <w:color w:val="1F4E78"/>
          <w:sz w:val="20"/>
          <w:szCs w:val="20"/>
        </w:rPr>
        <w:t>.12/1-e-f</w:t>
      </w:r>
    </w:p>
    <w:tbl>
      <w:tblPr>
        <w:tblStyle w:val="TabloKlavuzu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729"/>
        <w:gridCol w:w="8140"/>
        <w:gridCol w:w="1300"/>
      </w:tblGrid>
      <w:tr w:rsidR="00267318" w:rsidRPr="00AC6F00" w14:paraId="4CC0F9D4" w14:textId="77777777" w:rsidTr="00267318">
        <w:trPr>
          <w:trHeight w:val="857"/>
          <w:tblHeader/>
          <w:jc w:val="center"/>
        </w:trPr>
        <w:tc>
          <w:tcPr>
            <w:tcW w:w="729" w:type="dxa"/>
            <w:shd w:val="clear" w:color="auto" w:fill="1F4E78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627AAD0C" w14:textId="77777777" w:rsidR="00267318" w:rsidRPr="00AC6F00" w:rsidRDefault="00267318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C6F00">
              <w:rPr>
                <w:rFonts w:ascii="Times New Roman" w:hAnsi="Times New Roman" w:cs="Times New Roman"/>
                <w:b/>
                <w:color w:val="FFFFFF"/>
                <w:sz w:val="20"/>
                <w:szCs w:val="20"/>
              </w:rPr>
              <w:t>No</w:t>
            </w:r>
          </w:p>
        </w:tc>
        <w:tc>
          <w:tcPr>
            <w:tcW w:w="8140" w:type="dxa"/>
            <w:shd w:val="clear" w:color="auto" w:fill="1F4E78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174DA08B" w14:textId="77777777" w:rsidR="00267318" w:rsidRPr="00AC6F00" w:rsidRDefault="00267318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C6F00">
              <w:rPr>
                <w:rFonts w:ascii="Times New Roman" w:hAnsi="Times New Roman" w:cs="Times New Roman"/>
                <w:b/>
                <w:color w:val="FFFFFF"/>
                <w:sz w:val="20"/>
                <w:szCs w:val="20"/>
              </w:rPr>
              <w:t>Objektif alt ölçüt</w:t>
            </w:r>
          </w:p>
        </w:tc>
        <w:tc>
          <w:tcPr>
            <w:tcW w:w="1300" w:type="dxa"/>
            <w:shd w:val="clear" w:color="auto" w:fill="1F4E78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1814BFA7" w14:textId="77777777" w:rsidR="00267318" w:rsidRPr="00AC6F00" w:rsidRDefault="00267318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C6F00">
              <w:rPr>
                <w:rFonts w:ascii="Times New Roman" w:hAnsi="Times New Roman" w:cs="Times New Roman"/>
                <w:b/>
                <w:color w:val="FFFFFF"/>
                <w:sz w:val="20"/>
                <w:szCs w:val="20"/>
              </w:rPr>
              <w:t>Puan</w:t>
            </w:r>
            <w:r w:rsidRPr="00AC6F00">
              <w:rPr>
                <w:rFonts w:ascii="Times New Roman" w:hAnsi="Times New Roman" w:cs="Times New Roman"/>
                <w:b/>
                <w:color w:val="FFFFFF"/>
                <w:sz w:val="20"/>
                <w:szCs w:val="20"/>
              </w:rPr>
              <w:br/>
              <w:t>0–1–2</w:t>
            </w:r>
          </w:p>
        </w:tc>
      </w:tr>
      <w:tr w:rsidR="00267318" w:rsidRPr="00AC6F00" w14:paraId="3EF216E7" w14:textId="77777777" w:rsidTr="00267318">
        <w:trPr>
          <w:cantSplit/>
          <w:trHeight w:val="826"/>
          <w:jc w:val="center"/>
        </w:trPr>
        <w:tc>
          <w:tcPr>
            <w:tcW w:w="729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223D0B9D" w14:textId="77777777" w:rsidR="00267318" w:rsidRPr="00AC6F00" w:rsidRDefault="00267318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C6F00">
              <w:rPr>
                <w:rFonts w:ascii="Times New Roman" w:hAnsi="Times New Roman" w:cs="Times New Roman"/>
                <w:b/>
                <w:color w:val="1F1F1F"/>
                <w:sz w:val="20"/>
                <w:szCs w:val="20"/>
              </w:rPr>
              <w:t>5.1</w:t>
            </w:r>
          </w:p>
        </w:tc>
        <w:tc>
          <w:tcPr>
            <w:tcW w:w="8140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1AF35875" w14:textId="77777777" w:rsidR="00267318" w:rsidRPr="00AC6F00" w:rsidRDefault="00267318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AC6F00">
              <w:rPr>
                <w:rFonts w:ascii="Times New Roman" w:hAnsi="Times New Roman" w:cs="Times New Roman"/>
                <w:color w:val="1F1F1F"/>
                <w:sz w:val="20"/>
                <w:szCs w:val="20"/>
              </w:rPr>
              <w:t>Öğrenci staj sürecinde edindiği yeni mesleki bilgileri somut ve anlaşılır biçimde belirtmiştir.</w:t>
            </w:r>
          </w:p>
        </w:tc>
        <w:tc>
          <w:tcPr>
            <w:tcW w:w="1300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049552DB" w14:textId="77777777" w:rsidR="00267318" w:rsidRPr="00AC6F00" w:rsidRDefault="00267318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67318" w:rsidRPr="00AC6F00" w14:paraId="499309AF" w14:textId="77777777" w:rsidTr="00267318">
        <w:trPr>
          <w:cantSplit/>
          <w:trHeight w:val="857"/>
          <w:jc w:val="center"/>
        </w:trPr>
        <w:tc>
          <w:tcPr>
            <w:tcW w:w="729" w:type="dxa"/>
            <w:shd w:val="clear" w:color="auto" w:fill="F4F7F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68656B1D" w14:textId="77777777" w:rsidR="00267318" w:rsidRPr="00AC6F00" w:rsidRDefault="00267318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C6F00">
              <w:rPr>
                <w:rFonts w:ascii="Times New Roman" w:hAnsi="Times New Roman" w:cs="Times New Roman"/>
                <w:b/>
                <w:color w:val="1F1F1F"/>
                <w:sz w:val="20"/>
                <w:szCs w:val="20"/>
              </w:rPr>
              <w:t>5.2</w:t>
            </w:r>
          </w:p>
        </w:tc>
        <w:tc>
          <w:tcPr>
            <w:tcW w:w="8140" w:type="dxa"/>
            <w:shd w:val="clear" w:color="auto" w:fill="F4F7F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15CB3784" w14:textId="77777777" w:rsidR="00267318" w:rsidRPr="00AC6F00" w:rsidRDefault="00267318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AC6F00">
              <w:rPr>
                <w:rFonts w:ascii="Times New Roman" w:hAnsi="Times New Roman" w:cs="Times New Roman"/>
                <w:color w:val="1F1F1F"/>
                <w:sz w:val="20"/>
                <w:szCs w:val="20"/>
              </w:rPr>
              <w:t>Öğrenci geliştirdiği yeni beceri veya uygulama yeterliklerini yaptığı/gözlemlediği faaliyetlerle ilişkilendirmiştir.</w:t>
            </w:r>
          </w:p>
        </w:tc>
        <w:tc>
          <w:tcPr>
            <w:tcW w:w="1300" w:type="dxa"/>
            <w:shd w:val="clear" w:color="auto" w:fill="F4F7F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301D7FB9" w14:textId="77777777" w:rsidR="00267318" w:rsidRPr="00AC6F00" w:rsidRDefault="00267318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67318" w:rsidRPr="00AC6F00" w14:paraId="1B1F706A" w14:textId="77777777" w:rsidTr="00267318">
        <w:trPr>
          <w:cantSplit/>
          <w:trHeight w:val="826"/>
          <w:jc w:val="center"/>
        </w:trPr>
        <w:tc>
          <w:tcPr>
            <w:tcW w:w="729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28E754F8" w14:textId="77777777" w:rsidR="00267318" w:rsidRPr="00AC6F00" w:rsidRDefault="00267318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C6F00">
              <w:rPr>
                <w:rFonts w:ascii="Times New Roman" w:hAnsi="Times New Roman" w:cs="Times New Roman"/>
                <w:b/>
                <w:color w:val="1F1F1F"/>
                <w:sz w:val="20"/>
                <w:szCs w:val="20"/>
              </w:rPr>
              <w:t>5.3</w:t>
            </w:r>
          </w:p>
        </w:tc>
        <w:tc>
          <w:tcPr>
            <w:tcW w:w="8140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4DB37221" w14:textId="77777777" w:rsidR="00267318" w:rsidRPr="00AC6F00" w:rsidRDefault="00267318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AC6F00">
              <w:rPr>
                <w:rFonts w:ascii="Times New Roman" w:hAnsi="Times New Roman" w:cs="Times New Roman"/>
                <w:color w:val="1F1F1F"/>
                <w:sz w:val="20"/>
                <w:szCs w:val="20"/>
              </w:rPr>
              <w:t>Belirtilen kazanımlar genel ifadelerden ibaret olmayıp staj deneyimine özgü örneklerle desteklenmiştir.</w:t>
            </w:r>
          </w:p>
        </w:tc>
        <w:tc>
          <w:tcPr>
            <w:tcW w:w="1300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782E3320" w14:textId="77777777" w:rsidR="00267318" w:rsidRPr="00AC6F00" w:rsidRDefault="00267318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67318" w:rsidRPr="00AC6F00" w14:paraId="58EF3860" w14:textId="77777777" w:rsidTr="00267318">
        <w:trPr>
          <w:cantSplit/>
          <w:trHeight w:val="857"/>
          <w:jc w:val="center"/>
        </w:trPr>
        <w:tc>
          <w:tcPr>
            <w:tcW w:w="729" w:type="dxa"/>
            <w:shd w:val="clear" w:color="auto" w:fill="F4F7F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2028612F" w14:textId="77777777" w:rsidR="00267318" w:rsidRPr="00AC6F00" w:rsidRDefault="00267318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C6F00">
              <w:rPr>
                <w:rFonts w:ascii="Times New Roman" w:hAnsi="Times New Roman" w:cs="Times New Roman"/>
                <w:b/>
                <w:color w:val="1F1F1F"/>
                <w:sz w:val="20"/>
                <w:szCs w:val="20"/>
              </w:rPr>
              <w:t>5.4</w:t>
            </w:r>
          </w:p>
        </w:tc>
        <w:tc>
          <w:tcPr>
            <w:tcW w:w="8140" w:type="dxa"/>
            <w:shd w:val="clear" w:color="auto" w:fill="F4F7F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48251746" w14:textId="77777777" w:rsidR="00267318" w:rsidRPr="00AC6F00" w:rsidRDefault="00267318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AC6F00">
              <w:rPr>
                <w:rFonts w:ascii="Times New Roman" w:hAnsi="Times New Roman" w:cs="Times New Roman"/>
                <w:color w:val="1F1F1F"/>
                <w:sz w:val="20"/>
                <w:szCs w:val="20"/>
              </w:rPr>
              <w:t>Yeni bilgi ve becerilerden hangilerinin mevcut ders bilgilerini pekiştirdiği veya geliştirdiği açıklanmıştır.</w:t>
            </w:r>
          </w:p>
        </w:tc>
        <w:tc>
          <w:tcPr>
            <w:tcW w:w="1300" w:type="dxa"/>
            <w:shd w:val="clear" w:color="auto" w:fill="F4F7F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51FAB20B" w14:textId="77777777" w:rsidR="00267318" w:rsidRPr="00AC6F00" w:rsidRDefault="00267318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67318" w:rsidRPr="00AC6F00" w14:paraId="3ED5114C" w14:textId="77777777" w:rsidTr="00267318">
        <w:trPr>
          <w:cantSplit/>
          <w:trHeight w:val="826"/>
          <w:jc w:val="center"/>
        </w:trPr>
        <w:tc>
          <w:tcPr>
            <w:tcW w:w="729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6C52AE56" w14:textId="77777777" w:rsidR="00267318" w:rsidRPr="00AC6F00" w:rsidRDefault="00267318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C6F00">
              <w:rPr>
                <w:rFonts w:ascii="Times New Roman" w:hAnsi="Times New Roman" w:cs="Times New Roman"/>
                <w:b/>
                <w:color w:val="1F1F1F"/>
                <w:sz w:val="20"/>
                <w:szCs w:val="20"/>
              </w:rPr>
              <w:t>5.5</w:t>
            </w:r>
          </w:p>
        </w:tc>
        <w:tc>
          <w:tcPr>
            <w:tcW w:w="8140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3AF715EC" w14:textId="77777777" w:rsidR="00267318" w:rsidRPr="00AC6F00" w:rsidRDefault="00267318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AC6F00">
              <w:rPr>
                <w:rFonts w:ascii="Times New Roman" w:hAnsi="Times New Roman" w:cs="Times New Roman"/>
                <w:color w:val="1F1F1F"/>
                <w:sz w:val="20"/>
                <w:szCs w:val="20"/>
              </w:rPr>
              <w:t>Öğrenci, staj sonunda hangi mesleki alanlarda ilerleme kaydettiğini kendi deneyimi üzerinden değerlendirmiştir.</w:t>
            </w:r>
          </w:p>
        </w:tc>
        <w:tc>
          <w:tcPr>
            <w:tcW w:w="1300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3410E22A" w14:textId="77777777" w:rsidR="00267318" w:rsidRPr="00AC6F00" w:rsidRDefault="00267318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67318" w:rsidRPr="00AC6F00" w14:paraId="2E7DC4A0" w14:textId="77777777" w:rsidTr="00267318">
        <w:trPr>
          <w:cantSplit/>
          <w:trHeight w:val="498"/>
          <w:jc w:val="center"/>
        </w:trPr>
        <w:tc>
          <w:tcPr>
            <w:tcW w:w="729" w:type="dxa"/>
            <w:shd w:val="clear" w:color="auto" w:fill="D9EAF7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0F05686E" w14:textId="77777777" w:rsidR="00267318" w:rsidRPr="00AC6F00" w:rsidRDefault="00267318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140" w:type="dxa"/>
            <w:shd w:val="clear" w:color="auto" w:fill="D9EAF7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5D83F2F1" w14:textId="77777777" w:rsidR="00267318" w:rsidRPr="00AC6F00" w:rsidRDefault="00267318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AC6F00">
              <w:rPr>
                <w:rFonts w:ascii="Times New Roman" w:hAnsi="Times New Roman" w:cs="Times New Roman"/>
                <w:b/>
                <w:color w:val="1F1F1F"/>
                <w:sz w:val="20"/>
                <w:szCs w:val="20"/>
              </w:rPr>
              <w:t>KRİTER TOPLAMI</w:t>
            </w:r>
          </w:p>
        </w:tc>
        <w:tc>
          <w:tcPr>
            <w:tcW w:w="1300" w:type="dxa"/>
            <w:shd w:val="clear" w:color="auto" w:fill="D9EAF7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2A0BDD1F" w14:textId="39BAD0DB" w:rsidR="00267318" w:rsidRPr="00AC6F00" w:rsidRDefault="00267318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14:paraId="29ECE6FF" w14:textId="77777777" w:rsidR="00143A96" w:rsidRPr="00AC6F00" w:rsidRDefault="00143A96">
      <w:pPr>
        <w:spacing w:after="20"/>
        <w:rPr>
          <w:rFonts w:ascii="Times New Roman" w:hAnsi="Times New Roman" w:cs="Times New Roman"/>
          <w:sz w:val="20"/>
          <w:szCs w:val="20"/>
        </w:rPr>
      </w:pP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0710"/>
      </w:tblGrid>
      <w:tr w:rsidR="00143A96" w:rsidRPr="00AC6F00" w14:paraId="7B1428EA" w14:textId="77777777">
        <w:trPr>
          <w:jc w:val="center"/>
        </w:trPr>
        <w:tc>
          <w:tcPr>
            <w:tcW w:w="10710" w:type="dxa"/>
            <w:shd w:val="clear" w:color="auto" w:fill="1F4E78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0066994F" w14:textId="77777777" w:rsidR="00143A96" w:rsidRPr="00AC6F00" w:rsidRDefault="00590CAF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AC6F00">
              <w:rPr>
                <w:rFonts w:ascii="Times New Roman" w:hAnsi="Times New Roman" w:cs="Times New Roman"/>
                <w:b/>
                <w:color w:val="FFFFFF"/>
                <w:sz w:val="20"/>
                <w:szCs w:val="20"/>
              </w:rPr>
              <w:t>6. Karşılaşılan Zorluklar ve Çözüm Önerileri  •  Azami 10 Puan</w:t>
            </w:r>
          </w:p>
        </w:tc>
      </w:tr>
    </w:tbl>
    <w:p w14:paraId="4F728235" w14:textId="77777777" w:rsidR="00143A96" w:rsidRPr="00AC6F00" w:rsidRDefault="00143A96">
      <w:pPr>
        <w:spacing w:after="0"/>
        <w:rPr>
          <w:rFonts w:ascii="Times New Roman" w:hAnsi="Times New Roman" w:cs="Times New Roman"/>
          <w:sz w:val="20"/>
          <w:szCs w:val="20"/>
        </w:rPr>
      </w:pPr>
    </w:p>
    <w:p w14:paraId="76FA1460" w14:textId="3D820490" w:rsidR="00143A96" w:rsidRPr="00AC6F00" w:rsidRDefault="00590CAF">
      <w:pPr>
        <w:rPr>
          <w:rFonts w:ascii="Times New Roman" w:hAnsi="Times New Roman" w:cs="Times New Roman"/>
          <w:sz w:val="20"/>
          <w:szCs w:val="20"/>
        </w:rPr>
      </w:pPr>
      <w:proofErr w:type="spellStart"/>
      <w:r w:rsidRPr="00AC6F00">
        <w:rPr>
          <w:rFonts w:ascii="Times New Roman" w:hAnsi="Times New Roman" w:cs="Times New Roman"/>
          <w:b/>
          <w:color w:val="1F4E78"/>
          <w:sz w:val="20"/>
          <w:szCs w:val="20"/>
        </w:rPr>
        <w:t>Yönerge</w:t>
      </w:r>
      <w:proofErr w:type="spellEnd"/>
      <w:r w:rsidRPr="00AC6F00">
        <w:rPr>
          <w:rFonts w:ascii="Times New Roman" w:hAnsi="Times New Roman" w:cs="Times New Roman"/>
          <w:b/>
          <w:color w:val="1F4E78"/>
          <w:sz w:val="20"/>
          <w:szCs w:val="20"/>
        </w:rPr>
        <w:t xml:space="preserve"> </w:t>
      </w:r>
      <w:proofErr w:type="spellStart"/>
      <w:r w:rsidRPr="00AC6F00">
        <w:rPr>
          <w:rFonts w:ascii="Times New Roman" w:hAnsi="Times New Roman" w:cs="Times New Roman"/>
          <w:b/>
          <w:color w:val="1F4E78"/>
          <w:sz w:val="20"/>
          <w:szCs w:val="20"/>
        </w:rPr>
        <w:t>bağlantısı</w:t>
      </w:r>
      <w:proofErr w:type="spellEnd"/>
      <w:r w:rsidRPr="00AC6F00">
        <w:rPr>
          <w:rFonts w:ascii="Times New Roman" w:hAnsi="Times New Roman" w:cs="Times New Roman"/>
          <w:b/>
          <w:color w:val="1F4E78"/>
          <w:sz w:val="20"/>
          <w:szCs w:val="20"/>
        </w:rPr>
        <w:t>: m</w:t>
      </w:r>
      <w:r w:rsidR="00FF493B" w:rsidRPr="00AC6F00">
        <w:rPr>
          <w:rFonts w:ascii="Times New Roman" w:hAnsi="Times New Roman" w:cs="Times New Roman"/>
          <w:b/>
          <w:color w:val="1F4E78"/>
          <w:sz w:val="20"/>
          <w:szCs w:val="20"/>
        </w:rPr>
        <w:t>d</w:t>
      </w:r>
      <w:r w:rsidRPr="00AC6F00">
        <w:rPr>
          <w:rFonts w:ascii="Times New Roman" w:hAnsi="Times New Roman" w:cs="Times New Roman"/>
          <w:b/>
          <w:color w:val="1F4E78"/>
          <w:sz w:val="20"/>
          <w:szCs w:val="20"/>
        </w:rPr>
        <w:t>.21/e</w:t>
      </w:r>
    </w:p>
    <w:tbl>
      <w:tblPr>
        <w:tblStyle w:val="TabloKlavuzu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730"/>
        <w:gridCol w:w="8228"/>
        <w:gridCol w:w="1304"/>
      </w:tblGrid>
      <w:tr w:rsidR="00267318" w:rsidRPr="00AC6F00" w14:paraId="533F8761" w14:textId="77777777" w:rsidTr="00267318">
        <w:trPr>
          <w:trHeight w:val="676"/>
          <w:tblHeader/>
          <w:jc w:val="center"/>
        </w:trPr>
        <w:tc>
          <w:tcPr>
            <w:tcW w:w="730" w:type="dxa"/>
            <w:shd w:val="clear" w:color="auto" w:fill="1F4E78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72ECA101" w14:textId="77777777" w:rsidR="00267318" w:rsidRPr="00AC6F00" w:rsidRDefault="00267318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C6F00">
              <w:rPr>
                <w:rFonts w:ascii="Times New Roman" w:hAnsi="Times New Roman" w:cs="Times New Roman"/>
                <w:b/>
                <w:color w:val="FFFFFF"/>
                <w:sz w:val="20"/>
                <w:szCs w:val="20"/>
              </w:rPr>
              <w:t>No</w:t>
            </w:r>
          </w:p>
        </w:tc>
        <w:tc>
          <w:tcPr>
            <w:tcW w:w="8228" w:type="dxa"/>
            <w:shd w:val="clear" w:color="auto" w:fill="1F4E78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7AE9A68F" w14:textId="77777777" w:rsidR="00267318" w:rsidRPr="00AC6F00" w:rsidRDefault="00267318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C6F00">
              <w:rPr>
                <w:rFonts w:ascii="Times New Roman" w:hAnsi="Times New Roman" w:cs="Times New Roman"/>
                <w:b/>
                <w:color w:val="FFFFFF"/>
                <w:sz w:val="20"/>
                <w:szCs w:val="20"/>
              </w:rPr>
              <w:t>Objektif alt ölçüt</w:t>
            </w:r>
          </w:p>
        </w:tc>
        <w:tc>
          <w:tcPr>
            <w:tcW w:w="1304" w:type="dxa"/>
            <w:shd w:val="clear" w:color="auto" w:fill="1F4E78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70A7BE3F" w14:textId="77777777" w:rsidR="00267318" w:rsidRPr="00AC6F00" w:rsidRDefault="00267318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C6F00">
              <w:rPr>
                <w:rFonts w:ascii="Times New Roman" w:hAnsi="Times New Roman" w:cs="Times New Roman"/>
                <w:b/>
                <w:color w:val="FFFFFF"/>
                <w:sz w:val="20"/>
                <w:szCs w:val="20"/>
              </w:rPr>
              <w:t>Puan</w:t>
            </w:r>
            <w:r w:rsidRPr="00AC6F00">
              <w:rPr>
                <w:rFonts w:ascii="Times New Roman" w:hAnsi="Times New Roman" w:cs="Times New Roman"/>
                <w:b/>
                <w:color w:val="FFFFFF"/>
                <w:sz w:val="20"/>
                <w:szCs w:val="20"/>
              </w:rPr>
              <w:br/>
              <w:t>0–1–2</w:t>
            </w:r>
          </w:p>
        </w:tc>
      </w:tr>
      <w:tr w:rsidR="00267318" w:rsidRPr="00AC6F00" w14:paraId="2D157561" w14:textId="77777777" w:rsidTr="00267318">
        <w:trPr>
          <w:cantSplit/>
          <w:trHeight w:val="1006"/>
          <w:jc w:val="center"/>
        </w:trPr>
        <w:tc>
          <w:tcPr>
            <w:tcW w:w="730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47396FE0" w14:textId="77777777" w:rsidR="00267318" w:rsidRPr="00AC6F00" w:rsidRDefault="00267318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C6F00">
              <w:rPr>
                <w:rFonts w:ascii="Times New Roman" w:hAnsi="Times New Roman" w:cs="Times New Roman"/>
                <w:b/>
                <w:color w:val="1F1F1F"/>
                <w:sz w:val="20"/>
                <w:szCs w:val="20"/>
              </w:rPr>
              <w:t>6.1</w:t>
            </w:r>
          </w:p>
        </w:tc>
        <w:tc>
          <w:tcPr>
            <w:tcW w:w="8228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0185C3D6" w14:textId="77777777" w:rsidR="00267318" w:rsidRPr="00AC6F00" w:rsidRDefault="00267318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AC6F00">
              <w:rPr>
                <w:rFonts w:ascii="Times New Roman" w:hAnsi="Times New Roman" w:cs="Times New Roman"/>
                <w:color w:val="1F1F1F"/>
                <w:sz w:val="20"/>
                <w:szCs w:val="20"/>
              </w:rPr>
              <w:t>Öğrenci, staj sürecinde karşılaştığı güçlükleri veya dikkat gerektiren mesleki durumları somut biçimde açıklamıştır; hiç güçlük yaşanmamışsa bunu belirtip süreçte dikkat gerektiren noktaları değerlendirmiştir.</w:t>
            </w:r>
          </w:p>
        </w:tc>
        <w:tc>
          <w:tcPr>
            <w:tcW w:w="1304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03B6ABF5" w14:textId="77777777" w:rsidR="00267318" w:rsidRPr="00AC6F00" w:rsidRDefault="00267318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67318" w:rsidRPr="00AC6F00" w14:paraId="0F03FB53" w14:textId="77777777" w:rsidTr="00267318">
        <w:trPr>
          <w:cantSplit/>
          <w:trHeight w:val="653"/>
          <w:jc w:val="center"/>
        </w:trPr>
        <w:tc>
          <w:tcPr>
            <w:tcW w:w="730" w:type="dxa"/>
            <w:shd w:val="clear" w:color="auto" w:fill="F4F7F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2B44E170" w14:textId="77777777" w:rsidR="00267318" w:rsidRPr="00AC6F00" w:rsidRDefault="00267318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C6F00">
              <w:rPr>
                <w:rFonts w:ascii="Times New Roman" w:hAnsi="Times New Roman" w:cs="Times New Roman"/>
                <w:b/>
                <w:color w:val="1F1F1F"/>
                <w:sz w:val="20"/>
                <w:szCs w:val="20"/>
              </w:rPr>
              <w:t>6.2</w:t>
            </w:r>
          </w:p>
        </w:tc>
        <w:tc>
          <w:tcPr>
            <w:tcW w:w="8228" w:type="dxa"/>
            <w:shd w:val="clear" w:color="auto" w:fill="F4F7F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0C895185" w14:textId="77777777" w:rsidR="00267318" w:rsidRPr="00AC6F00" w:rsidRDefault="00267318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AC6F00">
              <w:rPr>
                <w:rFonts w:ascii="Times New Roman" w:hAnsi="Times New Roman" w:cs="Times New Roman"/>
                <w:color w:val="1F1F1F"/>
                <w:sz w:val="20"/>
                <w:szCs w:val="20"/>
              </w:rPr>
              <w:t>Açıklanan zorluk veya dikkat noktası, ilgili iş/süreç ile gerçekçi biçimde ilişkilendirilmiştir.</w:t>
            </w:r>
          </w:p>
        </w:tc>
        <w:tc>
          <w:tcPr>
            <w:tcW w:w="1304" w:type="dxa"/>
            <w:shd w:val="clear" w:color="auto" w:fill="F4F7F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0B0907E7" w14:textId="77777777" w:rsidR="00267318" w:rsidRPr="00AC6F00" w:rsidRDefault="00267318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67318" w:rsidRPr="00AC6F00" w14:paraId="02BDBB81" w14:textId="77777777" w:rsidTr="00267318">
        <w:trPr>
          <w:cantSplit/>
          <w:trHeight w:val="676"/>
          <w:jc w:val="center"/>
        </w:trPr>
        <w:tc>
          <w:tcPr>
            <w:tcW w:w="730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26CD4AFD" w14:textId="77777777" w:rsidR="00267318" w:rsidRPr="00AC6F00" w:rsidRDefault="00267318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C6F00">
              <w:rPr>
                <w:rFonts w:ascii="Times New Roman" w:hAnsi="Times New Roman" w:cs="Times New Roman"/>
                <w:b/>
                <w:color w:val="1F1F1F"/>
                <w:sz w:val="20"/>
                <w:szCs w:val="20"/>
              </w:rPr>
              <w:t>6.3</w:t>
            </w:r>
          </w:p>
        </w:tc>
        <w:tc>
          <w:tcPr>
            <w:tcW w:w="8228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2CC2895A" w14:textId="77777777" w:rsidR="00267318" w:rsidRPr="00AC6F00" w:rsidRDefault="00267318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AC6F00">
              <w:rPr>
                <w:rFonts w:ascii="Times New Roman" w:hAnsi="Times New Roman" w:cs="Times New Roman"/>
                <w:color w:val="1F1F1F"/>
                <w:sz w:val="20"/>
                <w:szCs w:val="20"/>
              </w:rPr>
              <w:t>Öğrenci, sorunun çözümünde izlenen yöntemi, yetkili personele başvuru biçimini veya uygun çözüm yolunu açıklamıştır.</w:t>
            </w:r>
          </w:p>
        </w:tc>
        <w:tc>
          <w:tcPr>
            <w:tcW w:w="1304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3E1C1970" w14:textId="77777777" w:rsidR="00267318" w:rsidRPr="00AC6F00" w:rsidRDefault="00267318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67318" w:rsidRPr="00AC6F00" w14:paraId="5CFAA91A" w14:textId="77777777" w:rsidTr="00267318">
        <w:trPr>
          <w:cantSplit/>
          <w:trHeight w:val="653"/>
          <w:jc w:val="center"/>
        </w:trPr>
        <w:tc>
          <w:tcPr>
            <w:tcW w:w="730" w:type="dxa"/>
            <w:shd w:val="clear" w:color="auto" w:fill="F4F7F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43CF0799" w14:textId="77777777" w:rsidR="00267318" w:rsidRPr="00AC6F00" w:rsidRDefault="00267318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C6F00">
              <w:rPr>
                <w:rFonts w:ascii="Times New Roman" w:hAnsi="Times New Roman" w:cs="Times New Roman"/>
                <w:b/>
                <w:color w:val="1F1F1F"/>
                <w:sz w:val="20"/>
                <w:szCs w:val="20"/>
              </w:rPr>
              <w:t>6.4</w:t>
            </w:r>
          </w:p>
        </w:tc>
        <w:tc>
          <w:tcPr>
            <w:tcW w:w="8228" w:type="dxa"/>
            <w:shd w:val="clear" w:color="auto" w:fill="F4F7F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78635A36" w14:textId="77777777" w:rsidR="00267318" w:rsidRPr="00AC6F00" w:rsidRDefault="00267318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AC6F00">
              <w:rPr>
                <w:rFonts w:ascii="Times New Roman" w:hAnsi="Times New Roman" w:cs="Times New Roman"/>
                <w:color w:val="1F1F1F"/>
                <w:sz w:val="20"/>
                <w:szCs w:val="20"/>
              </w:rPr>
              <w:t>Öğrencinin kendi çözüm önerisi varsa görev ve yetki sınırlarını aşmadan uygulanabilir ve mesleki bağlama uygundur.</w:t>
            </w:r>
          </w:p>
        </w:tc>
        <w:tc>
          <w:tcPr>
            <w:tcW w:w="1304" w:type="dxa"/>
            <w:shd w:val="clear" w:color="auto" w:fill="F4F7F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1688D476" w14:textId="77777777" w:rsidR="00267318" w:rsidRPr="00AC6F00" w:rsidRDefault="00267318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67318" w:rsidRPr="00AC6F00" w14:paraId="123734DF" w14:textId="77777777" w:rsidTr="00267318">
        <w:trPr>
          <w:cantSplit/>
          <w:trHeight w:val="676"/>
          <w:jc w:val="center"/>
        </w:trPr>
        <w:tc>
          <w:tcPr>
            <w:tcW w:w="730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17362363" w14:textId="77777777" w:rsidR="00267318" w:rsidRPr="00AC6F00" w:rsidRDefault="00267318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C6F00">
              <w:rPr>
                <w:rFonts w:ascii="Times New Roman" w:hAnsi="Times New Roman" w:cs="Times New Roman"/>
                <w:b/>
                <w:color w:val="1F1F1F"/>
                <w:sz w:val="20"/>
                <w:szCs w:val="20"/>
              </w:rPr>
              <w:t>6.5</w:t>
            </w:r>
          </w:p>
        </w:tc>
        <w:tc>
          <w:tcPr>
            <w:tcW w:w="8228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12F857BF" w14:textId="77777777" w:rsidR="00267318" w:rsidRPr="00AC6F00" w:rsidRDefault="00267318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AC6F00">
              <w:rPr>
                <w:rFonts w:ascii="Times New Roman" w:hAnsi="Times New Roman" w:cs="Times New Roman"/>
                <w:color w:val="1F1F1F"/>
                <w:sz w:val="20"/>
                <w:szCs w:val="20"/>
              </w:rPr>
              <w:t>Zorluklardan çıkarılan öğrenme sonucu veya benzer durumda dikkat edilecek husus açıkça belirtilmiştir.</w:t>
            </w:r>
          </w:p>
        </w:tc>
        <w:tc>
          <w:tcPr>
            <w:tcW w:w="1304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5C4AF880" w14:textId="77777777" w:rsidR="00267318" w:rsidRPr="00AC6F00" w:rsidRDefault="00267318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67318" w:rsidRPr="00AC6F00" w14:paraId="6FF53881" w14:textId="77777777" w:rsidTr="00267318">
        <w:trPr>
          <w:cantSplit/>
          <w:trHeight w:val="395"/>
          <w:jc w:val="center"/>
        </w:trPr>
        <w:tc>
          <w:tcPr>
            <w:tcW w:w="730" w:type="dxa"/>
            <w:shd w:val="clear" w:color="auto" w:fill="D9EAF7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6AF405B5" w14:textId="77777777" w:rsidR="00267318" w:rsidRPr="00AC6F00" w:rsidRDefault="00267318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228" w:type="dxa"/>
            <w:shd w:val="clear" w:color="auto" w:fill="D9EAF7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2E8BE186" w14:textId="77777777" w:rsidR="00267318" w:rsidRPr="00AC6F00" w:rsidRDefault="00267318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AC6F00">
              <w:rPr>
                <w:rFonts w:ascii="Times New Roman" w:hAnsi="Times New Roman" w:cs="Times New Roman"/>
                <w:b/>
                <w:color w:val="1F1F1F"/>
                <w:sz w:val="20"/>
                <w:szCs w:val="20"/>
              </w:rPr>
              <w:t>KRİTER TOPLAMI</w:t>
            </w:r>
          </w:p>
        </w:tc>
        <w:tc>
          <w:tcPr>
            <w:tcW w:w="1304" w:type="dxa"/>
            <w:shd w:val="clear" w:color="auto" w:fill="D9EAF7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47579364" w14:textId="40C5D1C5" w:rsidR="00267318" w:rsidRPr="00AC6F00" w:rsidRDefault="00267318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14:paraId="79BAF49C" w14:textId="77777777" w:rsidR="00143A96" w:rsidRPr="00AC6F00" w:rsidRDefault="00590CAF">
      <w:pPr>
        <w:rPr>
          <w:rFonts w:ascii="Times New Roman" w:hAnsi="Times New Roman" w:cs="Times New Roman"/>
          <w:sz w:val="20"/>
          <w:szCs w:val="20"/>
        </w:rPr>
      </w:pPr>
      <w:r w:rsidRPr="00AC6F00">
        <w:rPr>
          <w:rFonts w:ascii="Times New Roman" w:hAnsi="Times New Roman" w:cs="Times New Roman"/>
          <w:sz w:val="20"/>
          <w:szCs w:val="20"/>
        </w:rPr>
        <w:br w:type="page"/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0710"/>
      </w:tblGrid>
      <w:tr w:rsidR="00143A96" w:rsidRPr="00AC6F00" w14:paraId="034AFA6F" w14:textId="77777777">
        <w:trPr>
          <w:jc w:val="center"/>
        </w:trPr>
        <w:tc>
          <w:tcPr>
            <w:tcW w:w="10710" w:type="dxa"/>
            <w:shd w:val="clear" w:color="auto" w:fill="1F4E78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14470301" w14:textId="77777777" w:rsidR="00143A96" w:rsidRPr="00AC6F00" w:rsidRDefault="00590CAF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AC6F00">
              <w:rPr>
                <w:rFonts w:ascii="Times New Roman" w:hAnsi="Times New Roman" w:cs="Times New Roman"/>
                <w:b/>
                <w:color w:val="FFFFFF"/>
                <w:sz w:val="20"/>
                <w:szCs w:val="20"/>
              </w:rPr>
              <w:lastRenderedPageBreak/>
              <w:t>7. Kurum/Birim İşleyişi ve Görev-Yetki Sınırlarını Anlama  •  Azami 10 Puan</w:t>
            </w:r>
          </w:p>
        </w:tc>
      </w:tr>
    </w:tbl>
    <w:p w14:paraId="6E762939" w14:textId="77777777" w:rsidR="00143A96" w:rsidRPr="00AC6F00" w:rsidRDefault="00143A96">
      <w:pPr>
        <w:spacing w:after="0"/>
        <w:rPr>
          <w:rFonts w:ascii="Times New Roman" w:hAnsi="Times New Roman" w:cs="Times New Roman"/>
          <w:sz w:val="20"/>
          <w:szCs w:val="20"/>
        </w:rPr>
      </w:pPr>
    </w:p>
    <w:p w14:paraId="461852B1" w14:textId="64161073" w:rsidR="00143A96" w:rsidRPr="00AC6F00" w:rsidRDefault="00590CAF">
      <w:pPr>
        <w:rPr>
          <w:rFonts w:ascii="Times New Roman" w:hAnsi="Times New Roman" w:cs="Times New Roman"/>
          <w:sz w:val="20"/>
          <w:szCs w:val="20"/>
        </w:rPr>
      </w:pPr>
      <w:proofErr w:type="spellStart"/>
      <w:r w:rsidRPr="00AC6F00">
        <w:rPr>
          <w:rFonts w:ascii="Times New Roman" w:hAnsi="Times New Roman" w:cs="Times New Roman"/>
          <w:b/>
          <w:color w:val="1F4E78"/>
          <w:sz w:val="20"/>
          <w:szCs w:val="20"/>
        </w:rPr>
        <w:t>Yönerge</w:t>
      </w:r>
      <w:proofErr w:type="spellEnd"/>
      <w:r w:rsidRPr="00AC6F00">
        <w:rPr>
          <w:rFonts w:ascii="Times New Roman" w:hAnsi="Times New Roman" w:cs="Times New Roman"/>
          <w:b/>
          <w:color w:val="1F4E78"/>
          <w:sz w:val="20"/>
          <w:szCs w:val="20"/>
        </w:rPr>
        <w:t xml:space="preserve"> </w:t>
      </w:r>
      <w:proofErr w:type="spellStart"/>
      <w:r w:rsidRPr="00AC6F00">
        <w:rPr>
          <w:rFonts w:ascii="Times New Roman" w:hAnsi="Times New Roman" w:cs="Times New Roman"/>
          <w:b/>
          <w:color w:val="1F4E78"/>
          <w:sz w:val="20"/>
          <w:szCs w:val="20"/>
        </w:rPr>
        <w:t>bağlantısı</w:t>
      </w:r>
      <w:proofErr w:type="spellEnd"/>
      <w:r w:rsidRPr="00AC6F00">
        <w:rPr>
          <w:rFonts w:ascii="Times New Roman" w:hAnsi="Times New Roman" w:cs="Times New Roman"/>
          <w:b/>
          <w:color w:val="1F4E78"/>
          <w:sz w:val="20"/>
          <w:szCs w:val="20"/>
        </w:rPr>
        <w:t>: m</w:t>
      </w:r>
      <w:r w:rsidR="00FF493B" w:rsidRPr="00AC6F00">
        <w:rPr>
          <w:rFonts w:ascii="Times New Roman" w:hAnsi="Times New Roman" w:cs="Times New Roman"/>
          <w:b/>
          <w:color w:val="1F4E78"/>
          <w:sz w:val="20"/>
          <w:szCs w:val="20"/>
        </w:rPr>
        <w:t>d</w:t>
      </w:r>
      <w:r w:rsidRPr="00AC6F00">
        <w:rPr>
          <w:rFonts w:ascii="Times New Roman" w:hAnsi="Times New Roman" w:cs="Times New Roman"/>
          <w:b/>
          <w:color w:val="1F4E78"/>
          <w:sz w:val="20"/>
          <w:szCs w:val="20"/>
        </w:rPr>
        <w:t>.15; m</w:t>
      </w:r>
      <w:r w:rsidR="00FF493B" w:rsidRPr="00AC6F00">
        <w:rPr>
          <w:rFonts w:ascii="Times New Roman" w:hAnsi="Times New Roman" w:cs="Times New Roman"/>
          <w:b/>
          <w:color w:val="1F4E78"/>
          <w:sz w:val="20"/>
          <w:szCs w:val="20"/>
        </w:rPr>
        <w:t>d</w:t>
      </w:r>
      <w:r w:rsidRPr="00AC6F00">
        <w:rPr>
          <w:rFonts w:ascii="Times New Roman" w:hAnsi="Times New Roman" w:cs="Times New Roman"/>
          <w:b/>
          <w:color w:val="1F4E78"/>
          <w:sz w:val="20"/>
          <w:szCs w:val="20"/>
        </w:rPr>
        <w:t>.16; m</w:t>
      </w:r>
      <w:r w:rsidR="00FF493B" w:rsidRPr="00AC6F00">
        <w:rPr>
          <w:rFonts w:ascii="Times New Roman" w:hAnsi="Times New Roman" w:cs="Times New Roman"/>
          <w:b/>
          <w:color w:val="1F4E78"/>
          <w:sz w:val="20"/>
          <w:szCs w:val="20"/>
        </w:rPr>
        <w:t>d</w:t>
      </w:r>
      <w:r w:rsidRPr="00AC6F00">
        <w:rPr>
          <w:rFonts w:ascii="Times New Roman" w:hAnsi="Times New Roman" w:cs="Times New Roman"/>
          <w:b/>
          <w:color w:val="1F4E78"/>
          <w:sz w:val="20"/>
          <w:szCs w:val="20"/>
        </w:rPr>
        <w:t>.21/e</w:t>
      </w:r>
    </w:p>
    <w:tbl>
      <w:tblPr>
        <w:tblStyle w:val="TabloKlavuzu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717"/>
        <w:gridCol w:w="8002"/>
        <w:gridCol w:w="1278"/>
      </w:tblGrid>
      <w:tr w:rsidR="00267318" w:rsidRPr="00AC6F00" w14:paraId="14A3E45B" w14:textId="77777777" w:rsidTr="00267318">
        <w:trPr>
          <w:trHeight w:val="794"/>
          <w:tblHeader/>
          <w:jc w:val="center"/>
        </w:trPr>
        <w:tc>
          <w:tcPr>
            <w:tcW w:w="717" w:type="dxa"/>
            <w:shd w:val="clear" w:color="auto" w:fill="1F4E78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2E2918C2" w14:textId="77777777" w:rsidR="00267318" w:rsidRPr="00AC6F00" w:rsidRDefault="00267318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C6F00">
              <w:rPr>
                <w:rFonts w:ascii="Times New Roman" w:hAnsi="Times New Roman" w:cs="Times New Roman"/>
                <w:b/>
                <w:color w:val="FFFFFF"/>
                <w:sz w:val="20"/>
                <w:szCs w:val="20"/>
              </w:rPr>
              <w:t>No</w:t>
            </w:r>
          </w:p>
        </w:tc>
        <w:tc>
          <w:tcPr>
            <w:tcW w:w="8002" w:type="dxa"/>
            <w:shd w:val="clear" w:color="auto" w:fill="1F4E78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79A796C0" w14:textId="77777777" w:rsidR="00267318" w:rsidRPr="00AC6F00" w:rsidRDefault="00267318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C6F00">
              <w:rPr>
                <w:rFonts w:ascii="Times New Roman" w:hAnsi="Times New Roman" w:cs="Times New Roman"/>
                <w:b/>
                <w:color w:val="FFFFFF"/>
                <w:sz w:val="20"/>
                <w:szCs w:val="20"/>
              </w:rPr>
              <w:t>Objektif alt ölçüt</w:t>
            </w:r>
          </w:p>
        </w:tc>
        <w:tc>
          <w:tcPr>
            <w:tcW w:w="1278" w:type="dxa"/>
            <w:shd w:val="clear" w:color="auto" w:fill="1F4E78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2D4F4082" w14:textId="77777777" w:rsidR="00267318" w:rsidRPr="00AC6F00" w:rsidRDefault="00267318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C6F00">
              <w:rPr>
                <w:rFonts w:ascii="Times New Roman" w:hAnsi="Times New Roman" w:cs="Times New Roman"/>
                <w:b/>
                <w:color w:val="FFFFFF"/>
                <w:sz w:val="20"/>
                <w:szCs w:val="20"/>
              </w:rPr>
              <w:t>Puan</w:t>
            </w:r>
            <w:r w:rsidRPr="00AC6F00">
              <w:rPr>
                <w:rFonts w:ascii="Times New Roman" w:hAnsi="Times New Roman" w:cs="Times New Roman"/>
                <w:b/>
                <w:color w:val="FFFFFF"/>
                <w:sz w:val="20"/>
                <w:szCs w:val="20"/>
              </w:rPr>
              <w:br/>
              <w:t>0–1–2</w:t>
            </w:r>
          </w:p>
        </w:tc>
      </w:tr>
      <w:tr w:rsidR="00267318" w:rsidRPr="00AC6F00" w14:paraId="70398DE4" w14:textId="77777777" w:rsidTr="00267318">
        <w:trPr>
          <w:cantSplit/>
          <w:trHeight w:val="768"/>
          <w:jc w:val="center"/>
        </w:trPr>
        <w:tc>
          <w:tcPr>
            <w:tcW w:w="717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6E7C2FED" w14:textId="77777777" w:rsidR="00267318" w:rsidRPr="00AC6F00" w:rsidRDefault="00267318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C6F00">
              <w:rPr>
                <w:rFonts w:ascii="Times New Roman" w:hAnsi="Times New Roman" w:cs="Times New Roman"/>
                <w:b/>
                <w:color w:val="1F1F1F"/>
                <w:sz w:val="20"/>
                <w:szCs w:val="20"/>
              </w:rPr>
              <w:t>7.1</w:t>
            </w:r>
          </w:p>
        </w:tc>
        <w:tc>
          <w:tcPr>
            <w:tcW w:w="8002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2D479222" w14:textId="77777777" w:rsidR="00267318" w:rsidRPr="00AC6F00" w:rsidRDefault="00267318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AC6F00">
              <w:rPr>
                <w:rFonts w:ascii="Times New Roman" w:hAnsi="Times New Roman" w:cs="Times New Roman"/>
                <w:color w:val="1F1F1F"/>
                <w:sz w:val="20"/>
                <w:szCs w:val="20"/>
              </w:rPr>
              <w:t>Staj yapılan kurumun ve öğrencinin bulunduğu birimin temel görevleri doğru ve yeterli düzeyde açıklanmıştır.</w:t>
            </w:r>
          </w:p>
        </w:tc>
        <w:tc>
          <w:tcPr>
            <w:tcW w:w="1278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2DBDDFB8" w14:textId="77777777" w:rsidR="00267318" w:rsidRPr="00AC6F00" w:rsidRDefault="00267318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67318" w:rsidRPr="00AC6F00" w14:paraId="2FDAB78A" w14:textId="77777777" w:rsidTr="00267318">
        <w:trPr>
          <w:cantSplit/>
          <w:trHeight w:val="794"/>
          <w:jc w:val="center"/>
        </w:trPr>
        <w:tc>
          <w:tcPr>
            <w:tcW w:w="717" w:type="dxa"/>
            <w:shd w:val="clear" w:color="auto" w:fill="F4F7F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6B056381" w14:textId="77777777" w:rsidR="00267318" w:rsidRPr="00AC6F00" w:rsidRDefault="00267318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C6F00">
              <w:rPr>
                <w:rFonts w:ascii="Times New Roman" w:hAnsi="Times New Roman" w:cs="Times New Roman"/>
                <w:b/>
                <w:color w:val="1F1F1F"/>
                <w:sz w:val="20"/>
                <w:szCs w:val="20"/>
              </w:rPr>
              <w:t>7.2</w:t>
            </w:r>
          </w:p>
        </w:tc>
        <w:tc>
          <w:tcPr>
            <w:tcW w:w="8002" w:type="dxa"/>
            <w:shd w:val="clear" w:color="auto" w:fill="F4F7F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48C7397C" w14:textId="77777777" w:rsidR="00267318" w:rsidRPr="00AC6F00" w:rsidRDefault="00267318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AC6F00">
              <w:rPr>
                <w:rFonts w:ascii="Times New Roman" w:hAnsi="Times New Roman" w:cs="Times New Roman"/>
                <w:color w:val="1F1F1F"/>
                <w:sz w:val="20"/>
                <w:szCs w:val="20"/>
              </w:rPr>
              <w:t>Birimdeki personelin temel görev ve sorumlulukları, öğrencinin gözlemleyebildiği ölçüde birbirinden doğru biçimde ayrılmıştır.</w:t>
            </w:r>
          </w:p>
        </w:tc>
        <w:tc>
          <w:tcPr>
            <w:tcW w:w="1278" w:type="dxa"/>
            <w:shd w:val="clear" w:color="auto" w:fill="F4F7F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1DF519FF" w14:textId="77777777" w:rsidR="00267318" w:rsidRPr="00AC6F00" w:rsidRDefault="00267318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67318" w:rsidRPr="00AC6F00" w14:paraId="7BD08311" w14:textId="77777777" w:rsidTr="00267318">
        <w:trPr>
          <w:cantSplit/>
          <w:trHeight w:val="768"/>
          <w:jc w:val="center"/>
        </w:trPr>
        <w:tc>
          <w:tcPr>
            <w:tcW w:w="717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74BFEC44" w14:textId="77777777" w:rsidR="00267318" w:rsidRPr="00AC6F00" w:rsidRDefault="00267318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C6F00">
              <w:rPr>
                <w:rFonts w:ascii="Times New Roman" w:hAnsi="Times New Roman" w:cs="Times New Roman"/>
                <w:b/>
                <w:color w:val="1F1F1F"/>
                <w:sz w:val="20"/>
                <w:szCs w:val="20"/>
              </w:rPr>
              <w:t>7.3</w:t>
            </w:r>
          </w:p>
        </w:tc>
        <w:tc>
          <w:tcPr>
            <w:tcW w:w="8002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01D7E352" w14:textId="77777777" w:rsidR="00267318" w:rsidRPr="00AC6F00" w:rsidRDefault="00267318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AC6F00">
              <w:rPr>
                <w:rFonts w:ascii="Times New Roman" w:hAnsi="Times New Roman" w:cs="Times New Roman"/>
                <w:color w:val="1F1F1F"/>
                <w:sz w:val="20"/>
                <w:szCs w:val="20"/>
              </w:rPr>
              <w:t>Birime gelen iş/evrak/dosyanın temel yönlendirme ve işlem akışı öğrencinin staj yaptığı yerin niteliğine uygun biçimde açıklanmıştır.</w:t>
            </w:r>
          </w:p>
        </w:tc>
        <w:tc>
          <w:tcPr>
            <w:tcW w:w="1278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52386295" w14:textId="77777777" w:rsidR="00267318" w:rsidRPr="00AC6F00" w:rsidRDefault="00267318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67318" w:rsidRPr="00AC6F00" w14:paraId="2DEDD5B0" w14:textId="77777777" w:rsidTr="00267318">
        <w:trPr>
          <w:cantSplit/>
          <w:trHeight w:val="794"/>
          <w:jc w:val="center"/>
        </w:trPr>
        <w:tc>
          <w:tcPr>
            <w:tcW w:w="717" w:type="dxa"/>
            <w:shd w:val="clear" w:color="auto" w:fill="F4F7F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09412960" w14:textId="77777777" w:rsidR="00267318" w:rsidRPr="00AC6F00" w:rsidRDefault="00267318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C6F00">
              <w:rPr>
                <w:rFonts w:ascii="Times New Roman" w:hAnsi="Times New Roman" w:cs="Times New Roman"/>
                <w:b/>
                <w:color w:val="1F1F1F"/>
                <w:sz w:val="20"/>
                <w:szCs w:val="20"/>
              </w:rPr>
              <w:t>7.4</w:t>
            </w:r>
          </w:p>
        </w:tc>
        <w:tc>
          <w:tcPr>
            <w:tcW w:w="8002" w:type="dxa"/>
            <w:shd w:val="clear" w:color="auto" w:fill="F4F7F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23DD07A4" w14:textId="77777777" w:rsidR="00267318" w:rsidRPr="00AC6F00" w:rsidRDefault="00267318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AC6F00">
              <w:rPr>
                <w:rFonts w:ascii="Times New Roman" w:hAnsi="Times New Roman" w:cs="Times New Roman"/>
                <w:color w:val="1F1F1F"/>
                <w:sz w:val="20"/>
                <w:szCs w:val="20"/>
              </w:rPr>
              <w:t>Öğrenci stajyer sıfatıyla kendi rolünü ve yapamayacağı/yetki gerektiren işlemleri doğru biçimde ayırt etmiştir.</w:t>
            </w:r>
          </w:p>
        </w:tc>
        <w:tc>
          <w:tcPr>
            <w:tcW w:w="1278" w:type="dxa"/>
            <w:shd w:val="clear" w:color="auto" w:fill="F4F7F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717AE828" w14:textId="77777777" w:rsidR="00267318" w:rsidRPr="00AC6F00" w:rsidRDefault="00267318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67318" w:rsidRPr="00AC6F00" w14:paraId="1C4C41C7" w14:textId="77777777" w:rsidTr="00267318">
        <w:trPr>
          <w:cantSplit/>
          <w:trHeight w:val="768"/>
          <w:jc w:val="center"/>
        </w:trPr>
        <w:tc>
          <w:tcPr>
            <w:tcW w:w="717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182B9190" w14:textId="77777777" w:rsidR="00267318" w:rsidRPr="00AC6F00" w:rsidRDefault="00267318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C6F00">
              <w:rPr>
                <w:rFonts w:ascii="Times New Roman" w:hAnsi="Times New Roman" w:cs="Times New Roman"/>
                <w:b/>
                <w:color w:val="1F1F1F"/>
                <w:sz w:val="20"/>
                <w:szCs w:val="20"/>
              </w:rPr>
              <w:t>7.5</w:t>
            </w:r>
          </w:p>
        </w:tc>
        <w:tc>
          <w:tcPr>
            <w:tcW w:w="8002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5A7C05DF" w14:textId="77777777" w:rsidR="00267318" w:rsidRPr="00AC6F00" w:rsidRDefault="00267318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AC6F00">
              <w:rPr>
                <w:rFonts w:ascii="Times New Roman" w:hAnsi="Times New Roman" w:cs="Times New Roman"/>
                <w:color w:val="1F1F1F"/>
                <w:sz w:val="20"/>
                <w:szCs w:val="20"/>
              </w:rPr>
              <w:t>İşyerindeki talimat, onay veya sorumlu personele danışma gerektiren durumlara ilişkin doğru mesleki farkındalık gösterilmiştir.</w:t>
            </w:r>
          </w:p>
        </w:tc>
        <w:tc>
          <w:tcPr>
            <w:tcW w:w="1278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62FA1D91" w14:textId="77777777" w:rsidR="00267318" w:rsidRPr="00AC6F00" w:rsidRDefault="00267318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67318" w:rsidRPr="00AC6F00" w14:paraId="2F80D15F" w14:textId="77777777" w:rsidTr="00267318">
        <w:trPr>
          <w:cantSplit/>
          <w:trHeight w:val="466"/>
          <w:jc w:val="center"/>
        </w:trPr>
        <w:tc>
          <w:tcPr>
            <w:tcW w:w="717" w:type="dxa"/>
            <w:shd w:val="clear" w:color="auto" w:fill="D9EAF7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34843DBE" w14:textId="77777777" w:rsidR="00267318" w:rsidRPr="00AC6F00" w:rsidRDefault="00267318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002" w:type="dxa"/>
            <w:shd w:val="clear" w:color="auto" w:fill="D9EAF7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504182AE" w14:textId="77777777" w:rsidR="00267318" w:rsidRPr="00AC6F00" w:rsidRDefault="00267318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AC6F00">
              <w:rPr>
                <w:rFonts w:ascii="Times New Roman" w:hAnsi="Times New Roman" w:cs="Times New Roman"/>
                <w:b/>
                <w:color w:val="1F1F1F"/>
                <w:sz w:val="20"/>
                <w:szCs w:val="20"/>
              </w:rPr>
              <w:t>KRİTER TOPLAMI</w:t>
            </w:r>
          </w:p>
        </w:tc>
        <w:tc>
          <w:tcPr>
            <w:tcW w:w="1278" w:type="dxa"/>
            <w:shd w:val="clear" w:color="auto" w:fill="D9EAF7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7C3F332F" w14:textId="000D3EB3" w:rsidR="00267318" w:rsidRPr="00AC6F00" w:rsidRDefault="00267318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14:paraId="7BECE7B3" w14:textId="77777777" w:rsidR="00143A96" w:rsidRPr="00AC6F00" w:rsidRDefault="00143A96">
      <w:pPr>
        <w:spacing w:after="20"/>
        <w:rPr>
          <w:rFonts w:ascii="Times New Roman" w:hAnsi="Times New Roman" w:cs="Times New Roman"/>
          <w:sz w:val="20"/>
          <w:szCs w:val="20"/>
        </w:rPr>
      </w:pP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0710"/>
      </w:tblGrid>
      <w:tr w:rsidR="00143A96" w:rsidRPr="00AC6F00" w14:paraId="6D0CFEF5" w14:textId="77777777">
        <w:trPr>
          <w:jc w:val="center"/>
        </w:trPr>
        <w:tc>
          <w:tcPr>
            <w:tcW w:w="10710" w:type="dxa"/>
            <w:shd w:val="clear" w:color="auto" w:fill="1F4E78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4A81B517" w14:textId="77777777" w:rsidR="00143A96" w:rsidRPr="00AC6F00" w:rsidRDefault="00590CAF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AC6F00">
              <w:rPr>
                <w:rFonts w:ascii="Times New Roman" w:hAnsi="Times New Roman" w:cs="Times New Roman"/>
                <w:b/>
                <w:color w:val="FFFFFF"/>
                <w:sz w:val="20"/>
                <w:szCs w:val="20"/>
              </w:rPr>
              <w:t>8. Belge, Dosya, Dijital Süreç ve Bilgi Güvenliği Farkındalığı  •  Azami 10 Puan</w:t>
            </w:r>
          </w:p>
        </w:tc>
      </w:tr>
    </w:tbl>
    <w:p w14:paraId="269DE169" w14:textId="77777777" w:rsidR="00143A96" w:rsidRPr="00AC6F00" w:rsidRDefault="00143A96">
      <w:pPr>
        <w:spacing w:after="0"/>
        <w:rPr>
          <w:rFonts w:ascii="Times New Roman" w:hAnsi="Times New Roman" w:cs="Times New Roman"/>
          <w:sz w:val="20"/>
          <w:szCs w:val="20"/>
        </w:rPr>
      </w:pPr>
    </w:p>
    <w:p w14:paraId="11DD3BE9" w14:textId="118CC948" w:rsidR="00143A96" w:rsidRPr="00AC6F00" w:rsidRDefault="00590CAF">
      <w:pPr>
        <w:rPr>
          <w:rFonts w:ascii="Times New Roman" w:hAnsi="Times New Roman" w:cs="Times New Roman"/>
          <w:sz w:val="20"/>
          <w:szCs w:val="20"/>
        </w:rPr>
      </w:pPr>
      <w:proofErr w:type="spellStart"/>
      <w:r w:rsidRPr="00AC6F00">
        <w:rPr>
          <w:rFonts w:ascii="Times New Roman" w:hAnsi="Times New Roman" w:cs="Times New Roman"/>
          <w:b/>
          <w:color w:val="1F4E78"/>
          <w:sz w:val="20"/>
          <w:szCs w:val="20"/>
        </w:rPr>
        <w:t>Yönerge</w:t>
      </w:r>
      <w:proofErr w:type="spellEnd"/>
      <w:r w:rsidRPr="00AC6F00">
        <w:rPr>
          <w:rFonts w:ascii="Times New Roman" w:hAnsi="Times New Roman" w:cs="Times New Roman"/>
          <w:b/>
          <w:color w:val="1F4E78"/>
          <w:sz w:val="20"/>
          <w:szCs w:val="20"/>
        </w:rPr>
        <w:t xml:space="preserve"> </w:t>
      </w:r>
      <w:proofErr w:type="spellStart"/>
      <w:r w:rsidRPr="00AC6F00">
        <w:rPr>
          <w:rFonts w:ascii="Times New Roman" w:hAnsi="Times New Roman" w:cs="Times New Roman"/>
          <w:b/>
          <w:color w:val="1F4E78"/>
          <w:sz w:val="20"/>
          <w:szCs w:val="20"/>
        </w:rPr>
        <w:t>bağlantısı</w:t>
      </w:r>
      <w:proofErr w:type="spellEnd"/>
      <w:r w:rsidRPr="00AC6F00">
        <w:rPr>
          <w:rFonts w:ascii="Times New Roman" w:hAnsi="Times New Roman" w:cs="Times New Roman"/>
          <w:b/>
          <w:color w:val="1F4E78"/>
          <w:sz w:val="20"/>
          <w:szCs w:val="20"/>
        </w:rPr>
        <w:t>: m</w:t>
      </w:r>
      <w:r w:rsidR="00FF493B" w:rsidRPr="00AC6F00">
        <w:rPr>
          <w:rFonts w:ascii="Times New Roman" w:hAnsi="Times New Roman" w:cs="Times New Roman"/>
          <w:b/>
          <w:color w:val="1F4E78"/>
          <w:sz w:val="20"/>
          <w:szCs w:val="20"/>
        </w:rPr>
        <w:t>d</w:t>
      </w:r>
      <w:r w:rsidRPr="00AC6F00">
        <w:rPr>
          <w:rFonts w:ascii="Times New Roman" w:hAnsi="Times New Roman" w:cs="Times New Roman"/>
          <w:b/>
          <w:color w:val="1F4E78"/>
          <w:sz w:val="20"/>
          <w:szCs w:val="20"/>
        </w:rPr>
        <w:t>.16; m</w:t>
      </w:r>
      <w:r w:rsidR="00FF493B" w:rsidRPr="00AC6F00">
        <w:rPr>
          <w:rFonts w:ascii="Times New Roman" w:hAnsi="Times New Roman" w:cs="Times New Roman"/>
          <w:b/>
          <w:color w:val="1F4E78"/>
          <w:sz w:val="20"/>
          <w:szCs w:val="20"/>
        </w:rPr>
        <w:t>d</w:t>
      </w:r>
      <w:r w:rsidRPr="00AC6F00">
        <w:rPr>
          <w:rFonts w:ascii="Times New Roman" w:hAnsi="Times New Roman" w:cs="Times New Roman"/>
          <w:b/>
          <w:color w:val="1F4E78"/>
          <w:sz w:val="20"/>
          <w:szCs w:val="20"/>
        </w:rPr>
        <w:t>.21/e</w:t>
      </w:r>
    </w:p>
    <w:tbl>
      <w:tblPr>
        <w:tblStyle w:val="TabloKlavuzu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721"/>
        <w:gridCol w:w="8056"/>
        <w:gridCol w:w="1287"/>
      </w:tblGrid>
      <w:tr w:rsidR="00267318" w:rsidRPr="00AC6F00" w14:paraId="26BBA2E2" w14:textId="77777777" w:rsidTr="00387DAA">
        <w:trPr>
          <w:trHeight w:val="696"/>
          <w:tblHeader/>
          <w:jc w:val="center"/>
        </w:trPr>
        <w:tc>
          <w:tcPr>
            <w:tcW w:w="721" w:type="dxa"/>
            <w:shd w:val="clear" w:color="auto" w:fill="1F4E78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6F50070C" w14:textId="77777777" w:rsidR="00267318" w:rsidRPr="00AC6F00" w:rsidRDefault="00267318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C6F00">
              <w:rPr>
                <w:rFonts w:ascii="Times New Roman" w:hAnsi="Times New Roman" w:cs="Times New Roman"/>
                <w:b/>
                <w:color w:val="FFFFFF"/>
                <w:sz w:val="20"/>
                <w:szCs w:val="20"/>
              </w:rPr>
              <w:t>No</w:t>
            </w:r>
          </w:p>
        </w:tc>
        <w:tc>
          <w:tcPr>
            <w:tcW w:w="8056" w:type="dxa"/>
            <w:shd w:val="clear" w:color="auto" w:fill="1F4E78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6C2B5A68" w14:textId="77777777" w:rsidR="00267318" w:rsidRPr="00AC6F00" w:rsidRDefault="00267318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C6F00">
              <w:rPr>
                <w:rFonts w:ascii="Times New Roman" w:hAnsi="Times New Roman" w:cs="Times New Roman"/>
                <w:b/>
                <w:color w:val="FFFFFF"/>
                <w:sz w:val="20"/>
                <w:szCs w:val="20"/>
              </w:rPr>
              <w:t>Objektif alt ölçüt</w:t>
            </w:r>
          </w:p>
        </w:tc>
        <w:tc>
          <w:tcPr>
            <w:tcW w:w="1287" w:type="dxa"/>
            <w:shd w:val="clear" w:color="auto" w:fill="1F4E78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56383C25" w14:textId="77777777" w:rsidR="00267318" w:rsidRPr="00AC6F00" w:rsidRDefault="00267318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C6F00">
              <w:rPr>
                <w:rFonts w:ascii="Times New Roman" w:hAnsi="Times New Roman" w:cs="Times New Roman"/>
                <w:b/>
                <w:color w:val="FFFFFF"/>
                <w:sz w:val="20"/>
                <w:szCs w:val="20"/>
              </w:rPr>
              <w:t>Puan</w:t>
            </w:r>
            <w:r w:rsidRPr="00AC6F00">
              <w:rPr>
                <w:rFonts w:ascii="Times New Roman" w:hAnsi="Times New Roman" w:cs="Times New Roman"/>
                <w:b/>
                <w:color w:val="FFFFFF"/>
                <w:sz w:val="20"/>
                <w:szCs w:val="20"/>
              </w:rPr>
              <w:br/>
              <w:t>0–1–2</w:t>
            </w:r>
          </w:p>
        </w:tc>
      </w:tr>
      <w:tr w:rsidR="00267318" w:rsidRPr="00AC6F00" w14:paraId="4C2CDF62" w14:textId="77777777" w:rsidTr="00387DAA">
        <w:trPr>
          <w:cantSplit/>
          <w:trHeight w:val="671"/>
          <w:jc w:val="center"/>
        </w:trPr>
        <w:tc>
          <w:tcPr>
            <w:tcW w:w="721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07646D61" w14:textId="77777777" w:rsidR="00267318" w:rsidRPr="00AC6F00" w:rsidRDefault="00267318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C6F00">
              <w:rPr>
                <w:rFonts w:ascii="Times New Roman" w:hAnsi="Times New Roman" w:cs="Times New Roman"/>
                <w:b/>
                <w:color w:val="1F1F1F"/>
                <w:sz w:val="20"/>
                <w:szCs w:val="20"/>
              </w:rPr>
              <w:t>8.1</w:t>
            </w:r>
          </w:p>
        </w:tc>
        <w:tc>
          <w:tcPr>
            <w:tcW w:w="8056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32C4DB56" w14:textId="77777777" w:rsidR="00267318" w:rsidRPr="00AC6F00" w:rsidRDefault="00267318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AC6F00">
              <w:rPr>
                <w:rFonts w:ascii="Times New Roman" w:hAnsi="Times New Roman" w:cs="Times New Roman"/>
                <w:color w:val="1F1F1F"/>
                <w:sz w:val="20"/>
                <w:szCs w:val="20"/>
              </w:rPr>
              <w:t>Staj yerinde karşılaşılan belge veya dosya türleri, işlevleriyle birlikte doğru biçimde adlandırılmıştır.</w:t>
            </w:r>
          </w:p>
        </w:tc>
        <w:tc>
          <w:tcPr>
            <w:tcW w:w="1287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451F3574" w14:textId="77777777" w:rsidR="00267318" w:rsidRPr="00AC6F00" w:rsidRDefault="00267318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67318" w:rsidRPr="00AC6F00" w14:paraId="7744513D" w14:textId="77777777" w:rsidTr="00387DAA">
        <w:trPr>
          <w:cantSplit/>
          <w:trHeight w:val="696"/>
          <w:jc w:val="center"/>
        </w:trPr>
        <w:tc>
          <w:tcPr>
            <w:tcW w:w="721" w:type="dxa"/>
            <w:shd w:val="clear" w:color="auto" w:fill="F4F7F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708282C6" w14:textId="77777777" w:rsidR="00267318" w:rsidRPr="00AC6F00" w:rsidRDefault="00267318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C6F00">
              <w:rPr>
                <w:rFonts w:ascii="Times New Roman" w:hAnsi="Times New Roman" w:cs="Times New Roman"/>
                <w:b/>
                <w:color w:val="1F1F1F"/>
                <w:sz w:val="20"/>
                <w:szCs w:val="20"/>
              </w:rPr>
              <w:t>8.2</w:t>
            </w:r>
          </w:p>
        </w:tc>
        <w:tc>
          <w:tcPr>
            <w:tcW w:w="8056" w:type="dxa"/>
            <w:shd w:val="clear" w:color="auto" w:fill="F4F7F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59DFCD68" w14:textId="77777777" w:rsidR="00267318" w:rsidRPr="00AC6F00" w:rsidRDefault="00267318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AC6F00">
              <w:rPr>
                <w:rFonts w:ascii="Times New Roman" w:hAnsi="Times New Roman" w:cs="Times New Roman"/>
                <w:color w:val="1F1F1F"/>
                <w:sz w:val="20"/>
                <w:szCs w:val="20"/>
              </w:rPr>
              <w:t>Dosyalama, kayıt, saklama, yönlendirme veya arşivleme süreçlerinden gözlemlenenler doğru ve anlaşılır biçimde açıklanmıştır.</w:t>
            </w:r>
          </w:p>
        </w:tc>
        <w:tc>
          <w:tcPr>
            <w:tcW w:w="1287" w:type="dxa"/>
            <w:shd w:val="clear" w:color="auto" w:fill="F4F7F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79D7E2C6" w14:textId="77777777" w:rsidR="00267318" w:rsidRPr="00AC6F00" w:rsidRDefault="00267318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67318" w:rsidRPr="00AC6F00" w14:paraId="67C143DA" w14:textId="77777777" w:rsidTr="00387DAA">
        <w:trPr>
          <w:cantSplit/>
          <w:trHeight w:val="1031"/>
          <w:jc w:val="center"/>
        </w:trPr>
        <w:tc>
          <w:tcPr>
            <w:tcW w:w="721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12ED8EE5" w14:textId="77777777" w:rsidR="00267318" w:rsidRPr="00AC6F00" w:rsidRDefault="00267318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C6F00">
              <w:rPr>
                <w:rFonts w:ascii="Times New Roman" w:hAnsi="Times New Roman" w:cs="Times New Roman"/>
                <w:b/>
                <w:color w:val="1F1F1F"/>
                <w:sz w:val="20"/>
                <w:szCs w:val="20"/>
              </w:rPr>
              <w:t>8.3</w:t>
            </w:r>
          </w:p>
        </w:tc>
        <w:tc>
          <w:tcPr>
            <w:tcW w:w="8056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3E8F92E0" w14:textId="77777777" w:rsidR="00267318" w:rsidRPr="00AC6F00" w:rsidRDefault="00267318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AC6F00">
              <w:rPr>
                <w:rFonts w:ascii="Times New Roman" w:hAnsi="Times New Roman" w:cs="Times New Roman"/>
                <w:color w:val="1F1F1F"/>
                <w:sz w:val="20"/>
                <w:szCs w:val="20"/>
              </w:rPr>
              <w:t>UYAP veya başka bir kurumsal/dijital sistem kullanılmış ya da gözlemlenmişse, öğrencinin erişim düzeyi içinde sistemin temel amacı ve süreçteki yeri doğru açıklanmıştır; erişim verilmemiş olması öğrenci aleyhine değerlendirilmemiştir.</w:t>
            </w:r>
          </w:p>
        </w:tc>
        <w:tc>
          <w:tcPr>
            <w:tcW w:w="1287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2502713F" w14:textId="77777777" w:rsidR="00267318" w:rsidRPr="00AC6F00" w:rsidRDefault="00267318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67318" w:rsidRPr="00AC6F00" w14:paraId="621DCAC6" w14:textId="77777777" w:rsidTr="00387DAA">
        <w:trPr>
          <w:cantSplit/>
          <w:trHeight w:val="671"/>
          <w:jc w:val="center"/>
        </w:trPr>
        <w:tc>
          <w:tcPr>
            <w:tcW w:w="721" w:type="dxa"/>
            <w:shd w:val="clear" w:color="auto" w:fill="F4F7F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7C54E2ED" w14:textId="77777777" w:rsidR="00267318" w:rsidRPr="00AC6F00" w:rsidRDefault="00267318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C6F00">
              <w:rPr>
                <w:rFonts w:ascii="Times New Roman" w:hAnsi="Times New Roman" w:cs="Times New Roman"/>
                <w:b/>
                <w:color w:val="1F1F1F"/>
                <w:sz w:val="20"/>
                <w:szCs w:val="20"/>
              </w:rPr>
              <w:t>8.4</w:t>
            </w:r>
          </w:p>
        </w:tc>
        <w:tc>
          <w:tcPr>
            <w:tcW w:w="8056" w:type="dxa"/>
            <w:shd w:val="clear" w:color="auto" w:fill="F4F7F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5F928B0B" w14:textId="77777777" w:rsidR="00267318" w:rsidRPr="00AC6F00" w:rsidRDefault="00267318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AC6F00">
              <w:rPr>
                <w:rFonts w:ascii="Times New Roman" w:hAnsi="Times New Roman" w:cs="Times New Roman"/>
                <w:color w:val="1F1F1F"/>
                <w:sz w:val="20"/>
                <w:szCs w:val="20"/>
              </w:rPr>
              <w:t>Kullanıcı yetkisi, şifre/hesap güvenliği, belge güvenliği veya kurum içi bilgiye erişim sınırları konusunda doğru farkındalık gösterilmiştir.</w:t>
            </w:r>
          </w:p>
        </w:tc>
        <w:tc>
          <w:tcPr>
            <w:tcW w:w="1287" w:type="dxa"/>
            <w:shd w:val="clear" w:color="auto" w:fill="F4F7F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13ED0309" w14:textId="77777777" w:rsidR="00267318" w:rsidRPr="00AC6F00" w:rsidRDefault="00267318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67318" w:rsidRPr="00AC6F00" w14:paraId="3B72F2A8" w14:textId="77777777" w:rsidTr="00387DAA">
        <w:trPr>
          <w:cantSplit/>
          <w:trHeight w:val="1031"/>
          <w:jc w:val="center"/>
        </w:trPr>
        <w:tc>
          <w:tcPr>
            <w:tcW w:w="721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2BF8F123" w14:textId="77777777" w:rsidR="00267318" w:rsidRPr="00AC6F00" w:rsidRDefault="00267318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C6F00">
              <w:rPr>
                <w:rFonts w:ascii="Times New Roman" w:hAnsi="Times New Roman" w:cs="Times New Roman"/>
                <w:b/>
                <w:color w:val="1F1F1F"/>
                <w:sz w:val="20"/>
                <w:szCs w:val="20"/>
              </w:rPr>
              <w:t>8.5</w:t>
            </w:r>
          </w:p>
        </w:tc>
        <w:tc>
          <w:tcPr>
            <w:tcW w:w="8056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08479214" w14:textId="77777777" w:rsidR="00267318" w:rsidRPr="00AC6F00" w:rsidRDefault="00267318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AC6F00">
              <w:rPr>
                <w:rFonts w:ascii="Times New Roman" w:hAnsi="Times New Roman" w:cs="Times New Roman"/>
                <w:color w:val="1F1F1F"/>
                <w:sz w:val="20"/>
                <w:szCs w:val="20"/>
              </w:rPr>
              <w:t>Dosyada gereksiz kişisel/gizli bilgi, yetkisiz ekran görüntüsü veya kurumca paylaşılması yasak içerik bulunmamaktadır; gerektiğinde anonimleştirme yapılmıştır.</w:t>
            </w:r>
          </w:p>
        </w:tc>
        <w:tc>
          <w:tcPr>
            <w:tcW w:w="1287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3CBBABE2" w14:textId="77777777" w:rsidR="00267318" w:rsidRPr="00AC6F00" w:rsidRDefault="00267318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67318" w:rsidRPr="00AC6F00" w14:paraId="18CE4F4C" w14:textId="77777777" w:rsidTr="00387DAA">
        <w:trPr>
          <w:cantSplit/>
          <w:trHeight w:val="406"/>
          <w:jc w:val="center"/>
        </w:trPr>
        <w:tc>
          <w:tcPr>
            <w:tcW w:w="721" w:type="dxa"/>
            <w:shd w:val="clear" w:color="auto" w:fill="D9EAF7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43D3DDB0" w14:textId="77777777" w:rsidR="00267318" w:rsidRPr="00AC6F00" w:rsidRDefault="00267318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056" w:type="dxa"/>
            <w:shd w:val="clear" w:color="auto" w:fill="D9EAF7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31EC8DCB" w14:textId="77777777" w:rsidR="00267318" w:rsidRPr="00AC6F00" w:rsidRDefault="00267318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AC6F00">
              <w:rPr>
                <w:rFonts w:ascii="Times New Roman" w:hAnsi="Times New Roman" w:cs="Times New Roman"/>
                <w:b/>
                <w:color w:val="1F1F1F"/>
                <w:sz w:val="20"/>
                <w:szCs w:val="20"/>
              </w:rPr>
              <w:t>KRİTER TOPLAMI</w:t>
            </w:r>
          </w:p>
        </w:tc>
        <w:tc>
          <w:tcPr>
            <w:tcW w:w="1287" w:type="dxa"/>
            <w:shd w:val="clear" w:color="auto" w:fill="D9EAF7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5B086AF4" w14:textId="384BB22E" w:rsidR="00267318" w:rsidRPr="00AC6F00" w:rsidRDefault="00267318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14:paraId="4258765A" w14:textId="77777777" w:rsidR="00143A96" w:rsidRPr="00AC6F00" w:rsidRDefault="00590CAF">
      <w:pPr>
        <w:rPr>
          <w:rFonts w:ascii="Times New Roman" w:hAnsi="Times New Roman" w:cs="Times New Roman"/>
          <w:sz w:val="20"/>
          <w:szCs w:val="20"/>
        </w:rPr>
      </w:pPr>
      <w:r w:rsidRPr="00AC6F00">
        <w:rPr>
          <w:rFonts w:ascii="Times New Roman" w:hAnsi="Times New Roman" w:cs="Times New Roman"/>
          <w:sz w:val="20"/>
          <w:szCs w:val="20"/>
        </w:rPr>
        <w:br w:type="page"/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0710"/>
      </w:tblGrid>
      <w:tr w:rsidR="00143A96" w:rsidRPr="00AC6F00" w14:paraId="4E7EECA1" w14:textId="77777777">
        <w:trPr>
          <w:jc w:val="center"/>
        </w:trPr>
        <w:tc>
          <w:tcPr>
            <w:tcW w:w="10710" w:type="dxa"/>
            <w:shd w:val="clear" w:color="auto" w:fill="1F4E78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56C13E46" w14:textId="77777777" w:rsidR="00143A96" w:rsidRPr="00AC6F00" w:rsidRDefault="00590CAF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AC6F00">
              <w:rPr>
                <w:rFonts w:ascii="Times New Roman" w:hAnsi="Times New Roman" w:cs="Times New Roman"/>
                <w:b/>
                <w:color w:val="FFFFFF"/>
                <w:sz w:val="20"/>
                <w:szCs w:val="20"/>
              </w:rPr>
              <w:lastRenderedPageBreak/>
              <w:t>9. Mesleki Dil, Hukuki Terminoloji ve Yazılı Anlatım  •  Azami 10 Puan</w:t>
            </w:r>
          </w:p>
        </w:tc>
      </w:tr>
    </w:tbl>
    <w:p w14:paraId="7648B739" w14:textId="77777777" w:rsidR="00143A96" w:rsidRPr="00AC6F00" w:rsidRDefault="00143A96">
      <w:pPr>
        <w:spacing w:after="0"/>
        <w:rPr>
          <w:rFonts w:ascii="Times New Roman" w:hAnsi="Times New Roman" w:cs="Times New Roman"/>
          <w:sz w:val="20"/>
          <w:szCs w:val="20"/>
        </w:rPr>
      </w:pPr>
    </w:p>
    <w:p w14:paraId="5EAA04A2" w14:textId="197EB5A0" w:rsidR="00143A96" w:rsidRPr="00AC6F00" w:rsidRDefault="00590CAF">
      <w:pPr>
        <w:rPr>
          <w:rFonts w:ascii="Times New Roman" w:hAnsi="Times New Roman" w:cs="Times New Roman"/>
          <w:sz w:val="20"/>
          <w:szCs w:val="20"/>
        </w:rPr>
      </w:pPr>
      <w:proofErr w:type="spellStart"/>
      <w:r w:rsidRPr="00AC6F00">
        <w:rPr>
          <w:rFonts w:ascii="Times New Roman" w:hAnsi="Times New Roman" w:cs="Times New Roman"/>
          <w:b/>
          <w:color w:val="1F4E78"/>
          <w:sz w:val="20"/>
          <w:szCs w:val="20"/>
        </w:rPr>
        <w:t>Yönerge</w:t>
      </w:r>
      <w:proofErr w:type="spellEnd"/>
      <w:r w:rsidRPr="00AC6F00">
        <w:rPr>
          <w:rFonts w:ascii="Times New Roman" w:hAnsi="Times New Roman" w:cs="Times New Roman"/>
          <w:b/>
          <w:color w:val="1F4E78"/>
          <w:sz w:val="20"/>
          <w:szCs w:val="20"/>
        </w:rPr>
        <w:t xml:space="preserve"> </w:t>
      </w:r>
      <w:proofErr w:type="spellStart"/>
      <w:r w:rsidRPr="00AC6F00">
        <w:rPr>
          <w:rFonts w:ascii="Times New Roman" w:hAnsi="Times New Roman" w:cs="Times New Roman"/>
          <w:b/>
          <w:color w:val="1F4E78"/>
          <w:sz w:val="20"/>
          <w:szCs w:val="20"/>
        </w:rPr>
        <w:t>bağlantısı</w:t>
      </w:r>
      <w:proofErr w:type="spellEnd"/>
      <w:r w:rsidRPr="00AC6F00">
        <w:rPr>
          <w:rFonts w:ascii="Times New Roman" w:hAnsi="Times New Roman" w:cs="Times New Roman"/>
          <w:b/>
          <w:color w:val="1F4E78"/>
          <w:sz w:val="20"/>
          <w:szCs w:val="20"/>
        </w:rPr>
        <w:t xml:space="preserve">: </w:t>
      </w:r>
      <w:r w:rsidR="00FF493B" w:rsidRPr="00AC6F00">
        <w:rPr>
          <w:rFonts w:ascii="Times New Roman" w:hAnsi="Times New Roman" w:cs="Times New Roman"/>
          <w:b/>
          <w:color w:val="1F4E78"/>
          <w:sz w:val="20"/>
          <w:szCs w:val="20"/>
        </w:rPr>
        <w:t>md.</w:t>
      </w:r>
      <w:r w:rsidRPr="00AC6F00">
        <w:rPr>
          <w:rFonts w:ascii="Times New Roman" w:hAnsi="Times New Roman" w:cs="Times New Roman"/>
          <w:b/>
          <w:color w:val="1F4E78"/>
          <w:sz w:val="20"/>
          <w:szCs w:val="20"/>
        </w:rPr>
        <w:t xml:space="preserve">12/1-e-f; </w:t>
      </w:r>
      <w:r w:rsidR="00FF493B" w:rsidRPr="00AC6F00">
        <w:rPr>
          <w:rFonts w:ascii="Times New Roman" w:hAnsi="Times New Roman" w:cs="Times New Roman"/>
          <w:b/>
          <w:color w:val="1F4E78"/>
          <w:sz w:val="20"/>
          <w:szCs w:val="20"/>
        </w:rPr>
        <w:t>md.</w:t>
      </w:r>
      <w:r w:rsidRPr="00AC6F00">
        <w:rPr>
          <w:rFonts w:ascii="Times New Roman" w:hAnsi="Times New Roman" w:cs="Times New Roman"/>
          <w:b/>
          <w:color w:val="1F4E78"/>
          <w:sz w:val="20"/>
          <w:szCs w:val="20"/>
        </w:rPr>
        <w:t>21/e</w:t>
      </w:r>
    </w:p>
    <w:tbl>
      <w:tblPr>
        <w:tblStyle w:val="TabloKlavuzu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709"/>
        <w:gridCol w:w="7893"/>
        <w:gridCol w:w="1261"/>
      </w:tblGrid>
      <w:tr w:rsidR="00830B33" w:rsidRPr="00AC6F00" w14:paraId="48EFC70A" w14:textId="77777777" w:rsidTr="00830B33">
        <w:trPr>
          <w:trHeight w:val="787"/>
          <w:tblHeader/>
          <w:jc w:val="center"/>
        </w:trPr>
        <w:tc>
          <w:tcPr>
            <w:tcW w:w="709" w:type="dxa"/>
            <w:shd w:val="clear" w:color="auto" w:fill="1F4E78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3B80AFAA" w14:textId="77777777" w:rsidR="00830B33" w:rsidRPr="00AC6F00" w:rsidRDefault="00830B33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C6F00">
              <w:rPr>
                <w:rFonts w:ascii="Times New Roman" w:hAnsi="Times New Roman" w:cs="Times New Roman"/>
                <w:b/>
                <w:color w:val="FFFFFF"/>
                <w:sz w:val="20"/>
                <w:szCs w:val="20"/>
              </w:rPr>
              <w:t>No</w:t>
            </w:r>
          </w:p>
        </w:tc>
        <w:tc>
          <w:tcPr>
            <w:tcW w:w="7893" w:type="dxa"/>
            <w:shd w:val="clear" w:color="auto" w:fill="1F4E78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52DFED6A" w14:textId="77777777" w:rsidR="00830B33" w:rsidRPr="00AC6F00" w:rsidRDefault="00830B33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C6F00">
              <w:rPr>
                <w:rFonts w:ascii="Times New Roman" w:hAnsi="Times New Roman" w:cs="Times New Roman"/>
                <w:b/>
                <w:color w:val="FFFFFF"/>
                <w:sz w:val="20"/>
                <w:szCs w:val="20"/>
              </w:rPr>
              <w:t>Objektif alt ölçüt</w:t>
            </w:r>
          </w:p>
        </w:tc>
        <w:tc>
          <w:tcPr>
            <w:tcW w:w="1261" w:type="dxa"/>
            <w:shd w:val="clear" w:color="auto" w:fill="1F4E78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73A3E17B" w14:textId="77777777" w:rsidR="00830B33" w:rsidRPr="00AC6F00" w:rsidRDefault="00830B33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C6F00">
              <w:rPr>
                <w:rFonts w:ascii="Times New Roman" w:hAnsi="Times New Roman" w:cs="Times New Roman"/>
                <w:b/>
                <w:color w:val="FFFFFF"/>
                <w:sz w:val="20"/>
                <w:szCs w:val="20"/>
              </w:rPr>
              <w:t>Puan</w:t>
            </w:r>
            <w:r w:rsidRPr="00AC6F00">
              <w:rPr>
                <w:rFonts w:ascii="Times New Roman" w:hAnsi="Times New Roman" w:cs="Times New Roman"/>
                <w:b/>
                <w:color w:val="FFFFFF"/>
                <w:sz w:val="20"/>
                <w:szCs w:val="20"/>
              </w:rPr>
              <w:br/>
              <w:t>0–1–2</w:t>
            </w:r>
          </w:p>
        </w:tc>
      </w:tr>
      <w:tr w:rsidR="00830B33" w:rsidRPr="00AC6F00" w14:paraId="5943699E" w14:textId="77777777" w:rsidTr="00830B33">
        <w:trPr>
          <w:cantSplit/>
          <w:trHeight w:val="761"/>
          <w:jc w:val="center"/>
        </w:trPr>
        <w:tc>
          <w:tcPr>
            <w:tcW w:w="709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31B3AF43" w14:textId="77777777" w:rsidR="00830B33" w:rsidRPr="00AC6F00" w:rsidRDefault="00830B33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C6F00">
              <w:rPr>
                <w:rFonts w:ascii="Times New Roman" w:hAnsi="Times New Roman" w:cs="Times New Roman"/>
                <w:b/>
                <w:color w:val="1F1F1F"/>
                <w:sz w:val="20"/>
                <w:szCs w:val="20"/>
              </w:rPr>
              <w:t>9.1</w:t>
            </w:r>
          </w:p>
        </w:tc>
        <w:tc>
          <w:tcPr>
            <w:tcW w:w="7893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55577501" w14:textId="77777777" w:rsidR="00830B33" w:rsidRPr="00AC6F00" w:rsidRDefault="00830B33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AC6F00">
              <w:rPr>
                <w:rFonts w:ascii="Times New Roman" w:hAnsi="Times New Roman" w:cs="Times New Roman"/>
                <w:color w:val="1F1F1F"/>
                <w:sz w:val="20"/>
                <w:szCs w:val="20"/>
              </w:rPr>
              <w:t>Mesleki ve hukuki terimler, öğrencinin öğrenim düzeyine uygun olarak anlamına uygun ve tutarlı biçimde kullanılmıştır.</w:t>
            </w:r>
          </w:p>
        </w:tc>
        <w:tc>
          <w:tcPr>
            <w:tcW w:w="1261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17309523" w14:textId="77777777" w:rsidR="00830B33" w:rsidRPr="00AC6F00" w:rsidRDefault="00830B33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30B33" w:rsidRPr="00AC6F00" w14:paraId="25138038" w14:textId="77777777" w:rsidTr="00830B33">
        <w:trPr>
          <w:cantSplit/>
          <w:trHeight w:val="787"/>
          <w:jc w:val="center"/>
        </w:trPr>
        <w:tc>
          <w:tcPr>
            <w:tcW w:w="709" w:type="dxa"/>
            <w:shd w:val="clear" w:color="auto" w:fill="F4F7F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0A37B78E" w14:textId="77777777" w:rsidR="00830B33" w:rsidRPr="00AC6F00" w:rsidRDefault="00830B33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C6F00">
              <w:rPr>
                <w:rFonts w:ascii="Times New Roman" w:hAnsi="Times New Roman" w:cs="Times New Roman"/>
                <w:b/>
                <w:color w:val="1F1F1F"/>
                <w:sz w:val="20"/>
                <w:szCs w:val="20"/>
              </w:rPr>
              <w:t>9.2</w:t>
            </w:r>
          </w:p>
        </w:tc>
        <w:tc>
          <w:tcPr>
            <w:tcW w:w="7893" w:type="dxa"/>
            <w:shd w:val="clear" w:color="auto" w:fill="F4F7F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16897E4F" w14:textId="77777777" w:rsidR="00830B33" w:rsidRPr="00AC6F00" w:rsidRDefault="00830B33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AC6F00">
              <w:rPr>
                <w:rFonts w:ascii="Times New Roman" w:hAnsi="Times New Roman" w:cs="Times New Roman"/>
                <w:color w:val="1F1F1F"/>
                <w:sz w:val="20"/>
                <w:szCs w:val="20"/>
              </w:rPr>
              <w:t>Kayıtlar açık, anlaşılır ve değerlendiricinin yapılan/gözlenen faaliyeti takip etmesine elverişli biçimde yazılmıştır.</w:t>
            </w:r>
          </w:p>
        </w:tc>
        <w:tc>
          <w:tcPr>
            <w:tcW w:w="1261" w:type="dxa"/>
            <w:shd w:val="clear" w:color="auto" w:fill="F4F7F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33BF4742" w14:textId="77777777" w:rsidR="00830B33" w:rsidRPr="00AC6F00" w:rsidRDefault="00830B33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30B33" w:rsidRPr="00AC6F00" w14:paraId="09964240" w14:textId="77777777" w:rsidTr="00830B33">
        <w:trPr>
          <w:cantSplit/>
          <w:trHeight w:val="761"/>
          <w:jc w:val="center"/>
        </w:trPr>
        <w:tc>
          <w:tcPr>
            <w:tcW w:w="709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782AAC59" w14:textId="77777777" w:rsidR="00830B33" w:rsidRPr="00AC6F00" w:rsidRDefault="00830B33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C6F00">
              <w:rPr>
                <w:rFonts w:ascii="Times New Roman" w:hAnsi="Times New Roman" w:cs="Times New Roman"/>
                <w:b/>
                <w:color w:val="1F1F1F"/>
                <w:sz w:val="20"/>
                <w:szCs w:val="20"/>
              </w:rPr>
              <w:t>9.3</w:t>
            </w:r>
          </w:p>
        </w:tc>
        <w:tc>
          <w:tcPr>
            <w:tcW w:w="7893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1822C187" w14:textId="77777777" w:rsidR="00830B33" w:rsidRPr="00AC6F00" w:rsidRDefault="00830B33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AC6F00">
              <w:rPr>
                <w:rFonts w:ascii="Times New Roman" w:hAnsi="Times New Roman" w:cs="Times New Roman"/>
                <w:color w:val="1F1F1F"/>
                <w:sz w:val="20"/>
                <w:szCs w:val="20"/>
              </w:rPr>
              <w:t>Öğrenci gözlemlediği kurum uygulaması ile kendi yorumu/çıkarımını birbirinden ayırmıştır; doğrulanmamış hususlar kesin bilgi gibi sunulmamıştır.</w:t>
            </w:r>
          </w:p>
        </w:tc>
        <w:tc>
          <w:tcPr>
            <w:tcW w:w="1261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086720CD" w14:textId="77777777" w:rsidR="00830B33" w:rsidRPr="00AC6F00" w:rsidRDefault="00830B33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30B33" w:rsidRPr="00AC6F00" w14:paraId="3279B7B8" w14:textId="77777777" w:rsidTr="00830B33">
        <w:trPr>
          <w:cantSplit/>
          <w:trHeight w:val="787"/>
          <w:jc w:val="center"/>
        </w:trPr>
        <w:tc>
          <w:tcPr>
            <w:tcW w:w="709" w:type="dxa"/>
            <w:shd w:val="clear" w:color="auto" w:fill="F4F7F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647856DB" w14:textId="77777777" w:rsidR="00830B33" w:rsidRPr="00AC6F00" w:rsidRDefault="00830B33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C6F00">
              <w:rPr>
                <w:rFonts w:ascii="Times New Roman" w:hAnsi="Times New Roman" w:cs="Times New Roman"/>
                <w:b/>
                <w:color w:val="1F1F1F"/>
                <w:sz w:val="20"/>
                <w:szCs w:val="20"/>
              </w:rPr>
              <w:t>9.4</w:t>
            </w:r>
          </w:p>
        </w:tc>
        <w:tc>
          <w:tcPr>
            <w:tcW w:w="7893" w:type="dxa"/>
            <w:shd w:val="clear" w:color="auto" w:fill="F4F7F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77A905F1" w14:textId="77777777" w:rsidR="00830B33" w:rsidRPr="00AC6F00" w:rsidRDefault="00830B33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AC6F00">
              <w:rPr>
                <w:rFonts w:ascii="Times New Roman" w:hAnsi="Times New Roman" w:cs="Times New Roman"/>
                <w:color w:val="1F1F1F"/>
                <w:sz w:val="20"/>
                <w:szCs w:val="20"/>
              </w:rPr>
              <w:t>Yazım ve ifade hataları metnin anlamını veya mesleki içeriğin doğruluğunu bozacak yaygınlıkta değildir.</w:t>
            </w:r>
          </w:p>
        </w:tc>
        <w:tc>
          <w:tcPr>
            <w:tcW w:w="1261" w:type="dxa"/>
            <w:shd w:val="clear" w:color="auto" w:fill="F4F7F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2A55EE74" w14:textId="77777777" w:rsidR="00830B33" w:rsidRPr="00AC6F00" w:rsidRDefault="00830B33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30B33" w:rsidRPr="00AC6F00" w14:paraId="7372D6FE" w14:textId="77777777" w:rsidTr="00830B33">
        <w:trPr>
          <w:cantSplit/>
          <w:trHeight w:val="761"/>
          <w:jc w:val="center"/>
        </w:trPr>
        <w:tc>
          <w:tcPr>
            <w:tcW w:w="709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0289D674" w14:textId="77777777" w:rsidR="00830B33" w:rsidRPr="00AC6F00" w:rsidRDefault="00830B33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C6F00">
              <w:rPr>
                <w:rFonts w:ascii="Times New Roman" w:hAnsi="Times New Roman" w:cs="Times New Roman"/>
                <w:b/>
                <w:color w:val="1F1F1F"/>
                <w:sz w:val="20"/>
                <w:szCs w:val="20"/>
              </w:rPr>
              <w:t>9.5</w:t>
            </w:r>
          </w:p>
        </w:tc>
        <w:tc>
          <w:tcPr>
            <w:tcW w:w="7893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7CF4D3FD" w14:textId="77777777" w:rsidR="00830B33" w:rsidRPr="00AC6F00" w:rsidRDefault="00830B33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AC6F00">
              <w:rPr>
                <w:rFonts w:ascii="Times New Roman" w:hAnsi="Times New Roman" w:cs="Times New Roman"/>
                <w:color w:val="1F1F1F"/>
                <w:sz w:val="20"/>
                <w:szCs w:val="20"/>
              </w:rPr>
              <w:t>Kayıtlarda kişiler ve dosyalar gereksiz kimlik bilgileriyle teşhir edilmeden, mesleki ve kurumsal anlatım dili kullanılmıştır.</w:t>
            </w:r>
          </w:p>
        </w:tc>
        <w:tc>
          <w:tcPr>
            <w:tcW w:w="1261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5775856D" w14:textId="77777777" w:rsidR="00830B33" w:rsidRPr="00AC6F00" w:rsidRDefault="00830B33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30B33" w:rsidRPr="00AC6F00" w14:paraId="617E677A" w14:textId="77777777" w:rsidTr="00830B33">
        <w:trPr>
          <w:cantSplit/>
          <w:trHeight w:val="460"/>
          <w:jc w:val="center"/>
        </w:trPr>
        <w:tc>
          <w:tcPr>
            <w:tcW w:w="709" w:type="dxa"/>
            <w:shd w:val="clear" w:color="auto" w:fill="D9EAF7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17AED5F9" w14:textId="77777777" w:rsidR="00830B33" w:rsidRPr="00AC6F00" w:rsidRDefault="00830B33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893" w:type="dxa"/>
            <w:shd w:val="clear" w:color="auto" w:fill="D9EAF7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29536323" w14:textId="77777777" w:rsidR="00830B33" w:rsidRPr="00AC6F00" w:rsidRDefault="00830B33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AC6F00">
              <w:rPr>
                <w:rFonts w:ascii="Times New Roman" w:hAnsi="Times New Roman" w:cs="Times New Roman"/>
                <w:b/>
                <w:color w:val="1F1F1F"/>
                <w:sz w:val="20"/>
                <w:szCs w:val="20"/>
              </w:rPr>
              <w:t>KRİTER TOPLAMI</w:t>
            </w:r>
          </w:p>
        </w:tc>
        <w:tc>
          <w:tcPr>
            <w:tcW w:w="1261" w:type="dxa"/>
            <w:shd w:val="clear" w:color="auto" w:fill="D9EAF7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7F0EF999" w14:textId="4AFF737D" w:rsidR="00830B33" w:rsidRPr="00AC6F00" w:rsidRDefault="00830B33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14:paraId="49548DE9" w14:textId="77777777" w:rsidR="00143A96" w:rsidRPr="00AC6F00" w:rsidRDefault="00143A96">
      <w:pPr>
        <w:spacing w:after="20"/>
        <w:rPr>
          <w:rFonts w:ascii="Times New Roman" w:hAnsi="Times New Roman" w:cs="Times New Roman"/>
          <w:sz w:val="20"/>
          <w:szCs w:val="20"/>
        </w:rPr>
      </w:pP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0710"/>
      </w:tblGrid>
      <w:tr w:rsidR="00143A96" w:rsidRPr="00AC6F00" w14:paraId="42C5C9F9" w14:textId="77777777">
        <w:trPr>
          <w:jc w:val="center"/>
        </w:trPr>
        <w:tc>
          <w:tcPr>
            <w:tcW w:w="10710" w:type="dxa"/>
            <w:shd w:val="clear" w:color="auto" w:fill="1F4E78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4BD4EE46" w14:textId="77777777" w:rsidR="00143A96" w:rsidRPr="00AC6F00" w:rsidRDefault="00590CAF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AC6F00">
              <w:rPr>
                <w:rFonts w:ascii="Times New Roman" w:hAnsi="Times New Roman" w:cs="Times New Roman"/>
                <w:b/>
                <w:color w:val="FFFFFF"/>
                <w:sz w:val="20"/>
                <w:szCs w:val="20"/>
              </w:rPr>
              <w:t>10. Genel Değerlendirme ve Mesleki Gelişim Farkındalığı  •  Azami 10 Puan</w:t>
            </w:r>
          </w:p>
        </w:tc>
      </w:tr>
    </w:tbl>
    <w:p w14:paraId="38E2276E" w14:textId="77777777" w:rsidR="00143A96" w:rsidRPr="00AC6F00" w:rsidRDefault="00143A96">
      <w:pPr>
        <w:spacing w:after="0"/>
        <w:rPr>
          <w:rFonts w:ascii="Times New Roman" w:hAnsi="Times New Roman" w:cs="Times New Roman"/>
          <w:sz w:val="20"/>
          <w:szCs w:val="20"/>
        </w:rPr>
      </w:pPr>
    </w:p>
    <w:p w14:paraId="570F75DC" w14:textId="791EAF05" w:rsidR="00143A96" w:rsidRPr="00AC6F00" w:rsidRDefault="00590CAF">
      <w:pPr>
        <w:rPr>
          <w:rFonts w:ascii="Times New Roman" w:hAnsi="Times New Roman" w:cs="Times New Roman"/>
          <w:sz w:val="20"/>
          <w:szCs w:val="20"/>
        </w:rPr>
      </w:pPr>
      <w:proofErr w:type="spellStart"/>
      <w:r w:rsidRPr="00AC6F00">
        <w:rPr>
          <w:rFonts w:ascii="Times New Roman" w:hAnsi="Times New Roman" w:cs="Times New Roman"/>
          <w:b/>
          <w:color w:val="1F4E78"/>
          <w:sz w:val="20"/>
          <w:szCs w:val="20"/>
        </w:rPr>
        <w:t>Yönerge</w:t>
      </w:r>
      <w:proofErr w:type="spellEnd"/>
      <w:r w:rsidRPr="00AC6F00">
        <w:rPr>
          <w:rFonts w:ascii="Times New Roman" w:hAnsi="Times New Roman" w:cs="Times New Roman"/>
          <w:b/>
          <w:color w:val="1F4E78"/>
          <w:sz w:val="20"/>
          <w:szCs w:val="20"/>
        </w:rPr>
        <w:t xml:space="preserve"> </w:t>
      </w:r>
      <w:proofErr w:type="spellStart"/>
      <w:r w:rsidRPr="00AC6F00">
        <w:rPr>
          <w:rFonts w:ascii="Times New Roman" w:hAnsi="Times New Roman" w:cs="Times New Roman"/>
          <w:b/>
          <w:color w:val="1F4E78"/>
          <w:sz w:val="20"/>
          <w:szCs w:val="20"/>
        </w:rPr>
        <w:t>bağlantısı</w:t>
      </w:r>
      <w:proofErr w:type="spellEnd"/>
      <w:r w:rsidRPr="00AC6F00">
        <w:rPr>
          <w:rFonts w:ascii="Times New Roman" w:hAnsi="Times New Roman" w:cs="Times New Roman"/>
          <w:b/>
          <w:color w:val="1F4E78"/>
          <w:sz w:val="20"/>
          <w:szCs w:val="20"/>
        </w:rPr>
        <w:t xml:space="preserve">: </w:t>
      </w:r>
      <w:r w:rsidR="00FF493B" w:rsidRPr="00AC6F00">
        <w:rPr>
          <w:rFonts w:ascii="Times New Roman" w:hAnsi="Times New Roman" w:cs="Times New Roman"/>
          <w:b/>
          <w:color w:val="1F4E78"/>
          <w:sz w:val="20"/>
          <w:szCs w:val="20"/>
        </w:rPr>
        <w:t>md.</w:t>
      </w:r>
      <w:r w:rsidRPr="00AC6F00">
        <w:rPr>
          <w:rFonts w:ascii="Times New Roman" w:hAnsi="Times New Roman" w:cs="Times New Roman"/>
          <w:b/>
          <w:color w:val="1F4E78"/>
          <w:sz w:val="20"/>
          <w:szCs w:val="20"/>
        </w:rPr>
        <w:t xml:space="preserve">12/1-e-f; </w:t>
      </w:r>
      <w:r w:rsidR="00FF493B" w:rsidRPr="00AC6F00">
        <w:rPr>
          <w:rFonts w:ascii="Times New Roman" w:hAnsi="Times New Roman" w:cs="Times New Roman"/>
          <w:b/>
          <w:color w:val="1F4E78"/>
          <w:sz w:val="20"/>
          <w:szCs w:val="20"/>
        </w:rPr>
        <w:t>md.</w:t>
      </w:r>
      <w:r w:rsidRPr="00AC6F00">
        <w:rPr>
          <w:rFonts w:ascii="Times New Roman" w:hAnsi="Times New Roman" w:cs="Times New Roman"/>
          <w:b/>
          <w:color w:val="1F4E78"/>
          <w:sz w:val="20"/>
          <w:szCs w:val="20"/>
        </w:rPr>
        <w:t>21/e</w:t>
      </w:r>
    </w:p>
    <w:tbl>
      <w:tblPr>
        <w:tblStyle w:val="TabloKlavuzu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704"/>
        <w:gridCol w:w="7827"/>
        <w:gridCol w:w="1250"/>
      </w:tblGrid>
      <w:tr w:rsidR="00830B33" w:rsidRPr="00AC6F00" w14:paraId="27509674" w14:textId="77777777" w:rsidTr="00830B33">
        <w:trPr>
          <w:trHeight w:val="837"/>
          <w:tblHeader/>
          <w:jc w:val="center"/>
        </w:trPr>
        <w:tc>
          <w:tcPr>
            <w:tcW w:w="704" w:type="dxa"/>
            <w:shd w:val="clear" w:color="auto" w:fill="1F4E78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07295D08" w14:textId="77777777" w:rsidR="00830B33" w:rsidRPr="00AC6F00" w:rsidRDefault="00830B33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C6F00">
              <w:rPr>
                <w:rFonts w:ascii="Times New Roman" w:hAnsi="Times New Roman" w:cs="Times New Roman"/>
                <w:b/>
                <w:color w:val="FFFFFF"/>
                <w:sz w:val="20"/>
                <w:szCs w:val="20"/>
              </w:rPr>
              <w:t>No</w:t>
            </w:r>
          </w:p>
        </w:tc>
        <w:tc>
          <w:tcPr>
            <w:tcW w:w="7827" w:type="dxa"/>
            <w:shd w:val="clear" w:color="auto" w:fill="1F4E78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58E2A2CB" w14:textId="77777777" w:rsidR="00830B33" w:rsidRPr="00AC6F00" w:rsidRDefault="00830B33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C6F00">
              <w:rPr>
                <w:rFonts w:ascii="Times New Roman" w:hAnsi="Times New Roman" w:cs="Times New Roman"/>
                <w:b/>
                <w:color w:val="FFFFFF"/>
                <w:sz w:val="20"/>
                <w:szCs w:val="20"/>
              </w:rPr>
              <w:t>Objektif alt ölçüt</w:t>
            </w:r>
          </w:p>
        </w:tc>
        <w:tc>
          <w:tcPr>
            <w:tcW w:w="1250" w:type="dxa"/>
            <w:shd w:val="clear" w:color="auto" w:fill="1F4E78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098C2A01" w14:textId="77777777" w:rsidR="00830B33" w:rsidRPr="00AC6F00" w:rsidRDefault="00830B33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C6F00">
              <w:rPr>
                <w:rFonts w:ascii="Times New Roman" w:hAnsi="Times New Roman" w:cs="Times New Roman"/>
                <w:b/>
                <w:color w:val="FFFFFF"/>
                <w:sz w:val="20"/>
                <w:szCs w:val="20"/>
              </w:rPr>
              <w:t>Puan</w:t>
            </w:r>
            <w:r w:rsidRPr="00AC6F00">
              <w:rPr>
                <w:rFonts w:ascii="Times New Roman" w:hAnsi="Times New Roman" w:cs="Times New Roman"/>
                <w:b/>
                <w:color w:val="FFFFFF"/>
                <w:sz w:val="20"/>
                <w:szCs w:val="20"/>
              </w:rPr>
              <w:br/>
              <w:t>0–1–2</w:t>
            </w:r>
          </w:p>
        </w:tc>
      </w:tr>
      <w:tr w:rsidR="00830B33" w:rsidRPr="00AC6F00" w14:paraId="72B0F305" w14:textId="77777777" w:rsidTr="00830B33">
        <w:trPr>
          <w:cantSplit/>
          <w:trHeight w:val="808"/>
          <w:jc w:val="center"/>
        </w:trPr>
        <w:tc>
          <w:tcPr>
            <w:tcW w:w="704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59A895B7" w14:textId="77777777" w:rsidR="00830B33" w:rsidRPr="00AC6F00" w:rsidRDefault="00830B33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C6F00">
              <w:rPr>
                <w:rFonts w:ascii="Times New Roman" w:hAnsi="Times New Roman" w:cs="Times New Roman"/>
                <w:b/>
                <w:color w:val="1F1F1F"/>
                <w:sz w:val="20"/>
                <w:szCs w:val="20"/>
              </w:rPr>
              <w:t>10.1</w:t>
            </w:r>
          </w:p>
        </w:tc>
        <w:tc>
          <w:tcPr>
            <w:tcW w:w="7827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33846273" w14:textId="77777777" w:rsidR="00830B33" w:rsidRPr="00AC6F00" w:rsidRDefault="00830B33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AC6F00">
              <w:rPr>
                <w:rFonts w:ascii="Times New Roman" w:hAnsi="Times New Roman" w:cs="Times New Roman"/>
                <w:color w:val="1F1F1F"/>
                <w:sz w:val="20"/>
                <w:szCs w:val="20"/>
              </w:rPr>
              <w:t>Öğrenci staj sürecinin kendisine kazandırdığı başlıca bilgi, beceri ve deneyimleri bütüncül biçimde değerlendirmiştir.</w:t>
            </w:r>
          </w:p>
        </w:tc>
        <w:tc>
          <w:tcPr>
            <w:tcW w:w="1250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78C1AEDD" w14:textId="77777777" w:rsidR="00830B33" w:rsidRPr="00AC6F00" w:rsidRDefault="00830B33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30B33" w:rsidRPr="00AC6F00" w14:paraId="3C06F648" w14:textId="77777777" w:rsidTr="00830B33">
        <w:trPr>
          <w:cantSplit/>
          <w:trHeight w:val="490"/>
          <w:jc w:val="center"/>
        </w:trPr>
        <w:tc>
          <w:tcPr>
            <w:tcW w:w="704" w:type="dxa"/>
            <w:shd w:val="clear" w:color="auto" w:fill="F4F7F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0967F7A9" w14:textId="77777777" w:rsidR="00830B33" w:rsidRPr="00AC6F00" w:rsidRDefault="00830B33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C6F00">
              <w:rPr>
                <w:rFonts w:ascii="Times New Roman" w:hAnsi="Times New Roman" w:cs="Times New Roman"/>
                <w:b/>
                <w:color w:val="1F1F1F"/>
                <w:sz w:val="20"/>
                <w:szCs w:val="20"/>
              </w:rPr>
              <w:t>10.2</w:t>
            </w:r>
          </w:p>
        </w:tc>
        <w:tc>
          <w:tcPr>
            <w:tcW w:w="7827" w:type="dxa"/>
            <w:shd w:val="clear" w:color="auto" w:fill="F4F7F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7494D726" w14:textId="77777777" w:rsidR="00830B33" w:rsidRPr="00AC6F00" w:rsidRDefault="00830B33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AC6F00">
              <w:rPr>
                <w:rFonts w:ascii="Times New Roman" w:hAnsi="Times New Roman" w:cs="Times New Roman"/>
                <w:color w:val="1F1F1F"/>
                <w:sz w:val="20"/>
                <w:szCs w:val="20"/>
              </w:rPr>
              <w:t>Öğrenci stajda güçlü bulduğu yönlerini somut deneyimlerle ilişkilendirmiştir.</w:t>
            </w:r>
          </w:p>
        </w:tc>
        <w:tc>
          <w:tcPr>
            <w:tcW w:w="1250" w:type="dxa"/>
            <w:shd w:val="clear" w:color="auto" w:fill="F4F7F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0D0EB4F5" w14:textId="77777777" w:rsidR="00830B33" w:rsidRPr="00AC6F00" w:rsidRDefault="00830B33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30B33" w:rsidRPr="00AC6F00" w14:paraId="27EC48B7" w14:textId="77777777" w:rsidTr="00830B33">
        <w:trPr>
          <w:cantSplit/>
          <w:trHeight w:val="837"/>
          <w:jc w:val="center"/>
        </w:trPr>
        <w:tc>
          <w:tcPr>
            <w:tcW w:w="704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72230F54" w14:textId="77777777" w:rsidR="00830B33" w:rsidRPr="00AC6F00" w:rsidRDefault="00830B33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C6F00">
              <w:rPr>
                <w:rFonts w:ascii="Times New Roman" w:hAnsi="Times New Roman" w:cs="Times New Roman"/>
                <w:b/>
                <w:color w:val="1F1F1F"/>
                <w:sz w:val="20"/>
                <w:szCs w:val="20"/>
              </w:rPr>
              <w:t>10.3</w:t>
            </w:r>
          </w:p>
        </w:tc>
        <w:tc>
          <w:tcPr>
            <w:tcW w:w="7827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46100E4A" w14:textId="77777777" w:rsidR="00830B33" w:rsidRPr="00AC6F00" w:rsidRDefault="00830B33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AC6F00">
              <w:rPr>
                <w:rFonts w:ascii="Times New Roman" w:hAnsi="Times New Roman" w:cs="Times New Roman"/>
                <w:color w:val="1F1F1F"/>
                <w:sz w:val="20"/>
                <w:szCs w:val="20"/>
              </w:rPr>
              <w:t>Öğrenci geliştirmesi gereken mesleki bilgi veya becerileri gerçekçi biçimde belirlemiştir.</w:t>
            </w:r>
          </w:p>
        </w:tc>
        <w:tc>
          <w:tcPr>
            <w:tcW w:w="1250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710101A0" w14:textId="77777777" w:rsidR="00830B33" w:rsidRPr="00AC6F00" w:rsidRDefault="00830B33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30B33" w:rsidRPr="00AC6F00" w14:paraId="0E3B68A0" w14:textId="77777777" w:rsidTr="00830B33">
        <w:trPr>
          <w:cantSplit/>
          <w:trHeight w:val="808"/>
          <w:jc w:val="center"/>
        </w:trPr>
        <w:tc>
          <w:tcPr>
            <w:tcW w:w="704" w:type="dxa"/>
            <w:shd w:val="clear" w:color="auto" w:fill="F4F7F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2EAE572B" w14:textId="77777777" w:rsidR="00830B33" w:rsidRPr="00AC6F00" w:rsidRDefault="00830B33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C6F00">
              <w:rPr>
                <w:rFonts w:ascii="Times New Roman" w:hAnsi="Times New Roman" w:cs="Times New Roman"/>
                <w:b/>
                <w:color w:val="1F1F1F"/>
                <w:sz w:val="20"/>
                <w:szCs w:val="20"/>
              </w:rPr>
              <w:t>10.4</w:t>
            </w:r>
          </w:p>
        </w:tc>
        <w:tc>
          <w:tcPr>
            <w:tcW w:w="7827" w:type="dxa"/>
            <w:shd w:val="clear" w:color="auto" w:fill="F4F7F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7152D96B" w14:textId="77777777" w:rsidR="00830B33" w:rsidRPr="00AC6F00" w:rsidRDefault="00830B33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AC6F00">
              <w:rPr>
                <w:rFonts w:ascii="Times New Roman" w:hAnsi="Times New Roman" w:cs="Times New Roman"/>
                <w:color w:val="1F1F1F"/>
                <w:sz w:val="20"/>
                <w:szCs w:val="20"/>
              </w:rPr>
              <w:t>Öğrenci staj deneyiminin Mahkeme Büro Hizmetleri alanındaki gelecekteki eğitim/meslek gelişimine katkısını açıklamıştır.</w:t>
            </w:r>
          </w:p>
        </w:tc>
        <w:tc>
          <w:tcPr>
            <w:tcW w:w="1250" w:type="dxa"/>
            <w:shd w:val="clear" w:color="auto" w:fill="F4F7F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126BE50B" w14:textId="77777777" w:rsidR="00830B33" w:rsidRPr="00AC6F00" w:rsidRDefault="00830B33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30B33" w:rsidRPr="00AC6F00" w14:paraId="7F8313CF" w14:textId="77777777" w:rsidTr="00830B33">
        <w:trPr>
          <w:cantSplit/>
          <w:trHeight w:val="837"/>
          <w:jc w:val="center"/>
        </w:trPr>
        <w:tc>
          <w:tcPr>
            <w:tcW w:w="704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18298CD5" w14:textId="77777777" w:rsidR="00830B33" w:rsidRPr="00AC6F00" w:rsidRDefault="00830B33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C6F00">
              <w:rPr>
                <w:rFonts w:ascii="Times New Roman" w:hAnsi="Times New Roman" w:cs="Times New Roman"/>
                <w:b/>
                <w:color w:val="1F1F1F"/>
                <w:sz w:val="20"/>
                <w:szCs w:val="20"/>
              </w:rPr>
              <w:t>10.5</w:t>
            </w:r>
          </w:p>
        </w:tc>
        <w:tc>
          <w:tcPr>
            <w:tcW w:w="7827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0D0C7E88" w14:textId="77777777" w:rsidR="00830B33" w:rsidRPr="00AC6F00" w:rsidRDefault="00830B33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AC6F00">
              <w:rPr>
                <w:rFonts w:ascii="Times New Roman" w:hAnsi="Times New Roman" w:cs="Times New Roman"/>
                <w:color w:val="1F1F1F"/>
                <w:sz w:val="20"/>
                <w:szCs w:val="20"/>
              </w:rPr>
              <w:t>Genel değerlendirme öğrencinin kendi staj deneyimine özgü, tutarlı ve günlük kayıtlarla uyumludur.</w:t>
            </w:r>
          </w:p>
        </w:tc>
        <w:tc>
          <w:tcPr>
            <w:tcW w:w="1250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335ECEE5" w14:textId="77777777" w:rsidR="00830B33" w:rsidRPr="00AC6F00" w:rsidRDefault="00830B33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30B33" w:rsidRPr="00AC6F00" w14:paraId="0F77CC54" w14:textId="77777777" w:rsidTr="00830B33">
        <w:trPr>
          <w:cantSplit/>
          <w:trHeight w:val="490"/>
          <w:jc w:val="center"/>
        </w:trPr>
        <w:tc>
          <w:tcPr>
            <w:tcW w:w="704" w:type="dxa"/>
            <w:shd w:val="clear" w:color="auto" w:fill="D9EAF7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629BF192" w14:textId="77777777" w:rsidR="00830B33" w:rsidRPr="00AC6F00" w:rsidRDefault="00830B33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827" w:type="dxa"/>
            <w:shd w:val="clear" w:color="auto" w:fill="D9EAF7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138F542B" w14:textId="77777777" w:rsidR="00830B33" w:rsidRPr="00AC6F00" w:rsidRDefault="00830B33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AC6F00">
              <w:rPr>
                <w:rFonts w:ascii="Times New Roman" w:hAnsi="Times New Roman" w:cs="Times New Roman"/>
                <w:b/>
                <w:color w:val="1F1F1F"/>
                <w:sz w:val="20"/>
                <w:szCs w:val="20"/>
              </w:rPr>
              <w:t>KRİTER TOPLAMI</w:t>
            </w:r>
          </w:p>
        </w:tc>
        <w:tc>
          <w:tcPr>
            <w:tcW w:w="1250" w:type="dxa"/>
            <w:shd w:val="clear" w:color="auto" w:fill="D9EAF7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7C9CBF33" w14:textId="44FE6803" w:rsidR="00830B33" w:rsidRPr="00AC6F00" w:rsidRDefault="00830B33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14:paraId="7D8202D9" w14:textId="0AB73189" w:rsidR="00143A96" w:rsidRPr="00AC6F00" w:rsidRDefault="00143A96">
      <w:pPr>
        <w:rPr>
          <w:rFonts w:ascii="Times New Roman" w:hAnsi="Times New Roman" w:cs="Times New Roman"/>
          <w:sz w:val="20"/>
          <w:szCs w:val="20"/>
        </w:rPr>
      </w:pP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0710"/>
      </w:tblGrid>
      <w:tr w:rsidR="00143A96" w:rsidRPr="00AC6F00" w14:paraId="420B37B3" w14:textId="77777777">
        <w:trPr>
          <w:jc w:val="center"/>
        </w:trPr>
        <w:tc>
          <w:tcPr>
            <w:tcW w:w="10710" w:type="dxa"/>
            <w:shd w:val="clear" w:color="auto" w:fill="1F4E78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7FB446C0" w14:textId="77777777" w:rsidR="00143A96" w:rsidRPr="00AC6F00" w:rsidRDefault="00590CAF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AC6F00">
              <w:rPr>
                <w:rFonts w:ascii="Times New Roman" w:hAnsi="Times New Roman" w:cs="Times New Roman"/>
                <w:b/>
                <w:color w:val="FFFFFF"/>
                <w:sz w:val="20"/>
                <w:szCs w:val="20"/>
              </w:rPr>
              <w:lastRenderedPageBreak/>
              <w:t>4. PUANLAMA ÖZETİ VE NİHAİ STAJ BAŞARI NOTU</w:t>
            </w:r>
          </w:p>
        </w:tc>
      </w:tr>
    </w:tbl>
    <w:p w14:paraId="4364A2EC" w14:textId="77777777" w:rsidR="00143A96" w:rsidRPr="00AC6F00" w:rsidRDefault="00143A96">
      <w:pPr>
        <w:spacing w:after="0"/>
        <w:rPr>
          <w:rFonts w:ascii="Times New Roman" w:hAnsi="Times New Roman" w:cs="Times New Roman"/>
          <w:sz w:val="20"/>
          <w:szCs w:val="20"/>
        </w:rPr>
      </w:pPr>
    </w:p>
    <w:tbl>
      <w:tblPr>
        <w:tblStyle w:val="TabloKlavuzu"/>
        <w:tblW w:w="11720" w:type="dxa"/>
        <w:jc w:val="center"/>
        <w:tblLayout w:type="fixed"/>
        <w:tblLook w:val="04A0" w:firstRow="1" w:lastRow="0" w:firstColumn="1" w:lastColumn="0" w:noHBand="0" w:noVBand="1"/>
      </w:tblPr>
      <w:tblGrid>
        <w:gridCol w:w="548"/>
        <w:gridCol w:w="6384"/>
        <w:gridCol w:w="1375"/>
        <w:gridCol w:w="3413"/>
      </w:tblGrid>
      <w:tr w:rsidR="00143A96" w:rsidRPr="00AC6F00" w14:paraId="795925B3" w14:textId="77777777" w:rsidTr="007D28E4">
        <w:trPr>
          <w:trHeight w:val="272"/>
          <w:jc w:val="center"/>
        </w:trPr>
        <w:tc>
          <w:tcPr>
            <w:tcW w:w="548" w:type="dxa"/>
            <w:shd w:val="clear" w:color="auto" w:fill="1F4E78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06CB09DC" w14:textId="77777777" w:rsidR="00143A96" w:rsidRPr="00AC6F00" w:rsidRDefault="00590CAF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C6F00">
              <w:rPr>
                <w:rFonts w:ascii="Times New Roman" w:hAnsi="Times New Roman" w:cs="Times New Roman"/>
                <w:b/>
                <w:color w:val="FFFFFF"/>
                <w:sz w:val="20"/>
                <w:szCs w:val="20"/>
              </w:rPr>
              <w:t>No</w:t>
            </w:r>
          </w:p>
        </w:tc>
        <w:tc>
          <w:tcPr>
            <w:tcW w:w="6384" w:type="dxa"/>
            <w:shd w:val="clear" w:color="auto" w:fill="1F4E78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3645F365" w14:textId="77777777" w:rsidR="00143A96" w:rsidRPr="00AC6F00" w:rsidRDefault="00590CAF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C6F00">
              <w:rPr>
                <w:rFonts w:ascii="Times New Roman" w:hAnsi="Times New Roman" w:cs="Times New Roman"/>
                <w:b/>
                <w:color w:val="FFFFFF"/>
                <w:sz w:val="20"/>
                <w:szCs w:val="20"/>
              </w:rPr>
              <w:t>Değerlendirme kriteri</w:t>
            </w:r>
          </w:p>
        </w:tc>
        <w:tc>
          <w:tcPr>
            <w:tcW w:w="1375" w:type="dxa"/>
            <w:shd w:val="clear" w:color="auto" w:fill="1F4E78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3497458E" w14:textId="77777777" w:rsidR="00143A96" w:rsidRPr="00AC6F00" w:rsidRDefault="00590CAF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C6F00">
              <w:rPr>
                <w:rFonts w:ascii="Times New Roman" w:hAnsi="Times New Roman" w:cs="Times New Roman"/>
                <w:b/>
                <w:color w:val="FFFFFF"/>
                <w:sz w:val="20"/>
                <w:szCs w:val="20"/>
              </w:rPr>
              <w:t>Azami puan</w:t>
            </w:r>
          </w:p>
        </w:tc>
        <w:tc>
          <w:tcPr>
            <w:tcW w:w="3413" w:type="dxa"/>
            <w:shd w:val="clear" w:color="auto" w:fill="1F4E78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2A542697" w14:textId="77777777" w:rsidR="00143A96" w:rsidRPr="00AC6F00" w:rsidRDefault="00590CAF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C6F00">
              <w:rPr>
                <w:rFonts w:ascii="Times New Roman" w:hAnsi="Times New Roman" w:cs="Times New Roman"/>
                <w:b/>
                <w:color w:val="FFFFFF"/>
                <w:sz w:val="20"/>
                <w:szCs w:val="20"/>
              </w:rPr>
              <w:t>Verilen puan</w:t>
            </w:r>
          </w:p>
        </w:tc>
      </w:tr>
      <w:tr w:rsidR="00143A96" w:rsidRPr="00AC6F00" w14:paraId="4069A694" w14:textId="77777777" w:rsidTr="007D28E4">
        <w:trPr>
          <w:cantSplit/>
          <w:trHeight w:val="331"/>
          <w:jc w:val="center"/>
        </w:trPr>
        <w:tc>
          <w:tcPr>
            <w:tcW w:w="548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6C0842BB" w14:textId="77777777" w:rsidR="00143A96" w:rsidRPr="00AC6F00" w:rsidRDefault="00590CAF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C6F00">
              <w:rPr>
                <w:rFonts w:ascii="Times New Roman" w:hAnsi="Times New Roman" w:cs="Times New Roman"/>
                <w:color w:val="1F1F1F"/>
                <w:sz w:val="20"/>
                <w:szCs w:val="20"/>
              </w:rPr>
              <w:t>1</w:t>
            </w:r>
          </w:p>
        </w:tc>
        <w:tc>
          <w:tcPr>
            <w:tcW w:w="6384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13F4DFC5" w14:textId="77777777" w:rsidR="00143A96" w:rsidRPr="00AC6F00" w:rsidRDefault="00590CAF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AC6F00">
              <w:rPr>
                <w:rFonts w:ascii="Times New Roman" w:hAnsi="Times New Roman" w:cs="Times New Roman"/>
                <w:color w:val="1F1F1F"/>
                <w:sz w:val="20"/>
                <w:szCs w:val="20"/>
              </w:rPr>
              <w:t>Dosyanın Usule Uygunluğu ve Belge Bütünlüğü</w:t>
            </w:r>
          </w:p>
        </w:tc>
        <w:tc>
          <w:tcPr>
            <w:tcW w:w="1375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34394855" w14:textId="77777777" w:rsidR="00143A96" w:rsidRPr="00AC6F00" w:rsidRDefault="00590CAF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C6F00">
              <w:rPr>
                <w:rFonts w:ascii="Times New Roman" w:hAnsi="Times New Roman" w:cs="Times New Roman"/>
                <w:color w:val="1F1F1F"/>
                <w:sz w:val="20"/>
                <w:szCs w:val="20"/>
              </w:rPr>
              <w:t>10</w:t>
            </w:r>
          </w:p>
        </w:tc>
        <w:tc>
          <w:tcPr>
            <w:tcW w:w="3413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1498AE76" w14:textId="77777777" w:rsidR="00143A96" w:rsidRPr="00AC6F00" w:rsidRDefault="00143A9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143A96" w:rsidRPr="00AC6F00" w14:paraId="2AB446B3" w14:textId="77777777" w:rsidTr="007D28E4">
        <w:trPr>
          <w:cantSplit/>
          <w:trHeight w:val="331"/>
          <w:jc w:val="center"/>
        </w:trPr>
        <w:tc>
          <w:tcPr>
            <w:tcW w:w="548" w:type="dxa"/>
            <w:shd w:val="clear" w:color="auto" w:fill="F4F7F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30286112" w14:textId="77777777" w:rsidR="00143A96" w:rsidRPr="00AC6F00" w:rsidRDefault="00590CAF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C6F00">
              <w:rPr>
                <w:rFonts w:ascii="Times New Roman" w:hAnsi="Times New Roman" w:cs="Times New Roman"/>
                <w:color w:val="1F1F1F"/>
                <w:sz w:val="20"/>
                <w:szCs w:val="20"/>
              </w:rPr>
              <w:t>2</w:t>
            </w:r>
          </w:p>
        </w:tc>
        <w:tc>
          <w:tcPr>
            <w:tcW w:w="6384" w:type="dxa"/>
            <w:shd w:val="clear" w:color="auto" w:fill="F4F7F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1820B932" w14:textId="77777777" w:rsidR="00143A96" w:rsidRPr="00AC6F00" w:rsidRDefault="00590CAF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AC6F00">
              <w:rPr>
                <w:rFonts w:ascii="Times New Roman" w:hAnsi="Times New Roman" w:cs="Times New Roman"/>
                <w:color w:val="1F1F1F"/>
                <w:sz w:val="20"/>
                <w:szCs w:val="20"/>
              </w:rPr>
              <w:t>Günlük Deneyim ve Çalışmaların Somut Kaydı</w:t>
            </w:r>
          </w:p>
        </w:tc>
        <w:tc>
          <w:tcPr>
            <w:tcW w:w="1375" w:type="dxa"/>
            <w:shd w:val="clear" w:color="auto" w:fill="F4F7F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3A6D7BD8" w14:textId="77777777" w:rsidR="00143A96" w:rsidRPr="00AC6F00" w:rsidRDefault="00590CAF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C6F00">
              <w:rPr>
                <w:rFonts w:ascii="Times New Roman" w:hAnsi="Times New Roman" w:cs="Times New Roman"/>
                <w:color w:val="1F1F1F"/>
                <w:sz w:val="20"/>
                <w:szCs w:val="20"/>
              </w:rPr>
              <w:t>10</w:t>
            </w:r>
          </w:p>
        </w:tc>
        <w:tc>
          <w:tcPr>
            <w:tcW w:w="3413" w:type="dxa"/>
            <w:shd w:val="clear" w:color="auto" w:fill="F4F7F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1534EEA7" w14:textId="77777777" w:rsidR="00143A96" w:rsidRPr="00AC6F00" w:rsidRDefault="00143A9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143A96" w:rsidRPr="00AC6F00" w14:paraId="77EA5E18" w14:textId="77777777" w:rsidTr="007D28E4">
        <w:trPr>
          <w:cantSplit/>
          <w:trHeight w:val="331"/>
          <w:jc w:val="center"/>
        </w:trPr>
        <w:tc>
          <w:tcPr>
            <w:tcW w:w="548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6109062F" w14:textId="77777777" w:rsidR="00143A96" w:rsidRPr="00AC6F00" w:rsidRDefault="00590CAF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C6F00">
              <w:rPr>
                <w:rFonts w:ascii="Times New Roman" w:hAnsi="Times New Roman" w:cs="Times New Roman"/>
                <w:color w:val="1F1F1F"/>
                <w:sz w:val="20"/>
                <w:szCs w:val="20"/>
              </w:rPr>
              <w:t>3</w:t>
            </w:r>
          </w:p>
        </w:tc>
        <w:tc>
          <w:tcPr>
            <w:tcW w:w="6384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323F2C04" w14:textId="77777777" w:rsidR="00143A96" w:rsidRPr="00AC6F00" w:rsidRDefault="00590CAF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AC6F00">
              <w:rPr>
                <w:rFonts w:ascii="Times New Roman" w:hAnsi="Times New Roman" w:cs="Times New Roman"/>
                <w:color w:val="1F1F1F"/>
                <w:sz w:val="20"/>
                <w:szCs w:val="20"/>
              </w:rPr>
              <w:t>Mesleki Faaliyetlerin Süreç ve İş Akışı Açısından Açıklanması</w:t>
            </w:r>
          </w:p>
        </w:tc>
        <w:tc>
          <w:tcPr>
            <w:tcW w:w="1375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3C88615B" w14:textId="77777777" w:rsidR="00143A96" w:rsidRPr="00AC6F00" w:rsidRDefault="00590CAF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C6F00">
              <w:rPr>
                <w:rFonts w:ascii="Times New Roman" w:hAnsi="Times New Roman" w:cs="Times New Roman"/>
                <w:color w:val="1F1F1F"/>
                <w:sz w:val="20"/>
                <w:szCs w:val="20"/>
              </w:rPr>
              <w:t>10</w:t>
            </w:r>
          </w:p>
        </w:tc>
        <w:tc>
          <w:tcPr>
            <w:tcW w:w="3413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570BB9F9" w14:textId="77777777" w:rsidR="00143A96" w:rsidRPr="00AC6F00" w:rsidRDefault="00143A9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143A96" w:rsidRPr="00AC6F00" w14:paraId="7F74DA27" w14:textId="77777777" w:rsidTr="007D28E4">
        <w:trPr>
          <w:cantSplit/>
          <w:trHeight w:val="351"/>
          <w:jc w:val="center"/>
        </w:trPr>
        <w:tc>
          <w:tcPr>
            <w:tcW w:w="548" w:type="dxa"/>
            <w:shd w:val="clear" w:color="auto" w:fill="F4F7F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7528BA59" w14:textId="77777777" w:rsidR="00143A96" w:rsidRPr="00AC6F00" w:rsidRDefault="00590CAF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C6F00">
              <w:rPr>
                <w:rFonts w:ascii="Times New Roman" w:hAnsi="Times New Roman" w:cs="Times New Roman"/>
                <w:color w:val="1F1F1F"/>
                <w:sz w:val="20"/>
                <w:szCs w:val="20"/>
              </w:rPr>
              <w:t>4</w:t>
            </w:r>
          </w:p>
        </w:tc>
        <w:tc>
          <w:tcPr>
            <w:tcW w:w="6384" w:type="dxa"/>
            <w:shd w:val="clear" w:color="auto" w:fill="F4F7F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3681DD72" w14:textId="77777777" w:rsidR="00143A96" w:rsidRPr="00AC6F00" w:rsidRDefault="00590CAF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AC6F00">
              <w:rPr>
                <w:rFonts w:ascii="Times New Roman" w:hAnsi="Times New Roman" w:cs="Times New Roman"/>
                <w:color w:val="1F1F1F"/>
                <w:sz w:val="20"/>
                <w:szCs w:val="20"/>
              </w:rPr>
              <w:t>Program Alanı ve Öğrenme Kazanımlarıyla Mesleki Uyum</w:t>
            </w:r>
          </w:p>
        </w:tc>
        <w:tc>
          <w:tcPr>
            <w:tcW w:w="1375" w:type="dxa"/>
            <w:shd w:val="clear" w:color="auto" w:fill="F4F7F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2F1934A8" w14:textId="77777777" w:rsidR="00143A96" w:rsidRPr="00AC6F00" w:rsidRDefault="00590CAF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C6F00">
              <w:rPr>
                <w:rFonts w:ascii="Times New Roman" w:hAnsi="Times New Roman" w:cs="Times New Roman"/>
                <w:color w:val="1F1F1F"/>
                <w:sz w:val="20"/>
                <w:szCs w:val="20"/>
              </w:rPr>
              <w:t>10</w:t>
            </w:r>
          </w:p>
        </w:tc>
        <w:tc>
          <w:tcPr>
            <w:tcW w:w="3413" w:type="dxa"/>
            <w:shd w:val="clear" w:color="auto" w:fill="F4F7F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7505ED7D" w14:textId="77777777" w:rsidR="00143A96" w:rsidRPr="00AC6F00" w:rsidRDefault="00143A9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143A96" w:rsidRPr="00AC6F00" w14:paraId="7FDA94FF" w14:textId="77777777" w:rsidTr="007D28E4">
        <w:trPr>
          <w:cantSplit/>
          <w:trHeight w:val="331"/>
          <w:jc w:val="center"/>
        </w:trPr>
        <w:tc>
          <w:tcPr>
            <w:tcW w:w="548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40E21336" w14:textId="77777777" w:rsidR="00143A96" w:rsidRPr="00AC6F00" w:rsidRDefault="00590CAF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C6F00">
              <w:rPr>
                <w:rFonts w:ascii="Times New Roman" w:hAnsi="Times New Roman" w:cs="Times New Roman"/>
                <w:color w:val="1F1F1F"/>
                <w:sz w:val="20"/>
                <w:szCs w:val="20"/>
              </w:rPr>
              <w:t>5</w:t>
            </w:r>
          </w:p>
        </w:tc>
        <w:tc>
          <w:tcPr>
            <w:tcW w:w="6384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3C07E100" w14:textId="77777777" w:rsidR="00143A96" w:rsidRPr="00AC6F00" w:rsidRDefault="00590CAF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AC6F00">
              <w:rPr>
                <w:rFonts w:ascii="Times New Roman" w:hAnsi="Times New Roman" w:cs="Times New Roman"/>
                <w:color w:val="1F1F1F"/>
                <w:sz w:val="20"/>
                <w:szCs w:val="20"/>
              </w:rPr>
              <w:t>Yeni Bilgi ve Becerilerin Ortaya Konulması</w:t>
            </w:r>
          </w:p>
        </w:tc>
        <w:tc>
          <w:tcPr>
            <w:tcW w:w="1375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154F836F" w14:textId="77777777" w:rsidR="00143A96" w:rsidRPr="00AC6F00" w:rsidRDefault="00590CAF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C6F00">
              <w:rPr>
                <w:rFonts w:ascii="Times New Roman" w:hAnsi="Times New Roman" w:cs="Times New Roman"/>
                <w:color w:val="1F1F1F"/>
                <w:sz w:val="20"/>
                <w:szCs w:val="20"/>
              </w:rPr>
              <w:t>10</w:t>
            </w:r>
          </w:p>
        </w:tc>
        <w:tc>
          <w:tcPr>
            <w:tcW w:w="3413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26720946" w14:textId="77777777" w:rsidR="00143A96" w:rsidRPr="00AC6F00" w:rsidRDefault="00143A9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143A96" w:rsidRPr="00AC6F00" w14:paraId="043AAD0E" w14:textId="77777777" w:rsidTr="007D28E4">
        <w:trPr>
          <w:cantSplit/>
          <w:trHeight w:val="331"/>
          <w:jc w:val="center"/>
        </w:trPr>
        <w:tc>
          <w:tcPr>
            <w:tcW w:w="548" w:type="dxa"/>
            <w:shd w:val="clear" w:color="auto" w:fill="F4F7F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7F930148" w14:textId="77777777" w:rsidR="00143A96" w:rsidRPr="00AC6F00" w:rsidRDefault="00590CAF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C6F00">
              <w:rPr>
                <w:rFonts w:ascii="Times New Roman" w:hAnsi="Times New Roman" w:cs="Times New Roman"/>
                <w:color w:val="1F1F1F"/>
                <w:sz w:val="20"/>
                <w:szCs w:val="20"/>
              </w:rPr>
              <w:t>6</w:t>
            </w:r>
          </w:p>
        </w:tc>
        <w:tc>
          <w:tcPr>
            <w:tcW w:w="6384" w:type="dxa"/>
            <w:shd w:val="clear" w:color="auto" w:fill="F4F7F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45A510BB" w14:textId="77777777" w:rsidR="00143A96" w:rsidRPr="00AC6F00" w:rsidRDefault="00590CAF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AC6F00">
              <w:rPr>
                <w:rFonts w:ascii="Times New Roman" w:hAnsi="Times New Roman" w:cs="Times New Roman"/>
                <w:color w:val="1F1F1F"/>
                <w:sz w:val="20"/>
                <w:szCs w:val="20"/>
              </w:rPr>
              <w:t>Karşılaşılan Zorluklar ve Çözüm Önerileri</w:t>
            </w:r>
          </w:p>
        </w:tc>
        <w:tc>
          <w:tcPr>
            <w:tcW w:w="1375" w:type="dxa"/>
            <w:shd w:val="clear" w:color="auto" w:fill="F4F7F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687FAD39" w14:textId="77777777" w:rsidR="00143A96" w:rsidRPr="00AC6F00" w:rsidRDefault="00590CAF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C6F00">
              <w:rPr>
                <w:rFonts w:ascii="Times New Roman" w:hAnsi="Times New Roman" w:cs="Times New Roman"/>
                <w:color w:val="1F1F1F"/>
                <w:sz w:val="20"/>
                <w:szCs w:val="20"/>
              </w:rPr>
              <w:t>10</w:t>
            </w:r>
          </w:p>
        </w:tc>
        <w:tc>
          <w:tcPr>
            <w:tcW w:w="3413" w:type="dxa"/>
            <w:shd w:val="clear" w:color="auto" w:fill="F4F7F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05255501" w14:textId="77777777" w:rsidR="00143A96" w:rsidRPr="00AC6F00" w:rsidRDefault="00143A9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143A96" w:rsidRPr="00AC6F00" w14:paraId="7492BB43" w14:textId="77777777" w:rsidTr="007D28E4">
        <w:trPr>
          <w:cantSplit/>
          <w:trHeight w:val="331"/>
          <w:jc w:val="center"/>
        </w:trPr>
        <w:tc>
          <w:tcPr>
            <w:tcW w:w="548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5A0DB392" w14:textId="77777777" w:rsidR="00143A96" w:rsidRPr="00AC6F00" w:rsidRDefault="00590CAF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C6F00">
              <w:rPr>
                <w:rFonts w:ascii="Times New Roman" w:hAnsi="Times New Roman" w:cs="Times New Roman"/>
                <w:color w:val="1F1F1F"/>
                <w:sz w:val="20"/>
                <w:szCs w:val="20"/>
              </w:rPr>
              <w:t>7</w:t>
            </w:r>
          </w:p>
        </w:tc>
        <w:tc>
          <w:tcPr>
            <w:tcW w:w="6384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5AAEDECD" w14:textId="77777777" w:rsidR="00143A96" w:rsidRPr="00AC6F00" w:rsidRDefault="00590CAF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AC6F00">
              <w:rPr>
                <w:rFonts w:ascii="Times New Roman" w:hAnsi="Times New Roman" w:cs="Times New Roman"/>
                <w:color w:val="1F1F1F"/>
                <w:sz w:val="20"/>
                <w:szCs w:val="20"/>
              </w:rPr>
              <w:t>Kurum/Birim İşleyişi ve Görev-Yetki Sınırlarını Anlama</w:t>
            </w:r>
          </w:p>
        </w:tc>
        <w:tc>
          <w:tcPr>
            <w:tcW w:w="1375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01A6347F" w14:textId="77777777" w:rsidR="00143A96" w:rsidRPr="00AC6F00" w:rsidRDefault="00590CAF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C6F00">
              <w:rPr>
                <w:rFonts w:ascii="Times New Roman" w:hAnsi="Times New Roman" w:cs="Times New Roman"/>
                <w:color w:val="1F1F1F"/>
                <w:sz w:val="20"/>
                <w:szCs w:val="20"/>
              </w:rPr>
              <w:t>10</w:t>
            </w:r>
          </w:p>
        </w:tc>
        <w:tc>
          <w:tcPr>
            <w:tcW w:w="3413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60388D54" w14:textId="77777777" w:rsidR="00143A96" w:rsidRPr="00AC6F00" w:rsidRDefault="00143A9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143A96" w:rsidRPr="00AC6F00" w14:paraId="488D60C0" w14:textId="77777777" w:rsidTr="007D28E4">
        <w:trPr>
          <w:cantSplit/>
          <w:trHeight w:val="331"/>
          <w:jc w:val="center"/>
        </w:trPr>
        <w:tc>
          <w:tcPr>
            <w:tcW w:w="548" w:type="dxa"/>
            <w:shd w:val="clear" w:color="auto" w:fill="F4F7F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3C26E649" w14:textId="77777777" w:rsidR="00143A96" w:rsidRPr="00AC6F00" w:rsidRDefault="00590CAF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C6F00">
              <w:rPr>
                <w:rFonts w:ascii="Times New Roman" w:hAnsi="Times New Roman" w:cs="Times New Roman"/>
                <w:color w:val="1F1F1F"/>
                <w:sz w:val="20"/>
                <w:szCs w:val="20"/>
              </w:rPr>
              <w:t>8</w:t>
            </w:r>
          </w:p>
        </w:tc>
        <w:tc>
          <w:tcPr>
            <w:tcW w:w="6384" w:type="dxa"/>
            <w:shd w:val="clear" w:color="auto" w:fill="F4F7F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3B5D5C8E" w14:textId="77777777" w:rsidR="00143A96" w:rsidRPr="00AC6F00" w:rsidRDefault="00590CAF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AC6F00">
              <w:rPr>
                <w:rFonts w:ascii="Times New Roman" w:hAnsi="Times New Roman" w:cs="Times New Roman"/>
                <w:color w:val="1F1F1F"/>
                <w:sz w:val="20"/>
                <w:szCs w:val="20"/>
              </w:rPr>
              <w:t>Belge, Dosya, Dijital Süreç ve Bilgi Güvenliği Farkındalığı</w:t>
            </w:r>
          </w:p>
        </w:tc>
        <w:tc>
          <w:tcPr>
            <w:tcW w:w="1375" w:type="dxa"/>
            <w:shd w:val="clear" w:color="auto" w:fill="F4F7F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07B48BDB" w14:textId="77777777" w:rsidR="00143A96" w:rsidRPr="00AC6F00" w:rsidRDefault="00590CAF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C6F00">
              <w:rPr>
                <w:rFonts w:ascii="Times New Roman" w:hAnsi="Times New Roman" w:cs="Times New Roman"/>
                <w:color w:val="1F1F1F"/>
                <w:sz w:val="20"/>
                <w:szCs w:val="20"/>
              </w:rPr>
              <w:t>10</w:t>
            </w:r>
          </w:p>
        </w:tc>
        <w:tc>
          <w:tcPr>
            <w:tcW w:w="3413" w:type="dxa"/>
            <w:shd w:val="clear" w:color="auto" w:fill="F4F7F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346602FD" w14:textId="77777777" w:rsidR="00143A96" w:rsidRPr="00AC6F00" w:rsidRDefault="00143A9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143A96" w:rsidRPr="00AC6F00" w14:paraId="13280EE5" w14:textId="77777777" w:rsidTr="007D28E4">
        <w:trPr>
          <w:cantSplit/>
          <w:trHeight w:val="331"/>
          <w:jc w:val="center"/>
        </w:trPr>
        <w:tc>
          <w:tcPr>
            <w:tcW w:w="548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72C59278" w14:textId="77777777" w:rsidR="00143A96" w:rsidRPr="00AC6F00" w:rsidRDefault="00590CAF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C6F00">
              <w:rPr>
                <w:rFonts w:ascii="Times New Roman" w:hAnsi="Times New Roman" w:cs="Times New Roman"/>
                <w:color w:val="1F1F1F"/>
                <w:sz w:val="20"/>
                <w:szCs w:val="20"/>
              </w:rPr>
              <w:t>9</w:t>
            </w:r>
          </w:p>
        </w:tc>
        <w:tc>
          <w:tcPr>
            <w:tcW w:w="6384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2090F4F0" w14:textId="77777777" w:rsidR="00143A96" w:rsidRPr="00AC6F00" w:rsidRDefault="00590CAF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AC6F00">
              <w:rPr>
                <w:rFonts w:ascii="Times New Roman" w:hAnsi="Times New Roman" w:cs="Times New Roman"/>
                <w:color w:val="1F1F1F"/>
                <w:sz w:val="20"/>
                <w:szCs w:val="20"/>
              </w:rPr>
              <w:t>Mesleki Dil, Hukuki Terminoloji ve Yazılı Anlatım</w:t>
            </w:r>
          </w:p>
        </w:tc>
        <w:tc>
          <w:tcPr>
            <w:tcW w:w="1375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74117207" w14:textId="77777777" w:rsidR="00143A96" w:rsidRPr="00AC6F00" w:rsidRDefault="00590CAF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C6F00">
              <w:rPr>
                <w:rFonts w:ascii="Times New Roman" w:hAnsi="Times New Roman" w:cs="Times New Roman"/>
                <w:color w:val="1F1F1F"/>
                <w:sz w:val="20"/>
                <w:szCs w:val="20"/>
              </w:rPr>
              <w:t>10</w:t>
            </w:r>
          </w:p>
        </w:tc>
        <w:tc>
          <w:tcPr>
            <w:tcW w:w="3413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5C506463" w14:textId="77777777" w:rsidR="00143A96" w:rsidRPr="00AC6F00" w:rsidRDefault="00143A9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143A96" w:rsidRPr="00AC6F00" w14:paraId="3EC78D31" w14:textId="77777777" w:rsidTr="007D28E4">
        <w:trPr>
          <w:cantSplit/>
          <w:trHeight w:val="331"/>
          <w:jc w:val="center"/>
        </w:trPr>
        <w:tc>
          <w:tcPr>
            <w:tcW w:w="548" w:type="dxa"/>
            <w:shd w:val="clear" w:color="auto" w:fill="F4F7F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02D0345F" w14:textId="77777777" w:rsidR="00143A96" w:rsidRPr="00AC6F00" w:rsidRDefault="00590CAF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C6F00">
              <w:rPr>
                <w:rFonts w:ascii="Times New Roman" w:hAnsi="Times New Roman" w:cs="Times New Roman"/>
                <w:color w:val="1F1F1F"/>
                <w:sz w:val="20"/>
                <w:szCs w:val="20"/>
              </w:rPr>
              <w:t>10</w:t>
            </w:r>
          </w:p>
        </w:tc>
        <w:tc>
          <w:tcPr>
            <w:tcW w:w="6384" w:type="dxa"/>
            <w:shd w:val="clear" w:color="auto" w:fill="F4F7F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0875D770" w14:textId="77777777" w:rsidR="00143A96" w:rsidRPr="00AC6F00" w:rsidRDefault="00590CAF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AC6F00">
              <w:rPr>
                <w:rFonts w:ascii="Times New Roman" w:hAnsi="Times New Roman" w:cs="Times New Roman"/>
                <w:color w:val="1F1F1F"/>
                <w:sz w:val="20"/>
                <w:szCs w:val="20"/>
              </w:rPr>
              <w:t>Genel Değerlendirme ve Mesleki Gelişim Farkındalığı</w:t>
            </w:r>
          </w:p>
        </w:tc>
        <w:tc>
          <w:tcPr>
            <w:tcW w:w="1375" w:type="dxa"/>
            <w:shd w:val="clear" w:color="auto" w:fill="F4F7F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2BD69CA3" w14:textId="77777777" w:rsidR="00143A96" w:rsidRPr="00AC6F00" w:rsidRDefault="00590CAF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C6F00">
              <w:rPr>
                <w:rFonts w:ascii="Times New Roman" w:hAnsi="Times New Roman" w:cs="Times New Roman"/>
                <w:color w:val="1F1F1F"/>
                <w:sz w:val="20"/>
                <w:szCs w:val="20"/>
              </w:rPr>
              <w:t>10</w:t>
            </w:r>
          </w:p>
        </w:tc>
        <w:tc>
          <w:tcPr>
            <w:tcW w:w="3413" w:type="dxa"/>
            <w:shd w:val="clear" w:color="auto" w:fill="F4F7F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6343E57B" w14:textId="77777777" w:rsidR="00143A96" w:rsidRPr="00AC6F00" w:rsidRDefault="00143A9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143A96" w:rsidRPr="00AC6F00" w14:paraId="51E50D51" w14:textId="77777777" w:rsidTr="007D28E4">
        <w:trPr>
          <w:trHeight w:val="331"/>
          <w:jc w:val="center"/>
        </w:trPr>
        <w:tc>
          <w:tcPr>
            <w:tcW w:w="548" w:type="dxa"/>
            <w:shd w:val="clear" w:color="auto" w:fill="D9EAF7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0880695F" w14:textId="77777777" w:rsidR="00143A96" w:rsidRPr="00AC6F00" w:rsidRDefault="00143A9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384" w:type="dxa"/>
            <w:shd w:val="clear" w:color="auto" w:fill="D9EAF7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41570973" w14:textId="77777777" w:rsidR="00143A96" w:rsidRPr="00AC6F00" w:rsidRDefault="00590CAF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AC6F00">
              <w:rPr>
                <w:rFonts w:ascii="Times New Roman" w:hAnsi="Times New Roman" w:cs="Times New Roman"/>
                <w:b/>
                <w:color w:val="1F1F1F"/>
                <w:sz w:val="20"/>
                <w:szCs w:val="20"/>
              </w:rPr>
              <w:t>STAJ EVRAKI PUANI</w:t>
            </w:r>
          </w:p>
        </w:tc>
        <w:tc>
          <w:tcPr>
            <w:tcW w:w="1375" w:type="dxa"/>
            <w:shd w:val="clear" w:color="auto" w:fill="D9EAF7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43125380" w14:textId="77777777" w:rsidR="00143A96" w:rsidRPr="00AC6F00" w:rsidRDefault="00590CAF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C6F00">
              <w:rPr>
                <w:rFonts w:ascii="Times New Roman" w:hAnsi="Times New Roman" w:cs="Times New Roman"/>
                <w:b/>
                <w:color w:val="1F1F1F"/>
                <w:sz w:val="20"/>
                <w:szCs w:val="20"/>
              </w:rPr>
              <w:t>100</w:t>
            </w:r>
          </w:p>
        </w:tc>
        <w:tc>
          <w:tcPr>
            <w:tcW w:w="3413" w:type="dxa"/>
            <w:shd w:val="clear" w:color="auto" w:fill="D9EAF7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311A1D5C" w14:textId="77777777" w:rsidR="00143A96" w:rsidRPr="00AC6F00" w:rsidRDefault="00143A9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143A96" w:rsidRPr="00AC6F00" w14:paraId="469732AC" w14:textId="77777777" w:rsidTr="007D28E4">
        <w:trPr>
          <w:trHeight w:val="291"/>
          <w:jc w:val="center"/>
        </w:trPr>
        <w:tc>
          <w:tcPr>
            <w:tcW w:w="548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5B3CAD6C" w14:textId="77777777" w:rsidR="00143A96" w:rsidRPr="00AC6F00" w:rsidRDefault="00590CAF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AC6F00">
              <w:rPr>
                <w:rFonts w:ascii="Times New Roman" w:hAnsi="Times New Roman" w:cs="Times New Roman"/>
                <w:b/>
                <w:color w:val="1F1F1F"/>
                <w:sz w:val="20"/>
                <w:szCs w:val="20"/>
              </w:rPr>
              <w:t>A</w:t>
            </w:r>
          </w:p>
        </w:tc>
        <w:tc>
          <w:tcPr>
            <w:tcW w:w="6384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41D5EFA3" w14:textId="77777777" w:rsidR="00143A96" w:rsidRPr="00AC6F00" w:rsidRDefault="00590CAF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AC6F00">
              <w:rPr>
                <w:rFonts w:ascii="Times New Roman" w:hAnsi="Times New Roman" w:cs="Times New Roman"/>
                <w:color w:val="1F1F1F"/>
                <w:sz w:val="20"/>
                <w:szCs w:val="20"/>
              </w:rPr>
              <w:t>İşyeri eğitici personeli değerlendirme puanı</w:t>
            </w:r>
          </w:p>
        </w:tc>
        <w:tc>
          <w:tcPr>
            <w:tcW w:w="1375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47570D2B" w14:textId="391E0787" w:rsidR="00143A96" w:rsidRPr="00AC6F00" w:rsidRDefault="00143A96" w:rsidP="00D3267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413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71A0F300" w14:textId="77777777" w:rsidR="00143A96" w:rsidRPr="00AC6F00" w:rsidRDefault="00590CAF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AC6F00">
              <w:rPr>
                <w:rFonts w:ascii="Times New Roman" w:hAnsi="Times New Roman" w:cs="Times New Roman"/>
                <w:color w:val="1F1F1F"/>
                <w:sz w:val="20"/>
                <w:szCs w:val="20"/>
              </w:rPr>
              <w:t>A × 0,50 = ______</w:t>
            </w:r>
          </w:p>
        </w:tc>
      </w:tr>
      <w:tr w:rsidR="00143A96" w:rsidRPr="00AC6F00" w14:paraId="72384B4C" w14:textId="77777777" w:rsidTr="007D28E4">
        <w:trPr>
          <w:trHeight w:val="291"/>
          <w:jc w:val="center"/>
        </w:trPr>
        <w:tc>
          <w:tcPr>
            <w:tcW w:w="548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317FCB13" w14:textId="77777777" w:rsidR="00143A96" w:rsidRPr="00AC6F00" w:rsidRDefault="00590CAF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AC6F00">
              <w:rPr>
                <w:rFonts w:ascii="Times New Roman" w:hAnsi="Times New Roman" w:cs="Times New Roman"/>
                <w:b/>
                <w:color w:val="1F1F1F"/>
                <w:sz w:val="20"/>
                <w:szCs w:val="20"/>
              </w:rPr>
              <w:t>B</w:t>
            </w:r>
          </w:p>
        </w:tc>
        <w:tc>
          <w:tcPr>
            <w:tcW w:w="6384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0E9E6289" w14:textId="77777777" w:rsidR="00143A96" w:rsidRPr="00AC6F00" w:rsidRDefault="00590CAF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AC6F00">
              <w:rPr>
                <w:rFonts w:ascii="Times New Roman" w:hAnsi="Times New Roman" w:cs="Times New Roman"/>
                <w:color w:val="1F1F1F"/>
                <w:sz w:val="20"/>
                <w:szCs w:val="20"/>
              </w:rPr>
              <w:t>Staj evrakı puanı (bu rubrik)</w:t>
            </w:r>
          </w:p>
        </w:tc>
        <w:tc>
          <w:tcPr>
            <w:tcW w:w="1375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6D36D1F2" w14:textId="5013AB32" w:rsidR="00143A96" w:rsidRPr="00AC6F00" w:rsidRDefault="00143A96" w:rsidP="00D3267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413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6B21293F" w14:textId="77777777" w:rsidR="00143A96" w:rsidRPr="00AC6F00" w:rsidRDefault="00590CAF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AC6F00">
              <w:rPr>
                <w:rFonts w:ascii="Times New Roman" w:hAnsi="Times New Roman" w:cs="Times New Roman"/>
                <w:color w:val="1F1F1F"/>
                <w:sz w:val="20"/>
                <w:szCs w:val="20"/>
              </w:rPr>
              <w:t>B × 0,50 = ______</w:t>
            </w:r>
          </w:p>
        </w:tc>
      </w:tr>
      <w:tr w:rsidR="00143A96" w:rsidRPr="00AC6F00" w14:paraId="140C7B3C" w14:textId="77777777" w:rsidTr="007D28E4">
        <w:trPr>
          <w:trHeight w:val="351"/>
          <w:jc w:val="center"/>
        </w:trPr>
        <w:tc>
          <w:tcPr>
            <w:tcW w:w="548" w:type="dxa"/>
            <w:shd w:val="clear" w:color="auto" w:fill="D9EAF7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74AD94B9" w14:textId="77777777" w:rsidR="00143A96" w:rsidRPr="00AC6F00" w:rsidRDefault="00143A9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384" w:type="dxa"/>
            <w:shd w:val="clear" w:color="auto" w:fill="D9EAF7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422F6F9F" w14:textId="77777777" w:rsidR="00143A96" w:rsidRPr="00AC6F00" w:rsidRDefault="00590CAF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AC6F00">
              <w:rPr>
                <w:rFonts w:ascii="Times New Roman" w:hAnsi="Times New Roman" w:cs="Times New Roman"/>
                <w:b/>
                <w:color w:val="1F1F1F"/>
                <w:sz w:val="20"/>
                <w:szCs w:val="20"/>
              </w:rPr>
              <w:t>NİHAİ STAJ BAŞARI NOTU</w:t>
            </w:r>
          </w:p>
        </w:tc>
        <w:tc>
          <w:tcPr>
            <w:tcW w:w="1375" w:type="dxa"/>
            <w:shd w:val="clear" w:color="auto" w:fill="D9EAF7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30DA0EB0" w14:textId="77777777" w:rsidR="00143A96" w:rsidRPr="00AC6F00" w:rsidRDefault="00143A9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413" w:type="dxa"/>
            <w:shd w:val="clear" w:color="auto" w:fill="D9EAF7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38724D4E" w14:textId="77777777" w:rsidR="00143A96" w:rsidRPr="00AC6F00" w:rsidRDefault="00590CAF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AC6F00">
              <w:rPr>
                <w:rFonts w:ascii="Times New Roman" w:hAnsi="Times New Roman" w:cs="Times New Roman"/>
                <w:b/>
                <w:color w:val="1F1F1F"/>
                <w:sz w:val="20"/>
                <w:szCs w:val="20"/>
              </w:rPr>
              <w:t>(A × 0,50) + (B × 0,50) = ______ /100</w:t>
            </w:r>
          </w:p>
        </w:tc>
      </w:tr>
      <w:tr w:rsidR="00143A96" w:rsidRPr="00AC6F00" w14:paraId="3884BD95" w14:textId="77777777" w:rsidTr="007D28E4">
        <w:trPr>
          <w:trHeight w:val="331"/>
          <w:jc w:val="center"/>
        </w:trPr>
        <w:tc>
          <w:tcPr>
            <w:tcW w:w="548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3DE074BA" w14:textId="77777777" w:rsidR="00143A96" w:rsidRPr="00AC6F00" w:rsidRDefault="00143A9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384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66EAEBCB" w14:textId="77777777" w:rsidR="00143A96" w:rsidRPr="00AC6F00" w:rsidRDefault="00590CAF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AC6F00">
              <w:rPr>
                <w:rFonts w:ascii="Times New Roman" w:hAnsi="Times New Roman" w:cs="Times New Roman"/>
                <w:b/>
                <w:color w:val="1F1F1F"/>
                <w:sz w:val="20"/>
                <w:szCs w:val="20"/>
              </w:rPr>
              <w:t>Başarı ölçütü</w:t>
            </w:r>
          </w:p>
        </w:tc>
        <w:tc>
          <w:tcPr>
            <w:tcW w:w="1375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5D64BDFC" w14:textId="77777777" w:rsidR="00143A96" w:rsidRPr="00AC6F00" w:rsidRDefault="00143A9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413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7CD95452" w14:textId="77777777" w:rsidR="00143A96" w:rsidRPr="00AC6F00" w:rsidRDefault="00590CAF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AC6F00">
              <w:rPr>
                <w:rFonts w:ascii="Times New Roman" w:hAnsi="Times New Roman" w:cs="Times New Roman"/>
                <w:b/>
                <w:color w:val="1F1F1F"/>
                <w:sz w:val="20"/>
                <w:szCs w:val="20"/>
              </w:rPr>
              <w:t>En az 60/100</w:t>
            </w:r>
          </w:p>
        </w:tc>
      </w:tr>
      <w:tr w:rsidR="00143A96" w:rsidRPr="00AC6F00" w14:paraId="48BDF4A4" w14:textId="77777777" w:rsidTr="007D28E4">
        <w:trPr>
          <w:trHeight w:val="493"/>
          <w:jc w:val="center"/>
        </w:trPr>
        <w:tc>
          <w:tcPr>
            <w:tcW w:w="548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5769D744" w14:textId="77777777" w:rsidR="00143A96" w:rsidRPr="00AC6F00" w:rsidRDefault="00143A9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384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12743940" w14:textId="77777777" w:rsidR="00143A96" w:rsidRPr="00AC6F00" w:rsidRDefault="00590CAF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AC6F00">
              <w:rPr>
                <w:rFonts w:ascii="Times New Roman" w:hAnsi="Times New Roman" w:cs="Times New Roman"/>
                <w:b/>
                <w:color w:val="1F1F1F"/>
                <w:sz w:val="20"/>
                <w:szCs w:val="20"/>
              </w:rPr>
              <w:t>Sonuç</w:t>
            </w:r>
          </w:p>
        </w:tc>
        <w:tc>
          <w:tcPr>
            <w:tcW w:w="1375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0FC51529" w14:textId="77777777" w:rsidR="00143A96" w:rsidRPr="00AC6F00" w:rsidRDefault="00143A9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413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16C96F42" w14:textId="77777777" w:rsidR="00143A96" w:rsidRPr="00AC6F00" w:rsidRDefault="00590CAF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F77A38">
              <w:rPr>
                <w:rFonts w:ascii="Times New Roman" w:hAnsi="Times New Roman" w:cs="Times New Roman"/>
                <w:b/>
                <w:color w:val="1F1F1F"/>
                <w:sz w:val="40"/>
                <w:szCs w:val="40"/>
              </w:rPr>
              <w:t xml:space="preserve">□ </w:t>
            </w:r>
            <w:proofErr w:type="spellStart"/>
            <w:r w:rsidRPr="00AC6F00">
              <w:rPr>
                <w:rFonts w:ascii="Times New Roman" w:hAnsi="Times New Roman" w:cs="Times New Roman"/>
                <w:b/>
                <w:color w:val="1F1F1F"/>
                <w:sz w:val="20"/>
                <w:szCs w:val="20"/>
              </w:rPr>
              <w:t>Başarılı</w:t>
            </w:r>
            <w:proofErr w:type="spellEnd"/>
            <w:r w:rsidRPr="00AC6F00">
              <w:rPr>
                <w:rFonts w:ascii="Times New Roman" w:hAnsi="Times New Roman" w:cs="Times New Roman"/>
                <w:b/>
                <w:color w:val="1F1F1F"/>
                <w:sz w:val="20"/>
                <w:szCs w:val="20"/>
              </w:rPr>
              <w:t xml:space="preserve">   </w:t>
            </w:r>
            <w:r w:rsidRPr="00F77A38">
              <w:rPr>
                <w:rFonts w:ascii="Times New Roman" w:hAnsi="Times New Roman" w:cs="Times New Roman"/>
                <w:b/>
                <w:color w:val="1F1F1F"/>
                <w:sz w:val="40"/>
                <w:szCs w:val="40"/>
              </w:rPr>
              <w:t xml:space="preserve">□ </w:t>
            </w:r>
            <w:proofErr w:type="spellStart"/>
            <w:r w:rsidRPr="00AC6F00">
              <w:rPr>
                <w:rFonts w:ascii="Times New Roman" w:hAnsi="Times New Roman" w:cs="Times New Roman"/>
                <w:b/>
                <w:color w:val="1F1F1F"/>
                <w:sz w:val="20"/>
                <w:szCs w:val="20"/>
              </w:rPr>
              <w:t>Başarısız</w:t>
            </w:r>
            <w:proofErr w:type="spellEnd"/>
          </w:p>
        </w:tc>
      </w:tr>
    </w:tbl>
    <w:p w14:paraId="3A5F243A" w14:textId="4A835C63" w:rsidR="00143A96" w:rsidRPr="00AC6F00" w:rsidRDefault="00590CAF" w:rsidP="002A2B76">
      <w:pPr>
        <w:jc w:val="both"/>
        <w:rPr>
          <w:rFonts w:ascii="Times New Roman" w:hAnsi="Times New Roman" w:cs="Times New Roman"/>
          <w:sz w:val="20"/>
          <w:szCs w:val="20"/>
        </w:rPr>
      </w:pPr>
      <w:proofErr w:type="spellStart"/>
      <w:r w:rsidRPr="00AC6F00">
        <w:rPr>
          <w:rFonts w:ascii="Times New Roman" w:hAnsi="Times New Roman" w:cs="Times New Roman"/>
          <w:b/>
          <w:bCs/>
          <w:sz w:val="20"/>
          <w:szCs w:val="20"/>
        </w:rPr>
        <w:t>Yönerge</w:t>
      </w:r>
      <w:proofErr w:type="spellEnd"/>
      <w:r w:rsidRPr="00AC6F00">
        <w:rPr>
          <w:rFonts w:ascii="Times New Roman" w:hAnsi="Times New Roman" w:cs="Times New Roman"/>
          <w:b/>
          <w:bCs/>
          <w:sz w:val="20"/>
          <w:szCs w:val="20"/>
        </w:rPr>
        <w:t xml:space="preserve"> </w:t>
      </w:r>
      <w:r w:rsidR="00FF493B" w:rsidRPr="00AC6F00">
        <w:rPr>
          <w:rFonts w:ascii="Times New Roman" w:hAnsi="Times New Roman" w:cs="Times New Roman"/>
          <w:b/>
          <w:bCs/>
          <w:sz w:val="20"/>
          <w:szCs w:val="20"/>
        </w:rPr>
        <w:t>md.</w:t>
      </w:r>
      <w:r w:rsidRPr="00AC6F00">
        <w:rPr>
          <w:rFonts w:ascii="Times New Roman" w:hAnsi="Times New Roman" w:cs="Times New Roman"/>
          <w:b/>
          <w:bCs/>
          <w:sz w:val="20"/>
          <w:szCs w:val="20"/>
        </w:rPr>
        <w:t>22/1-c:</w:t>
      </w:r>
      <w:r w:rsidRPr="00AC6F00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AC6F00">
        <w:rPr>
          <w:rFonts w:ascii="Times New Roman" w:hAnsi="Times New Roman" w:cs="Times New Roman"/>
          <w:sz w:val="20"/>
          <w:szCs w:val="20"/>
        </w:rPr>
        <w:t>Nihai</w:t>
      </w:r>
      <w:proofErr w:type="spellEnd"/>
      <w:r w:rsidRPr="00AC6F00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AC6F00">
        <w:rPr>
          <w:rFonts w:ascii="Times New Roman" w:hAnsi="Times New Roman" w:cs="Times New Roman"/>
          <w:sz w:val="20"/>
          <w:szCs w:val="20"/>
        </w:rPr>
        <w:t>başarı</w:t>
      </w:r>
      <w:proofErr w:type="spellEnd"/>
      <w:r w:rsidRPr="00AC6F00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AC6F00">
        <w:rPr>
          <w:rFonts w:ascii="Times New Roman" w:hAnsi="Times New Roman" w:cs="Times New Roman"/>
          <w:sz w:val="20"/>
          <w:szCs w:val="20"/>
        </w:rPr>
        <w:t>notu</w:t>
      </w:r>
      <w:proofErr w:type="spellEnd"/>
      <w:r w:rsidRPr="00AC6F00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AC6F00">
        <w:rPr>
          <w:rFonts w:ascii="Times New Roman" w:hAnsi="Times New Roman" w:cs="Times New Roman"/>
          <w:sz w:val="20"/>
          <w:szCs w:val="20"/>
        </w:rPr>
        <w:t>işyeri</w:t>
      </w:r>
      <w:proofErr w:type="spellEnd"/>
      <w:r w:rsidRPr="00AC6F00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AC6F00">
        <w:rPr>
          <w:rFonts w:ascii="Times New Roman" w:hAnsi="Times New Roman" w:cs="Times New Roman"/>
          <w:sz w:val="20"/>
          <w:szCs w:val="20"/>
        </w:rPr>
        <w:t>eğitici</w:t>
      </w:r>
      <w:proofErr w:type="spellEnd"/>
      <w:r w:rsidRPr="00AC6F00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AC6F00">
        <w:rPr>
          <w:rFonts w:ascii="Times New Roman" w:hAnsi="Times New Roman" w:cs="Times New Roman"/>
          <w:sz w:val="20"/>
          <w:szCs w:val="20"/>
        </w:rPr>
        <w:t>personel</w:t>
      </w:r>
      <w:proofErr w:type="spellEnd"/>
      <w:r w:rsidRPr="00AC6F00">
        <w:rPr>
          <w:rFonts w:ascii="Times New Roman" w:hAnsi="Times New Roman" w:cs="Times New Roman"/>
          <w:sz w:val="20"/>
          <w:szCs w:val="20"/>
        </w:rPr>
        <w:t xml:space="preserve"> puanının %50’si ile staj evrakı puanının %50’si alınarak hesaplanır. Yazılı ve/veya sözlü sınav yapılmaz. Başarılı sayılmak için not ortalamasının 100 üzerinden en az 60 olması gerekir.</w:t>
      </w:r>
    </w:p>
    <w:sectPr w:rsidR="00143A96" w:rsidRPr="00AC6F00" w:rsidSect="00034616">
      <w:headerReference w:type="default" r:id="rId8"/>
      <w:footerReference w:type="default" r:id="rId9"/>
      <w:pgSz w:w="12240" w:h="15840"/>
      <w:pgMar w:top="709" w:right="765" w:bottom="709" w:left="765" w:header="283" w:footer="283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4CBC469" w14:textId="77777777" w:rsidR="002D0524" w:rsidRDefault="002D0524">
      <w:pPr>
        <w:spacing w:after="0"/>
      </w:pPr>
      <w:r>
        <w:separator/>
      </w:r>
    </w:p>
  </w:endnote>
  <w:endnote w:type="continuationSeparator" w:id="0">
    <w:p w14:paraId="1D16D743" w14:textId="77777777" w:rsidR="002D0524" w:rsidRDefault="002D0524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27F1EA3" w14:textId="210FD7F6" w:rsidR="00143A96" w:rsidRDefault="00143A96">
    <w:pPr>
      <w:pStyle w:val="AltBilgi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1C9345C" w14:textId="77777777" w:rsidR="002D0524" w:rsidRDefault="002D0524">
      <w:pPr>
        <w:spacing w:after="0"/>
      </w:pPr>
      <w:r>
        <w:separator/>
      </w:r>
    </w:p>
  </w:footnote>
  <w:footnote w:type="continuationSeparator" w:id="0">
    <w:p w14:paraId="09AF6059" w14:textId="77777777" w:rsidR="002D0524" w:rsidRDefault="002D0524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3D92FE5" w14:textId="375032B5" w:rsidR="00143A96" w:rsidRDefault="00143A96">
    <w:pPr>
      <w:pStyle w:val="stBilgi"/>
      <w:jc w:val="righ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eNumaras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eNumaras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eMaddemi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eMaddemi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eNumaras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eMaddemi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47730"/>
    <w:rsid w:val="00034616"/>
    <w:rsid w:val="0006063C"/>
    <w:rsid w:val="00143A96"/>
    <w:rsid w:val="0015074B"/>
    <w:rsid w:val="00211046"/>
    <w:rsid w:val="00267318"/>
    <w:rsid w:val="0029639D"/>
    <w:rsid w:val="002A1FD8"/>
    <w:rsid w:val="002A2B76"/>
    <w:rsid w:val="002C5198"/>
    <w:rsid w:val="002D0524"/>
    <w:rsid w:val="00326F90"/>
    <w:rsid w:val="00332C9A"/>
    <w:rsid w:val="0036197D"/>
    <w:rsid w:val="00387DAA"/>
    <w:rsid w:val="003D415F"/>
    <w:rsid w:val="00415159"/>
    <w:rsid w:val="0050149E"/>
    <w:rsid w:val="00590CAF"/>
    <w:rsid w:val="00620EE9"/>
    <w:rsid w:val="00653A1F"/>
    <w:rsid w:val="00713860"/>
    <w:rsid w:val="007A08EE"/>
    <w:rsid w:val="007B67C2"/>
    <w:rsid w:val="007D28E4"/>
    <w:rsid w:val="00830B33"/>
    <w:rsid w:val="009E1145"/>
    <w:rsid w:val="00AA1D8D"/>
    <w:rsid w:val="00AC5CA7"/>
    <w:rsid w:val="00AC6F00"/>
    <w:rsid w:val="00B47730"/>
    <w:rsid w:val="00C35754"/>
    <w:rsid w:val="00C442FB"/>
    <w:rsid w:val="00C826FD"/>
    <w:rsid w:val="00CB0664"/>
    <w:rsid w:val="00D32676"/>
    <w:rsid w:val="00D57584"/>
    <w:rsid w:val="00DE40AD"/>
    <w:rsid w:val="00DF429A"/>
    <w:rsid w:val="00EF27DE"/>
    <w:rsid w:val="00F77A38"/>
    <w:rsid w:val="00FA2EE5"/>
    <w:rsid w:val="00FC693F"/>
    <w:rsid w:val="00FF49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722B6348"/>
  <w14:defaultImageDpi w14:val="300"/>
  <w15:docId w15:val="{6A1C63E1-7B1B-4681-B409-F763F70CC0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C693F"/>
    <w:pPr>
      <w:spacing w:after="60" w:line="240" w:lineRule="auto"/>
    </w:pPr>
    <w:rPr>
      <w:rFonts w:ascii="Arial" w:eastAsia="Arial" w:hAnsi="Arial"/>
      <w:sz w:val="18"/>
    </w:rPr>
  </w:style>
  <w:style w:type="paragraph" w:styleId="Balk1">
    <w:name w:val="heading 1"/>
    <w:basedOn w:val="Normal"/>
    <w:next w:val="Normal"/>
    <w:link w:val="Balk1Char"/>
    <w:uiPriority w:val="9"/>
    <w:qFormat/>
    <w:rsid w:val="00FC693F"/>
    <w:pPr>
      <w:keepNext/>
      <w:keepLines/>
      <w:spacing w:before="140" w:after="80"/>
      <w:outlineLvl w:val="0"/>
    </w:pPr>
    <w:rPr>
      <w:rFonts w:asciiTheme="majorHAnsi" w:eastAsiaTheme="majorEastAsia" w:hAnsiTheme="majorHAnsi" w:cstheme="majorBidi"/>
      <w:b/>
      <w:bCs/>
      <w:color w:val="1F4E78"/>
      <w:sz w:val="24"/>
      <w:szCs w:val="28"/>
    </w:rPr>
  </w:style>
  <w:style w:type="paragraph" w:styleId="Balk2">
    <w:name w:val="heading 2"/>
    <w:basedOn w:val="Normal"/>
    <w:next w:val="Normal"/>
    <w:link w:val="Balk2Char"/>
    <w:uiPriority w:val="9"/>
    <w:unhideWhenUsed/>
    <w:qFormat/>
    <w:rsid w:val="00FC693F"/>
    <w:pPr>
      <w:keepNext/>
      <w:keepLines/>
      <w:spacing w:before="100"/>
      <w:outlineLvl w:val="1"/>
    </w:pPr>
    <w:rPr>
      <w:rFonts w:asciiTheme="majorHAnsi" w:eastAsiaTheme="majorEastAsia" w:hAnsiTheme="majorHAnsi" w:cstheme="majorBidi"/>
      <w:b/>
      <w:bCs/>
      <w:color w:val="1F4E78"/>
      <w:sz w:val="20"/>
      <w:szCs w:val="26"/>
    </w:rPr>
  </w:style>
  <w:style w:type="paragraph" w:styleId="Balk3">
    <w:name w:val="heading 3"/>
    <w:basedOn w:val="Normal"/>
    <w:next w:val="Normal"/>
    <w:link w:val="Balk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Balk4">
    <w:name w:val="heading 4"/>
    <w:basedOn w:val="Normal"/>
    <w:next w:val="Normal"/>
    <w:link w:val="Balk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Balk5">
    <w:name w:val="heading 5"/>
    <w:basedOn w:val="Normal"/>
    <w:next w:val="Normal"/>
    <w:link w:val="Balk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Balk6">
    <w:name w:val="heading 6"/>
    <w:basedOn w:val="Normal"/>
    <w:next w:val="Normal"/>
    <w:link w:val="Balk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Balk7">
    <w:name w:val="heading 7"/>
    <w:basedOn w:val="Normal"/>
    <w:next w:val="Normal"/>
    <w:link w:val="Balk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Balk8">
    <w:name w:val="heading 8"/>
    <w:basedOn w:val="Normal"/>
    <w:next w:val="Normal"/>
    <w:link w:val="Balk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Balk9">
    <w:name w:val="heading 9"/>
    <w:basedOn w:val="Normal"/>
    <w:next w:val="Normal"/>
    <w:link w:val="Balk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E618BF"/>
    <w:pPr>
      <w:tabs>
        <w:tab w:val="center" w:pos="4680"/>
        <w:tab w:val="right" w:pos="9360"/>
      </w:tabs>
      <w:spacing w:after="0"/>
    </w:pPr>
  </w:style>
  <w:style w:type="character" w:customStyle="1" w:styleId="stBilgiChar">
    <w:name w:val="Üst Bilgi Char"/>
    <w:basedOn w:val="VarsaylanParagrafYazTipi"/>
    <w:link w:val="stBilgi"/>
    <w:uiPriority w:val="99"/>
    <w:rsid w:val="00E618BF"/>
  </w:style>
  <w:style w:type="paragraph" w:styleId="AltBilgi">
    <w:name w:val="footer"/>
    <w:basedOn w:val="Normal"/>
    <w:link w:val="AltBilgiChar"/>
    <w:uiPriority w:val="99"/>
    <w:unhideWhenUsed/>
    <w:rsid w:val="00E618BF"/>
    <w:pPr>
      <w:tabs>
        <w:tab w:val="center" w:pos="4680"/>
        <w:tab w:val="right" w:pos="9360"/>
      </w:tabs>
      <w:spacing w:after="0"/>
    </w:pPr>
  </w:style>
  <w:style w:type="character" w:customStyle="1" w:styleId="AltBilgiChar">
    <w:name w:val="Alt Bilgi Char"/>
    <w:basedOn w:val="VarsaylanParagrafYazTipi"/>
    <w:link w:val="AltBilgi"/>
    <w:uiPriority w:val="99"/>
    <w:rsid w:val="00E618BF"/>
  </w:style>
  <w:style w:type="paragraph" w:styleId="AralkYok">
    <w:name w:val="No Spacing"/>
    <w:uiPriority w:val="1"/>
    <w:qFormat/>
    <w:rsid w:val="00FC693F"/>
    <w:pPr>
      <w:spacing w:after="0" w:line="240" w:lineRule="auto"/>
    </w:pPr>
  </w:style>
  <w:style w:type="character" w:customStyle="1" w:styleId="Balk1Char">
    <w:name w:val="Başlık 1 Char"/>
    <w:basedOn w:val="VarsaylanParagrafYazTipi"/>
    <w:link w:val="Balk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Balk2Char">
    <w:name w:val="Başlık 2 Char"/>
    <w:basedOn w:val="VarsaylanParagrafYazTipi"/>
    <w:link w:val="Balk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Balk3Char">
    <w:name w:val="Başlık 3 Char"/>
    <w:basedOn w:val="VarsaylanParagrafYazTipi"/>
    <w:link w:val="Balk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KonuBal">
    <w:name w:val="Title"/>
    <w:basedOn w:val="Normal"/>
    <w:next w:val="Normal"/>
    <w:link w:val="KonuBalChar"/>
    <w:uiPriority w:val="10"/>
    <w:qFormat/>
    <w:rsid w:val="00FC693F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KonuBalChar">
    <w:name w:val="Konu Başlığı Char"/>
    <w:basedOn w:val="VarsaylanParagrafYazTipi"/>
    <w:link w:val="KonuBal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ltyaz">
    <w:name w:val="Subtitle"/>
    <w:basedOn w:val="Normal"/>
    <w:next w:val="Normal"/>
    <w:link w:val="Altyaz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ltyazChar">
    <w:name w:val="Altyazı Char"/>
    <w:basedOn w:val="VarsaylanParagrafYazTipi"/>
    <w:link w:val="Altyaz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eParagraf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GvdeMetni">
    <w:name w:val="Body Text"/>
    <w:basedOn w:val="Normal"/>
    <w:link w:val="GvdeMetniChar"/>
    <w:uiPriority w:val="99"/>
    <w:unhideWhenUsed/>
    <w:rsid w:val="00AA1D8D"/>
    <w:pPr>
      <w:spacing w:after="120"/>
    </w:pPr>
  </w:style>
  <w:style w:type="character" w:customStyle="1" w:styleId="GvdeMetniChar">
    <w:name w:val="Gövde Metni Char"/>
    <w:basedOn w:val="VarsaylanParagrafYazTipi"/>
    <w:link w:val="GvdeMetni"/>
    <w:uiPriority w:val="99"/>
    <w:rsid w:val="00AA1D8D"/>
  </w:style>
  <w:style w:type="paragraph" w:styleId="GvdeMetni2">
    <w:name w:val="Body Text 2"/>
    <w:basedOn w:val="Normal"/>
    <w:link w:val="GvdeMetni2Char"/>
    <w:uiPriority w:val="99"/>
    <w:unhideWhenUsed/>
    <w:rsid w:val="00AA1D8D"/>
    <w:pPr>
      <w:spacing w:after="120" w:line="480" w:lineRule="auto"/>
    </w:pPr>
  </w:style>
  <w:style w:type="character" w:customStyle="1" w:styleId="GvdeMetni2Char">
    <w:name w:val="Gövde Metni 2 Char"/>
    <w:basedOn w:val="VarsaylanParagrafYazTipi"/>
    <w:link w:val="GvdeMetni2"/>
    <w:uiPriority w:val="99"/>
    <w:rsid w:val="00AA1D8D"/>
  </w:style>
  <w:style w:type="paragraph" w:styleId="GvdeMetni3">
    <w:name w:val="Body Text 3"/>
    <w:basedOn w:val="Normal"/>
    <w:link w:val="GvdeMetni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GvdeMetni3Char">
    <w:name w:val="Gövde Metni 3 Char"/>
    <w:basedOn w:val="VarsaylanParagrafYazTipi"/>
    <w:link w:val="GvdeMetni3"/>
    <w:uiPriority w:val="99"/>
    <w:rsid w:val="00AA1D8D"/>
    <w:rPr>
      <w:sz w:val="16"/>
      <w:szCs w:val="16"/>
    </w:rPr>
  </w:style>
  <w:style w:type="paragraph" w:styleId="Liste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e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e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eMaddemi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eMaddemi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eMaddemi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eNumaras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eNumaras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eNumaras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eDevam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eDevam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eDevam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kroMetni">
    <w:name w:val="macro"/>
    <w:link w:val="MakroMetni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kroMetniChar">
    <w:name w:val="Makro Metni Char"/>
    <w:basedOn w:val="VarsaylanParagrafYazTipi"/>
    <w:link w:val="MakroMetni"/>
    <w:uiPriority w:val="99"/>
    <w:rsid w:val="0029639D"/>
    <w:rPr>
      <w:rFonts w:ascii="Courier" w:hAnsi="Courier"/>
      <w:sz w:val="20"/>
      <w:szCs w:val="20"/>
    </w:rPr>
  </w:style>
  <w:style w:type="paragraph" w:styleId="Alnt">
    <w:name w:val="Quote"/>
    <w:basedOn w:val="Normal"/>
    <w:next w:val="Normal"/>
    <w:link w:val="AlntChar"/>
    <w:uiPriority w:val="29"/>
    <w:qFormat/>
    <w:rsid w:val="00FC693F"/>
    <w:rPr>
      <w:i/>
      <w:iCs/>
      <w:color w:val="000000" w:themeColor="text1"/>
    </w:rPr>
  </w:style>
  <w:style w:type="character" w:customStyle="1" w:styleId="AlntChar">
    <w:name w:val="Alıntı Char"/>
    <w:basedOn w:val="VarsaylanParagrafYazTipi"/>
    <w:link w:val="Alnt"/>
    <w:uiPriority w:val="29"/>
    <w:rsid w:val="00FC693F"/>
    <w:rPr>
      <w:i/>
      <w:iCs/>
      <w:color w:val="000000" w:themeColor="text1"/>
    </w:rPr>
  </w:style>
  <w:style w:type="character" w:customStyle="1" w:styleId="Balk4Char">
    <w:name w:val="Başlık 4 Char"/>
    <w:basedOn w:val="VarsaylanParagrafYazTipi"/>
    <w:link w:val="Balk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Balk5Char">
    <w:name w:val="Başlık 5 Char"/>
    <w:basedOn w:val="VarsaylanParagrafYazTipi"/>
    <w:link w:val="Balk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Balk6Char">
    <w:name w:val="Başlık 6 Char"/>
    <w:basedOn w:val="VarsaylanParagrafYazTipi"/>
    <w:link w:val="Balk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Balk7Char">
    <w:name w:val="Başlık 7 Char"/>
    <w:basedOn w:val="VarsaylanParagrafYazTipi"/>
    <w:link w:val="Balk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Balk8Char">
    <w:name w:val="Başlık 8 Char"/>
    <w:basedOn w:val="VarsaylanParagrafYazTipi"/>
    <w:link w:val="Balk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Balk9Char">
    <w:name w:val="Başlık 9 Char"/>
    <w:basedOn w:val="VarsaylanParagrafYazTipi"/>
    <w:link w:val="Balk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ResimYazs">
    <w:name w:val="caption"/>
    <w:basedOn w:val="Normal"/>
    <w:next w:val="Normal"/>
    <w:uiPriority w:val="35"/>
    <w:semiHidden/>
    <w:unhideWhenUsed/>
    <w:qFormat/>
    <w:rsid w:val="00FC693F"/>
    <w:rPr>
      <w:b/>
      <w:bCs/>
      <w:color w:val="4F81BD" w:themeColor="accent1"/>
      <w:szCs w:val="18"/>
    </w:rPr>
  </w:style>
  <w:style w:type="character" w:styleId="Gl">
    <w:name w:val="Strong"/>
    <w:basedOn w:val="VarsaylanParagrafYazTipi"/>
    <w:uiPriority w:val="22"/>
    <w:qFormat/>
    <w:rsid w:val="00FC693F"/>
    <w:rPr>
      <w:b/>
      <w:bCs/>
    </w:rPr>
  </w:style>
  <w:style w:type="character" w:styleId="Vurgu">
    <w:name w:val="Emphasis"/>
    <w:basedOn w:val="VarsaylanParagrafYazTipi"/>
    <w:uiPriority w:val="20"/>
    <w:qFormat/>
    <w:rsid w:val="00FC693F"/>
    <w:rPr>
      <w:i/>
      <w:iCs/>
    </w:rPr>
  </w:style>
  <w:style w:type="paragraph" w:styleId="GlAlnt">
    <w:name w:val="Intense Quote"/>
    <w:basedOn w:val="Normal"/>
    <w:next w:val="Normal"/>
    <w:link w:val="GlAlnt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GlAlntChar">
    <w:name w:val="Güçlü Alıntı Char"/>
    <w:basedOn w:val="VarsaylanParagrafYazTipi"/>
    <w:link w:val="GlAlnt"/>
    <w:uiPriority w:val="30"/>
    <w:rsid w:val="00FC693F"/>
    <w:rPr>
      <w:b/>
      <w:bCs/>
      <w:i/>
      <w:iCs/>
      <w:color w:val="4F81BD" w:themeColor="accent1"/>
    </w:rPr>
  </w:style>
  <w:style w:type="character" w:styleId="HafifVurgulama">
    <w:name w:val="Subtle Emphasis"/>
    <w:basedOn w:val="VarsaylanParagrafYazTipi"/>
    <w:uiPriority w:val="19"/>
    <w:qFormat/>
    <w:rsid w:val="00FC693F"/>
    <w:rPr>
      <w:i/>
      <w:iCs/>
      <w:color w:val="808080" w:themeColor="text1" w:themeTint="7F"/>
    </w:rPr>
  </w:style>
  <w:style w:type="character" w:styleId="GlVurgulama">
    <w:name w:val="Intense Emphasis"/>
    <w:basedOn w:val="VarsaylanParagrafYazTipi"/>
    <w:uiPriority w:val="21"/>
    <w:qFormat/>
    <w:rsid w:val="00FC693F"/>
    <w:rPr>
      <w:b/>
      <w:bCs/>
      <w:i/>
      <w:iCs/>
      <w:color w:val="4F81BD" w:themeColor="accent1"/>
    </w:rPr>
  </w:style>
  <w:style w:type="character" w:styleId="HafifBavuru">
    <w:name w:val="Subtle Reference"/>
    <w:basedOn w:val="VarsaylanParagrafYazTipi"/>
    <w:uiPriority w:val="31"/>
    <w:qFormat/>
    <w:rsid w:val="00FC693F"/>
    <w:rPr>
      <w:smallCaps/>
      <w:color w:val="C0504D" w:themeColor="accent2"/>
      <w:u w:val="single"/>
    </w:rPr>
  </w:style>
  <w:style w:type="character" w:styleId="GlBavuru">
    <w:name w:val="Intense Reference"/>
    <w:basedOn w:val="VarsaylanParagrafYazTipi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KitapBal">
    <w:name w:val="Book Title"/>
    <w:basedOn w:val="VarsaylanParagrafYazTipi"/>
    <w:uiPriority w:val="33"/>
    <w:qFormat/>
    <w:rsid w:val="00FC693F"/>
    <w:rPr>
      <w:b/>
      <w:bCs/>
      <w:smallCaps/>
      <w:spacing w:val="5"/>
    </w:rPr>
  </w:style>
  <w:style w:type="paragraph" w:styleId="TBal">
    <w:name w:val="TOC Heading"/>
    <w:basedOn w:val="Balk1"/>
    <w:next w:val="Normal"/>
    <w:uiPriority w:val="39"/>
    <w:semiHidden/>
    <w:unhideWhenUsed/>
    <w:qFormat/>
    <w:rsid w:val="00FC693F"/>
    <w:pPr>
      <w:outlineLvl w:val="9"/>
    </w:pPr>
  </w:style>
  <w:style w:type="table" w:styleId="TabloKlavuzu">
    <w:name w:val="Table Grid"/>
    <w:basedOn w:val="NormalTablo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kGlgeleme">
    <w:name w:val="Light Shading"/>
    <w:basedOn w:val="NormalTablo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AkGlgeleme-Vurgu1">
    <w:name w:val="Light Shading Accent 1"/>
    <w:basedOn w:val="NormalTablo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AkGlgeleme-Vurgu2">
    <w:name w:val="Light Shading Accent 2"/>
    <w:basedOn w:val="NormalTablo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AkGlgeleme-Vurgu3">
    <w:name w:val="Light Shading Accent 3"/>
    <w:basedOn w:val="NormalTablo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AkGlgeleme-Vurgu4">
    <w:name w:val="Light Shading Accent 4"/>
    <w:basedOn w:val="NormalTablo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AkGlgeleme-Vurgu5">
    <w:name w:val="Light Shading Accent 5"/>
    <w:basedOn w:val="NormalTablo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AkGlgeleme-Vurgu6">
    <w:name w:val="Light Shading Accent 6"/>
    <w:basedOn w:val="NormalTablo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kListe">
    <w:name w:val="Light List"/>
    <w:basedOn w:val="NormalTablo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AkListe-Vurgu1">
    <w:name w:val="Light List Accent 1"/>
    <w:basedOn w:val="NormalTablo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AkListe-Vurgu2">
    <w:name w:val="Light List Accent 2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AkListe-Vurgu3">
    <w:name w:val="Light List Accent 3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AkListe-Vurgu4">
    <w:name w:val="Light List Accent 4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AkListe-Vurgu5">
    <w:name w:val="Light List Accent 5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AkListe-Vurgu6">
    <w:name w:val="Light List Accent 6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kKlavuz">
    <w:name w:val="Light Grid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AkKlavuz-Vurgu1">
    <w:name w:val="Light Grid Accent 1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AkKlavuz-Vurgu2">
    <w:name w:val="Light Grid Accent 2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AkKlavuz-Vurgu3">
    <w:name w:val="Light Grid Accent 3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AkKlavuz-Vurgu4">
    <w:name w:val="Light Grid Accent 4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AkKlavuz-Vurgu5">
    <w:name w:val="Light Grid Accent 5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AkKlavuz-Vurgu6">
    <w:name w:val="Light Grid Accent 6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OrtaGlgeleme1">
    <w:name w:val="Medium Shading 1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1">
    <w:name w:val="Medium Shading 1 Accent 1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2">
    <w:name w:val="Medium Shading 1 Accent 2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3">
    <w:name w:val="Medium Shading 1 Accent 3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4">
    <w:name w:val="Medium Shading 1 Accent 4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5">
    <w:name w:val="Medium Shading 1 Accent 5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6">
    <w:name w:val="Medium Shading 1 Accent 6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2">
    <w:name w:val="Medium Shading 2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1">
    <w:name w:val="Medium Shading 2 Accent 1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2">
    <w:name w:val="Medium Shading 2 Accent 2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3">
    <w:name w:val="Medium Shading 2 Accent 3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4">
    <w:name w:val="Medium Shading 2 Accent 4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5">
    <w:name w:val="Medium Shading 2 Accent 5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6">
    <w:name w:val="Medium Shading 2 Accent 6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Liste1">
    <w:name w:val="Medium List 1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OrtaListe1-Vurgu1">
    <w:name w:val="Medium List 1 Accent 1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OrtaListe1-Vurgu2">
    <w:name w:val="Medium List 1 Accent 2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OrtaListe1-Vurgu3">
    <w:name w:val="Medium List 1 Accent 3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OrtaListe1-Vurgu4">
    <w:name w:val="Medium List 1 Accent 4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OrtaListe1-Vurgu5">
    <w:name w:val="Medium List 1 Accent 5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OrtaListe1-Vurgu6">
    <w:name w:val="Medium List 1 Accent 6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OrtaListe2">
    <w:name w:val="Medium List 2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2-Vurgu1">
    <w:name w:val="Medium List 2 Accent 1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2">
    <w:name w:val="Medium List 2 Accent 2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3">
    <w:name w:val="Medium List 2 Accent 3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4">
    <w:name w:val="Medium List 2 Accent 4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5">
    <w:name w:val="Medium List 2 Accent 5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6">
    <w:name w:val="Medium List 2 Accent 6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Klavuz1">
    <w:name w:val="Medium Grid 1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OrtaKlavuz1-Vurgu1">
    <w:name w:val="Medium Grid 1 Accent 1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OrtaKlavuz1-Vurgu2">
    <w:name w:val="Medium Grid 1 Accent 2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OrtaKlavuz1-Vurgu3">
    <w:name w:val="Medium Grid 1 Accent 3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OrtaKlavuz1-Vurgu4">
    <w:name w:val="Medium Grid 1 Accent 4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OrtaKlavuz1-Vurgu5">
    <w:name w:val="Medium Grid 1 Accent 5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OrtaKlavuz1-Vurgu6">
    <w:name w:val="Medium Grid 1 Accent 6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OrtaKlavuz2">
    <w:name w:val="Medium Grid 2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1">
    <w:name w:val="Medium Grid 2 Accent 1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2">
    <w:name w:val="Medium Grid 2 Accent 2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3">
    <w:name w:val="Medium Grid 2 Accent 3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4">
    <w:name w:val="Medium Grid 2 Accent 4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5">
    <w:name w:val="Medium Grid 2 Accent 5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6">
    <w:name w:val="Medium Grid 2 Accent 6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3">
    <w:name w:val="Medium Grid 3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OrtaKlavuz3-Vurgu1">
    <w:name w:val="Medium Grid 3 Accent 1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OrtaKlavuz3-Vurgu2">
    <w:name w:val="Medium Grid 3 Accent 2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OrtaKlavuz3-Vurgu3">
    <w:name w:val="Medium Grid 3 Accent 3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OrtaKlavuz3-Vurgu4">
    <w:name w:val="Medium Grid 3 Accent 4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OrtaKlavuz3-Vurgu5">
    <w:name w:val="Medium Grid 3 Accent 5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OrtaKlavuz3-Vurgu6">
    <w:name w:val="Medium Grid 3 Accent 6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KoyuListe">
    <w:name w:val="Dark List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KoyuListe-Vurgu1">
    <w:name w:val="Dark List Accent 1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KoyuListe-Vurgu2">
    <w:name w:val="Dark List Accent 2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KoyuListe-Vurgu3">
    <w:name w:val="Dark List Accent 3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KoyuListe-Vurgu4">
    <w:name w:val="Dark List Accent 4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KoyuListe-Vurgu5">
    <w:name w:val="Dark List Accent 5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KoyuListe-Vurgu6">
    <w:name w:val="Dark List Accent 6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RenkliGlgeleme">
    <w:name w:val="Colorful Shading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1">
    <w:name w:val="Colorful Shading Accent 1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2">
    <w:name w:val="Colorful Shading Accent 2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3">
    <w:name w:val="Colorful Shading Accent 3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RenkliGlgeleme-Vurgu4">
    <w:name w:val="Colorful Shading Accent 4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5">
    <w:name w:val="Colorful Shading Accent 5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6">
    <w:name w:val="Colorful Shading Accent 6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Liste">
    <w:name w:val="Colorful List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RenkliListe-Vurgu1">
    <w:name w:val="Colorful List Accent 1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RenkliListe-Vurgu2">
    <w:name w:val="Colorful List Accent 2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RenkliListe-Vurgu3">
    <w:name w:val="Colorful List Accent 3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RenkliListe-Vurgu4">
    <w:name w:val="Colorful List Accent 4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RenkliListe-Vurgu5">
    <w:name w:val="Colorful List Accent 5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RenkliListe-Vurgu6">
    <w:name w:val="Colorful List Accent 6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RenkliKlavuz">
    <w:name w:val="Colorful Grid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RenkliKlavuz-Vurgu1">
    <w:name w:val="Colorful Grid Accent 1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RenkliKlavuz-Vurgu2">
    <w:name w:val="Colorful Grid Accent 2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RenkliKlavuz-Vurgu3">
    <w:name w:val="Colorful Grid Accent 3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RenkliKlavuz-Vurgu4">
    <w:name w:val="Colorful Grid Accent 4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RenkliKlavuz-Vurgu5">
    <w:name w:val="Colorful Grid Accent 5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RenkliKlavuz-Vurgu6">
    <w:name w:val="Colorful Grid Accent 6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0D6824EB-B10E-4026-97E6-B861A58DB0B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8</Pages>
  <Words>2204</Words>
  <Characters>12569</Characters>
  <Application>Microsoft Office Word</Application>
  <DocSecurity>0</DocSecurity>
  <Lines>104</Lines>
  <Paragraphs>29</Paragraphs>
  <ScaleCrop>false</ScaleCrop>
  <HeadingPairs>
    <vt:vector size="4" baseType="variant">
      <vt:variant>
        <vt:lpstr>Konu Başlığı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Hukuk Bölümü Mahkeme Büro Hizmetleri Staj Evrakı Değerlendirme Rubriği - 2026 Yönerge Uyumlu</vt:lpstr>
      <vt:lpstr/>
    </vt:vector>
  </TitlesOfParts>
  <Manager/>
  <Company/>
  <LinksUpToDate>false</LinksUpToDate>
  <CharactersWithSpaces>14744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Hukuk Bölümü Mahkeme Büro Hizmetleri Staj Evrakı Değerlendirme Rubriği - 2026 Yönerge Uyumlu</dc:title>
  <dc:subject>Trabzon Üniversitesi Uygulamalı Eğitimler Yönergesi 27.08.2026 - Senato 91/17 uyumlu staj evrakı değerlendirme rubriği</dc:subject>
  <dc:creator>Trabzon Üniversitesi Şalpazarı Meslek Yüksekokulu Hukuk Bölümü</dc:creator>
  <cp:keywords/>
  <dc:description>generated by python-docx</dc:description>
  <cp:lastModifiedBy>TRABZON ÜNİVERSİTESİ</cp:lastModifiedBy>
  <cp:revision>2</cp:revision>
  <dcterms:created xsi:type="dcterms:W3CDTF">2026-10-27T11:58:00Z</dcterms:created>
  <dcterms:modified xsi:type="dcterms:W3CDTF">2026-10-27T11:58:00Z</dcterms:modified>
  <cp:category/>
</cp:coreProperties>
</file>