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F15" w:rsidRDefault="00002D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 w:rsidR="00680820">
        <w:rPr>
          <w:rFonts w:ascii="Arial" w:eastAsia="Arial" w:hAnsi="Arial"/>
        </w:rPr>
        <w:br/>
        <w:t>ŞALPAZARI MESLEK YÜKSEKOKULU</w:t>
      </w:r>
      <w:r w:rsidR="00680820">
        <w:rPr>
          <w:rFonts w:ascii="Arial" w:eastAsia="Arial" w:hAnsi="Arial"/>
        </w:rPr>
        <w:br/>
        <w:t>BİRİ</w:t>
      </w:r>
      <w:r>
        <w:rPr>
          <w:rFonts w:ascii="Arial" w:eastAsia="Arial" w:hAnsi="Arial"/>
        </w:rPr>
        <w:t>M BAĞIMLILIKLA MÜCADELE KURULU</w:t>
      </w:r>
      <w:r>
        <w:rPr>
          <w:rFonts w:ascii="Arial" w:eastAsia="Arial" w:hAnsi="Arial"/>
        </w:rPr>
        <w:br/>
        <w:t>ÇALIŞMA USUL VE ESASLARI</w:t>
      </w:r>
    </w:p>
    <w:p w:rsidR="002D1F15" w:rsidRDefault="00002D00">
      <w:pPr>
        <w:keepNext/>
      </w:pPr>
      <w:bookmarkStart w:id="0" w:name="_GoBack"/>
      <w:bookmarkEnd w:id="0"/>
      <w:r>
        <w:rPr>
          <w:b/>
        </w:rPr>
        <w:t>MADDE 1 - Amaç</w:t>
      </w:r>
    </w:p>
    <w:p w:rsidR="002D1F15" w:rsidRDefault="00002D00">
      <w:r>
        <w:t xml:space="preserve">(1) Bu Usul ve Esasların amacı, Şalpazarı Meslek Yüksekokulu bünyesindeki Birim </w:t>
      </w:r>
      <w:r>
        <w:t>Bağımlılıkla Mücadele Kurulu adlı yapının oluşumunu, görevlerini, çalışma düzenini, kayıt, raporlama ve izleme süreçlerini belirlemektir.</w:t>
      </w:r>
    </w:p>
    <w:p w:rsidR="002D1F15" w:rsidRDefault="00002D00">
      <w:pPr>
        <w:keepNext/>
      </w:pPr>
      <w:r>
        <w:rPr>
          <w:b/>
        </w:rPr>
        <w:t>MADDE 2 - Kapsam</w:t>
      </w:r>
    </w:p>
    <w:p w:rsidR="002D1F15" w:rsidRDefault="00002D00">
      <w:r>
        <w:t>(1) Bu Usul ve Esaslar, Birim Bağımlılıkla Mücadele Kurulu adlı yapının başkan, üye, raportör ve çalı</w:t>
      </w:r>
      <w:r>
        <w:t>şmalarını kapsar.</w:t>
      </w:r>
    </w:p>
    <w:p w:rsidR="002D1F15" w:rsidRDefault="00002D00">
      <w:pPr>
        <w:keepNext/>
      </w:pPr>
      <w:r>
        <w:rPr>
          <w:b/>
        </w:rPr>
        <w:t>MADDE 3 - Dayanak</w:t>
      </w:r>
    </w:p>
    <w:p w:rsidR="002D1F15" w:rsidRDefault="00002D00">
      <w:r>
        <w:t>(1) Bu Usul ve Esaslar; Trabzon Üniversitesi Bağımlılıkla Mücadele Koordinatörlüğü Yönergesi ile diğer ilgili üst mevzuata dayanılarak hazırlanmıştır.</w:t>
      </w:r>
    </w:p>
    <w:p w:rsidR="002D1F15" w:rsidRDefault="00002D00">
      <w:r>
        <w:t>(2) Üst mevzuatta farklı bir hüküm bulunması hâlinde üst mevzuat hükm</w:t>
      </w:r>
      <w:r>
        <w:t>ü uygulanır.</w:t>
      </w:r>
    </w:p>
    <w:p w:rsidR="002D1F15" w:rsidRDefault="00002D00">
      <w:pPr>
        <w:keepNext/>
      </w:pPr>
      <w:r>
        <w:rPr>
          <w:b/>
        </w:rPr>
        <w:t>MADDE 4 - Oluşum</w:t>
      </w:r>
    </w:p>
    <w:p w:rsidR="002D1F15" w:rsidRDefault="00002D00">
      <w:r>
        <w:t>(1) Birim Bağımlılıkla Mücadele Kurulu, üst mevzuatta belirtilen usule göre; hüküm bulunmaması hâlinde Müdürün teklifi ve yetkili kurul kararıyla oluşturulur.</w:t>
      </w:r>
    </w:p>
    <w:p w:rsidR="002D1F15" w:rsidRDefault="00002D00">
      <w:r>
        <w:t>(2) Üye sayısı, görev dağılımı ve görev süresi görevlendirme kararı</w:t>
      </w:r>
      <w:r>
        <w:t>nda gösterilir.</w:t>
      </w:r>
    </w:p>
    <w:p w:rsidR="002D1F15" w:rsidRDefault="00002D00">
      <w:pPr>
        <w:keepNext/>
      </w:pPr>
      <w:r>
        <w:rPr>
          <w:b/>
        </w:rPr>
        <w:t>MADDE 5 - Görev süresi ve üyeliğin sona ermesi</w:t>
      </w:r>
    </w:p>
    <w:p w:rsidR="002D1F15" w:rsidRDefault="00002D00">
      <w:r>
        <w:t>(1) Görev süresi üst mevzuat veya görevlendirme kararında belirtilir. Yeni görevlendirme yapılıncaya kadar mevcut görev, mevzuata aykırı olmamak kaydıyla devam eder.</w:t>
      </w:r>
    </w:p>
    <w:p w:rsidR="002D1F15" w:rsidRDefault="00002D00">
      <w:r>
        <w:t>(2) Üyelik; sürenin dolması</w:t>
      </w:r>
      <w:r>
        <w:t>, birimle ilişkinin sona ermesi, yazılı çekilme talebinin kabulü veya görevlendiren makamın kararıyla sona erer. Boşalan üyelik için aynı usulle görevlendirme yapılır.</w:t>
      </w:r>
    </w:p>
    <w:p w:rsidR="002D1F15" w:rsidRDefault="00002D00">
      <w:pPr>
        <w:keepNext/>
      </w:pPr>
      <w:r>
        <w:rPr>
          <w:b/>
        </w:rPr>
        <w:t>MADDE 6 - Çalışma ilkeleri</w:t>
      </w:r>
    </w:p>
    <w:p w:rsidR="002D1F15" w:rsidRDefault="00002D00">
      <w:r>
        <w:t>(1) Birim Bağımlılıkla Mücadele Kurulu; kamu yararı, eşitlik,</w:t>
      </w:r>
      <w:r>
        <w:t xml:space="preserve"> tarafsızlık, hesap verebilirlik, gizlilik, katılımcılık ve kanıta dayalı karar alma ilkelerine göre çalışır.</w:t>
      </w:r>
    </w:p>
    <w:p w:rsidR="002D1F15" w:rsidRDefault="00002D00">
      <w:r>
        <w:t>(2) Çalışmalar görev alanıyla sınırlı yürütülür; başka kurul veya makamların yetkileri kullanılamaz.</w:t>
      </w:r>
    </w:p>
    <w:p w:rsidR="002D1F15" w:rsidRDefault="00002D00">
      <w:pPr>
        <w:keepNext/>
      </w:pPr>
      <w:r>
        <w:rPr>
          <w:b/>
        </w:rPr>
        <w:t>MADDE 7 - Görevler</w:t>
      </w:r>
    </w:p>
    <w:p w:rsidR="002D1F15" w:rsidRDefault="00002D00">
      <w:r>
        <w:t>(1) Tütün, alkol, madde, t</w:t>
      </w:r>
      <w:r>
        <w:t>eknoloji ve davranışsal bağımlılıklar konusunda önleyici faaliyetler planlamak.</w:t>
      </w:r>
    </w:p>
    <w:p w:rsidR="002D1F15" w:rsidRDefault="00002D00">
      <w:r>
        <w:t>(2) Öğrenci ve personele yönelik eğitim ve farkındalık çalışmalarını koordine etmek.</w:t>
      </w:r>
    </w:p>
    <w:p w:rsidR="002D1F15" w:rsidRDefault="00002D00">
      <w:r>
        <w:t>(3) Riskli durumlarda yetki sınırını aşmadan ilgili sağlık ve danışmanlık birimlerine yönle</w:t>
      </w:r>
      <w:r>
        <w:t>ndirme yapmak.</w:t>
      </w:r>
    </w:p>
    <w:p w:rsidR="002D1F15" w:rsidRDefault="00002D00">
      <w:r>
        <w:t>(4) Faaliyet ve sonuç bilgilerini Koordinatörlüğe ve Müdürlüğe raporlamak.</w:t>
      </w:r>
    </w:p>
    <w:p w:rsidR="002D1F15" w:rsidRDefault="00002D00">
      <w:r>
        <w:t>(5) Müdürlükçe ve ilgili üst birimce görev alanı kapsamında verilen diğer işleri yürütmek.</w:t>
      </w:r>
    </w:p>
    <w:p w:rsidR="002D1F15" w:rsidRDefault="00002D00">
      <w:pPr>
        <w:keepNext/>
      </w:pPr>
      <w:r>
        <w:rPr>
          <w:b/>
        </w:rPr>
        <w:t>MADDE 8 - Başkanın görevleri</w:t>
      </w:r>
    </w:p>
    <w:p w:rsidR="002D1F15" w:rsidRDefault="00002D00">
      <w:r>
        <w:t>(1) Yıllık çalışma planını ve toplantı gündemi</w:t>
      </w:r>
      <w:r>
        <w:t>ni hazırlatmak, toplantıyı yönetmek ve görev dağılımı yapmak.</w:t>
      </w:r>
    </w:p>
    <w:p w:rsidR="002D1F15" w:rsidRDefault="00002D00">
      <w:r>
        <w:t>(2) Karar ve faaliyetlerin uygulanmasını izlemek, gerekli eşgüdümü sağlamak ve sonuçları Müdürlüğe sunmak.</w:t>
      </w:r>
    </w:p>
    <w:p w:rsidR="002D1F15" w:rsidRDefault="00002D00">
      <w:r>
        <w:lastRenderedPageBreak/>
        <w:t xml:space="preserve">(3) Başkanın bulunmadığı hâllerde görevlendirme kararında belirtilen başkan yardımcısı </w:t>
      </w:r>
      <w:r>
        <w:t>veya başkanın belirlediği üye toplantıya başkanlık eder.</w:t>
      </w:r>
    </w:p>
    <w:p w:rsidR="002D1F15" w:rsidRDefault="00002D00">
      <w:pPr>
        <w:keepNext/>
      </w:pPr>
      <w:r>
        <w:rPr>
          <w:b/>
        </w:rPr>
        <w:t>MADDE 9 - Üyelerin ve raportörün görevleri</w:t>
      </w:r>
    </w:p>
    <w:p w:rsidR="002D1F15" w:rsidRDefault="00002D00">
      <w:r>
        <w:t>(1) Üyeler gündem konularını inceler, toplantılara katılır, verilen görevleri süresinde tamamlar ve kanıtları raportöre iletir.</w:t>
      </w:r>
    </w:p>
    <w:p w:rsidR="002D1F15" w:rsidRDefault="00002D00">
      <w:r>
        <w:t>(2) Raportör; çağrı, gündem,</w:t>
      </w:r>
      <w:r>
        <w:t xml:space="preserve"> katılım listesi, tutanak, karar, numaralandırma, imza, dosyalama ve bildirim işlemlerini yürütür. Raportör üye değilse oy kullanamaz.</w:t>
      </w:r>
    </w:p>
    <w:p w:rsidR="002D1F15" w:rsidRDefault="00002D00">
      <w:pPr>
        <w:keepNext/>
      </w:pPr>
      <w:r>
        <w:rPr>
          <w:b/>
        </w:rPr>
        <w:t>MADDE 10 - Toplantı zamanı ve çağrı</w:t>
      </w:r>
    </w:p>
    <w:p w:rsidR="002D1F15" w:rsidRDefault="00002D00">
      <w:r>
        <w:t>(1) Birim Bağımlılıkla Mücadele Kurulu, özel mevzuatta belirtilen sıklıkta; hüküm yok</w:t>
      </w:r>
      <w:r>
        <w:t>sa görevlerinin gerektirdiği zamanlarda ve yılda en az iki kez toplanır. Acil durum ekipleri olay ve tatbikat sonrasında ayrıca değerlendirme yapar.</w:t>
      </w:r>
    </w:p>
    <w:p w:rsidR="002D1F15" w:rsidRDefault="00002D00">
      <w:r>
        <w:t>(2) Toplantı çağrısı, gündem ve belgeler kural olarak en az iki iş günü önce üyelere iletilir. Acil hâllerd</w:t>
      </w:r>
      <w:r>
        <w:t>e bu süre aranmaz ve gerekçesi tutanağa yazılır.</w:t>
      </w:r>
    </w:p>
    <w:p w:rsidR="002D1F15" w:rsidRDefault="00002D00">
      <w:pPr>
        <w:keepNext/>
      </w:pPr>
      <w:r>
        <w:rPr>
          <w:b/>
        </w:rPr>
        <w:t>MADDE 11 - Toplantı ve karar yeter sayısı</w:t>
      </w:r>
    </w:p>
    <w:p w:rsidR="002D1F15" w:rsidRDefault="00002D00">
      <w:r>
        <w:t>(1) Özel mevzuatta farklı hüküm yoksa üye tam sayısının salt çoğunluğuyla toplanılır ve katılanların salt çoğunluğuyla karar alınır. Oyların eşitliği hâlinde başkanı</w:t>
      </w:r>
      <w:r>
        <w:t>n oyu yönünde çoğunluk sağlanmış sayılır.</w:t>
      </w:r>
    </w:p>
    <w:p w:rsidR="002D1F15" w:rsidRDefault="00002D00">
      <w:r>
        <w:t>(2) Çekimser oy kullanılamaz. Karşı oy gerekçesi karar metnine yazılır. Danışma ve acil durum çalışmalarında karar gerektirmeyen görüşmeler tutanakla kaydedilebilir.</w:t>
      </w:r>
    </w:p>
    <w:p w:rsidR="002D1F15" w:rsidRDefault="00002D00">
      <w:pPr>
        <w:keepNext/>
      </w:pPr>
      <w:r>
        <w:rPr>
          <w:b/>
        </w:rPr>
        <w:t>MADDE 12 - Kararların niteliği</w:t>
      </w:r>
    </w:p>
    <w:p w:rsidR="002D1F15" w:rsidRDefault="00002D00">
      <w:r>
        <w:t>(1) Kararlar gere</w:t>
      </w:r>
      <w:r>
        <w:t>kçeli, açık, uygulanabilir ve görev alanıyla sınırlı olur.</w:t>
      </w:r>
    </w:p>
    <w:p w:rsidR="002D1F15" w:rsidRDefault="00002D00">
      <w:r>
        <w:t>(2) Üst mevzuatta açıkça yetki verilmedikçe kararlar öneri niteliğindedir; yetkili makam veya kurulun onayına sunulur.</w:t>
      </w:r>
    </w:p>
    <w:p w:rsidR="002D1F15" w:rsidRDefault="00002D00">
      <w:pPr>
        <w:keepNext/>
      </w:pPr>
      <w:r>
        <w:rPr>
          <w:b/>
        </w:rPr>
        <w:t>MADDE 13 - Etik gizlilik ve çıkar çatışması</w:t>
      </w:r>
    </w:p>
    <w:p w:rsidR="002D1F15" w:rsidRDefault="00002D00">
      <w:r>
        <w:t>(1) Üyeler görevleri sırasında öğr</w:t>
      </w:r>
      <w:r>
        <w:t>endikleri kişisel, akademik, mali veya kurumsal bilgilerin gizliliğini korur.</w:t>
      </w:r>
    </w:p>
    <w:p w:rsidR="002D1F15" w:rsidRDefault="00002D00">
      <w:r>
        <w:t>(2) Kendisini veya doğrudan menfaat ilişkisi bulunan kişiyi ilgilendiren konuda üye görüşme ve oylamaya katılmaz; durum tutanağa yazılır.</w:t>
      </w:r>
    </w:p>
    <w:p w:rsidR="002D1F15" w:rsidRDefault="00002D00">
      <w:pPr>
        <w:keepNext/>
      </w:pPr>
      <w:r>
        <w:rPr>
          <w:b/>
        </w:rPr>
        <w:t>MADDE 14 - Tutanak ve dosyalama</w:t>
      </w:r>
    </w:p>
    <w:p w:rsidR="002D1F15" w:rsidRDefault="00002D00">
      <w:r>
        <w:t xml:space="preserve">(1) </w:t>
      </w:r>
      <w:r>
        <w:t>Toplantılarda tarih, saat, yer, katılanlar, gündem, görüşülen hususlar, kararlar, sorumlular ve süreleri içeren tutanak düzenlenir.</w:t>
      </w:r>
    </w:p>
    <w:p w:rsidR="002D1F15" w:rsidRDefault="00002D00">
      <w:r>
        <w:t>(2) Tutanak ve kararlar katılanlarca imzalanır, müteselsil numaralandırılır ve ekleriyle resmî dosyalama planına göre saklan</w:t>
      </w:r>
      <w:r>
        <w:t>ır. Kişisel veri içeren belgeler açık erişimde yayımlanmaz.</w:t>
      </w:r>
    </w:p>
    <w:p w:rsidR="002D1F15" w:rsidRDefault="00002D00">
      <w:pPr>
        <w:keepNext/>
      </w:pPr>
      <w:r>
        <w:rPr>
          <w:b/>
        </w:rPr>
        <w:t>MADDE 15 - Yıllık çalışma planı ve raporlama</w:t>
      </w:r>
    </w:p>
    <w:p w:rsidR="002D1F15" w:rsidRDefault="00002D00">
      <w:r>
        <w:t>(1) Sürekli nitelikteki çalışmalarda eğitim-öğretim yılı başında faaliyet, sorumlu, süre, çıktı ve kanıtları gösteren çalışma planı hazırlanır.</w:t>
      </w:r>
    </w:p>
    <w:p w:rsidR="002D1F15" w:rsidRDefault="00002D00">
      <w:r>
        <w:t>(2) Yıl</w:t>
      </w:r>
      <w:r>
        <w:t xml:space="preserve"> sonunda gerçekleşen faaliyetler, göstergeler, sorunlar ve iyileştirme önerilerini içeren faaliyet raporu Müdürlüğe sunulur.</w:t>
      </w:r>
    </w:p>
    <w:p w:rsidR="002D1F15" w:rsidRDefault="00002D00">
      <w:pPr>
        <w:keepNext/>
      </w:pPr>
      <w:r>
        <w:rPr>
          <w:b/>
        </w:rPr>
        <w:t>MADDE 16 - İzleme ve iyileştirme</w:t>
      </w:r>
    </w:p>
    <w:p w:rsidR="002D1F15" w:rsidRDefault="00002D00">
      <w:r>
        <w:t>(1) Karar ve faaliyetlerin gerçekleşme durumu başkan tarafından izlenir. Gerçekleşmeyen faaliyetle</w:t>
      </w:r>
      <w:r>
        <w:t>r gerekçelendirilir ve düzeltici veya iyileştirici faaliyet belirlenir.</w:t>
      </w:r>
    </w:p>
    <w:p w:rsidR="002D1F15" w:rsidRDefault="00002D00">
      <w:r>
        <w:t>(2) Sonuçlar ilgili kalite, stratejik plan, iç kontrol veya üst koordinasyon yapısıyla paylaşılır.</w:t>
      </w:r>
    </w:p>
    <w:p w:rsidR="002D1F15" w:rsidRDefault="00002D00">
      <w:pPr>
        <w:keepNext/>
      </w:pPr>
      <w:r>
        <w:rPr>
          <w:b/>
        </w:rPr>
        <w:lastRenderedPageBreak/>
        <w:t>MADDE 17 - Hüküm bulunmayan hâller</w:t>
      </w:r>
    </w:p>
    <w:p w:rsidR="002D1F15" w:rsidRDefault="00002D00">
      <w:r>
        <w:t>(1) Bu Usul ve Esaslarda hüküm bulunmayan hâllerde</w:t>
      </w:r>
      <w:r>
        <w:t xml:space="preserve"> ilgili üst mevzuat ile Üniversite ve yetkili kurul kararları uygulanır.</w:t>
      </w:r>
    </w:p>
    <w:p w:rsidR="002D1F15" w:rsidRDefault="00002D00">
      <w:pPr>
        <w:keepNext/>
      </w:pPr>
      <w:r>
        <w:rPr>
          <w:b/>
        </w:rPr>
        <w:t>MADDE 18 - Yürürlük</w:t>
      </w:r>
    </w:p>
    <w:p w:rsidR="002D1F15" w:rsidRDefault="00002D00">
      <w:r>
        <w:t>(1) Bu Usul ve Esaslar, Şalpazarı Meslek Yüksekokulu Kurulunun .../.../2026 tarihli ve ... sayılı kararıyla kabul edilerek yürürlüğe girer.</w:t>
      </w:r>
    </w:p>
    <w:p w:rsidR="002D1F15" w:rsidRDefault="00002D00">
      <w:pPr>
        <w:keepNext/>
      </w:pPr>
      <w:r>
        <w:rPr>
          <w:b/>
        </w:rPr>
        <w:t>MADDE 19 - Yürütme</w:t>
      </w:r>
    </w:p>
    <w:p w:rsidR="002D1F15" w:rsidRDefault="00002D00">
      <w:r>
        <w:t xml:space="preserve">(1) </w:t>
      </w:r>
      <w:r>
        <w:t>Bu Usul ve Esasları Şalpazarı Meslek Yüksekokulu Müdürü yürütür.</w:t>
      </w:r>
    </w:p>
    <w:sectPr w:rsidR="002D1F15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D00" w:rsidRDefault="00002D00">
      <w:pPr>
        <w:spacing w:after="0" w:line="240" w:lineRule="auto"/>
      </w:pPr>
      <w:r>
        <w:separator/>
      </w:r>
    </w:p>
  </w:endnote>
  <w:endnote w:type="continuationSeparator" w:id="0">
    <w:p w:rsidR="00002D00" w:rsidRDefault="00002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15" w:rsidRDefault="00002D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68082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D00" w:rsidRDefault="00002D00">
      <w:pPr>
        <w:spacing w:after="0" w:line="240" w:lineRule="auto"/>
      </w:pPr>
      <w:r>
        <w:separator/>
      </w:r>
    </w:p>
  </w:footnote>
  <w:footnote w:type="continuationSeparator" w:id="0">
    <w:p w:rsidR="00002D00" w:rsidRDefault="00002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1F15" w:rsidRDefault="00002D00">
    <w:pPr>
      <w:pStyle w:val="stBilgi"/>
      <w:jc w:val="right"/>
    </w:pPr>
    <w:r>
      <w:rPr>
        <w:color w:val="595959"/>
        <w:sz w:val="16"/>
      </w:rPr>
      <w:t>Birim Bağımlılıkla Mücadele Kurulu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2D00"/>
    <w:rsid w:val="00034616"/>
    <w:rsid w:val="0006063C"/>
    <w:rsid w:val="0015074B"/>
    <w:rsid w:val="0029639D"/>
    <w:rsid w:val="002D1F15"/>
    <w:rsid w:val="00326F90"/>
    <w:rsid w:val="0068082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C1344F"/>
  <w14:defaultImageDpi w14:val="300"/>
  <w15:docId w15:val="{A7B7EBCA-E4A5-4795-867A-DA356F02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510977-9AAE-4BC1-B76F-FBA824554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SalpazariMYO</cp:lastModifiedBy>
  <cp:revision>2</cp:revision>
  <dcterms:created xsi:type="dcterms:W3CDTF">2013-12-23T23:15:00Z</dcterms:created>
  <dcterms:modified xsi:type="dcterms:W3CDTF">2026-09-11T10:42:00Z</dcterms:modified>
  <cp:category/>
</cp:coreProperties>
</file>